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339C" w14:textId="359A082B" w:rsidR="004C5D48" w:rsidRPr="00DB1B0B" w:rsidRDefault="00F31AC9" w:rsidP="00DB1B0B">
      <w:pPr>
        <w:spacing w:after="0"/>
        <w:jc w:val="center"/>
        <w:rPr>
          <w:rFonts w:ascii="Calibri" w:hAnsi="Calibri" w:cs="Calibri"/>
          <w:b/>
          <w:bCs/>
          <w:color w:val="1F497D" w:themeColor="text2"/>
          <w:sz w:val="28"/>
          <w:szCs w:val="28"/>
          <w:lang w:val="en-GB"/>
        </w:rPr>
      </w:pP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Uslovi</w:t>
      </w:r>
      <w:proofErr w:type="spellEnd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korišćenja</w:t>
      </w:r>
      <w:proofErr w:type="spellEnd"/>
    </w:p>
    <w:p w14:paraId="68367021" w14:textId="331D608F" w:rsidR="004C5D48" w:rsidRPr="00DB1B0B" w:rsidRDefault="00F31AC9" w:rsidP="00DB1B0B">
      <w:pPr>
        <w:spacing w:after="0"/>
        <w:jc w:val="center"/>
        <w:rPr>
          <w:rFonts w:ascii="Calibri" w:hAnsi="Calibri" w:cs="Calibri"/>
          <w:b/>
          <w:bCs/>
          <w:color w:val="1F497D" w:themeColor="text2"/>
          <w:sz w:val="28"/>
          <w:szCs w:val="28"/>
          <w:lang w:val="en-GB"/>
        </w:rPr>
      </w:pPr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za</w:t>
      </w:r>
    </w:p>
    <w:p w14:paraId="5B959BE4" w14:textId="09DE45D0" w:rsidR="003D3D43" w:rsidRPr="00DB1B0B" w:rsidRDefault="00F31AC9" w:rsidP="00DB1B0B">
      <w:pPr>
        <w:spacing w:after="0"/>
        <w:jc w:val="center"/>
        <w:rPr>
          <w:rFonts w:ascii="Calibri" w:hAnsi="Calibri" w:cs="Calibri"/>
          <w:b/>
          <w:bCs/>
          <w:color w:val="1F497D" w:themeColor="text2"/>
          <w:sz w:val="28"/>
          <w:szCs w:val="28"/>
          <w:lang w:val="en-GB"/>
        </w:rPr>
      </w:pP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Aplikaciju</w:t>
      </w:r>
      <w:proofErr w:type="spellEnd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za </w:t>
      </w: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digitalno</w:t>
      </w:r>
      <w:proofErr w:type="spellEnd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potpisivanje</w:t>
      </w:r>
      <w:proofErr w:type="spellEnd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(desktop </w:t>
      </w: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i</w:t>
      </w:r>
      <w:proofErr w:type="spellEnd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mobilna</w:t>
      </w:r>
      <w:proofErr w:type="spellEnd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verzija</w:t>
      </w:r>
      <w:proofErr w:type="spellEnd"/>
      <w:r w:rsidRPr="00F31AC9">
        <w:rPr>
          <w:rFonts w:ascii="Calibri" w:hAnsi="Calibri" w:cs="Calibri"/>
          <w:b/>
          <w:bCs/>
          <w:color w:val="1F497D" w:themeColor="text2"/>
          <w:sz w:val="28"/>
          <w:szCs w:val="28"/>
        </w:rPr>
        <w:t>)</w:t>
      </w:r>
    </w:p>
    <w:p w14:paraId="158A5BFD" w14:textId="370F8894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1. </w:t>
      </w:r>
      <w:proofErr w:type="spellStart"/>
      <w:r w:rsidR="00F31AC9" w:rsidRPr="00F31AC9">
        <w:rPr>
          <w:sz w:val="22"/>
          <w:szCs w:val="22"/>
        </w:rPr>
        <w:t>Uvod</w:t>
      </w:r>
      <w:proofErr w:type="spellEnd"/>
    </w:p>
    <w:p w14:paraId="77F7AA6F" w14:textId="40109386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r w:rsidRPr="00F31AC9">
        <w:rPr>
          <w:rFonts w:asciiTheme="majorHAnsi" w:hAnsiTheme="majorHAnsi" w:cstheme="majorHAnsi"/>
        </w:rPr>
        <w:t xml:space="preserve">Ovi </w:t>
      </w:r>
      <w:proofErr w:type="spellStart"/>
      <w:r w:rsidRPr="00F31AC9">
        <w:rPr>
          <w:rFonts w:asciiTheme="majorHAnsi" w:hAnsiTheme="majorHAnsi" w:cstheme="majorHAnsi"/>
        </w:rPr>
        <w:t>Uslovi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korišćenja</w:t>
      </w:r>
      <w:proofErr w:type="spellEnd"/>
      <w:r w:rsidRPr="00F31AC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“</w:t>
      </w:r>
      <w:proofErr w:type="spellStart"/>
      <w:proofErr w:type="gramStart"/>
      <w:r w:rsidRPr="00F31AC9">
        <w:rPr>
          <w:rFonts w:asciiTheme="majorHAnsi" w:hAnsiTheme="majorHAnsi" w:cstheme="majorHAnsi"/>
        </w:rPr>
        <w:t>Uslovi</w:t>
      </w:r>
      <w:proofErr w:type="spellEnd"/>
      <w:r w:rsidRPr="00F31AC9">
        <w:rPr>
          <w:rFonts w:asciiTheme="majorHAnsi" w:hAnsiTheme="majorHAnsi" w:cstheme="majorHAnsi"/>
        </w:rPr>
        <w:t>“</w:t>
      </w:r>
      <w:proofErr w:type="gramEnd"/>
      <w:r w:rsidRPr="00F31AC9">
        <w:rPr>
          <w:rFonts w:asciiTheme="majorHAnsi" w:hAnsiTheme="majorHAnsi" w:cstheme="majorHAnsi"/>
        </w:rPr>
        <w:t xml:space="preserve">) </w:t>
      </w:r>
      <w:proofErr w:type="spellStart"/>
      <w:r w:rsidRPr="00F31AC9">
        <w:rPr>
          <w:rFonts w:asciiTheme="majorHAnsi" w:hAnsiTheme="majorHAnsi" w:cstheme="majorHAnsi"/>
        </w:rPr>
        <w:t>uređuju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pristup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korišćenje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aplikacije</w:t>
      </w:r>
      <w:proofErr w:type="spellEnd"/>
      <w:r w:rsidRPr="00F31AC9">
        <w:rPr>
          <w:rFonts w:asciiTheme="majorHAnsi" w:hAnsiTheme="majorHAnsi" w:cstheme="majorHAnsi"/>
        </w:rPr>
        <w:t xml:space="preserve"> za </w:t>
      </w:r>
      <w:proofErr w:type="spellStart"/>
      <w:r w:rsidRPr="00F31AC9">
        <w:rPr>
          <w:rFonts w:asciiTheme="majorHAnsi" w:hAnsiTheme="majorHAnsi" w:cstheme="majorHAnsi"/>
        </w:rPr>
        <w:t>digitalno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potpisivanje</w:t>
      </w:r>
      <w:proofErr w:type="spellEnd"/>
      <w:r w:rsidRPr="00F31AC9">
        <w:rPr>
          <w:rFonts w:asciiTheme="majorHAnsi" w:hAnsiTheme="majorHAnsi" w:cstheme="majorHAnsi"/>
        </w:rPr>
        <w:t xml:space="preserve"> za desktop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mobilne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uređaje</w:t>
      </w:r>
      <w:proofErr w:type="spellEnd"/>
      <w:r w:rsidRPr="00F31AC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“</w:t>
      </w:r>
      <w:proofErr w:type="spellStart"/>
      <w:proofErr w:type="gramStart"/>
      <w:r w:rsidRPr="00F31AC9">
        <w:rPr>
          <w:rFonts w:asciiTheme="majorHAnsi" w:hAnsiTheme="majorHAnsi" w:cstheme="majorHAnsi"/>
        </w:rPr>
        <w:t>Aplikacija</w:t>
      </w:r>
      <w:proofErr w:type="spellEnd"/>
      <w:r w:rsidRPr="00F31AC9">
        <w:rPr>
          <w:rFonts w:asciiTheme="majorHAnsi" w:hAnsiTheme="majorHAnsi" w:cstheme="majorHAnsi"/>
        </w:rPr>
        <w:t>“</w:t>
      </w:r>
      <w:proofErr w:type="gramEnd"/>
      <w:r w:rsidRPr="00F31AC9">
        <w:rPr>
          <w:rFonts w:asciiTheme="majorHAnsi" w:hAnsiTheme="majorHAnsi" w:cstheme="majorHAnsi"/>
        </w:rPr>
        <w:t xml:space="preserve">), </w:t>
      </w:r>
      <w:proofErr w:type="spellStart"/>
      <w:r w:rsidRPr="00F31AC9">
        <w:rPr>
          <w:rFonts w:asciiTheme="majorHAnsi" w:hAnsiTheme="majorHAnsi" w:cstheme="majorHAnsi"/>
        </w:rPr>
        <w:t>koju</w:t>
      </w:r>
      <w:proofErr w:type="spellEnd"/>
      <w:r w:rsidRPr="00F31AC9">
        <w:rPr>
          <w:rFonts w:asciiTheme="majorHAnsi" w:hAnsiTheme="majorHAnsi" w:cstheme="majorHAnsi"/>
        </w:rPr>
        <w:t xml:space="preserve"> Vlada </w:t>
      </w:r>
      <w:proofErr w:type="spellStart"/>
      <w:r w:rsidRPr="00F31AC9">
        <w:rPr>
          <w:rFonts w:asciiTheme="majorHAnsi" w:hAnsiTheme="majorHAnsi" w:cstheme="majorHAnsi"/>
        </w:rPr>
        <w:t>Republike</w:t>
      </w:r>
      <w:proofErr w:type="spellEnd"/>
      <w:r w:rsidRPr="00F31AC9">
        <w:rPr>
          <w:rFonts w:asciiTheme="majorHAnsi" w:hAnsiTheme="majorHAnsi" w:cstheme="majorHAnsi"/>
        </w:rPr>
        <w:t xml:space="preserve"> Kosovo (</w:t>
      </w:r>
      <w:r>
        <w:rPr>
          <w:rFonts w:asciiTheme="majorHAnsi" w:hAnsiTheme="majorHAnsi" w:cstheme="majorHAnsi"/>
        </w:rPr>
        <w:t>“</w:t>
      </w:r>
      <w:proofErr w:type="spellStart"/>
      <w:r w:rsidRPr="00F31AC9">
        <w:rPr>
          <w:rFonts w:asciiTheme="majorHAnsi" w:hAnsiTheme="majorHAnsi" w:cstheme="majorHAnsi"/>
        </w:rPr>
        <w:t>Nadležni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gramStart"/>
      <w:r w:rsidRPr="00F31AC9">
        <w:rPr>
          <w:rFonts w:asciiTheme="majorHAnsi" w:hAnsiTheme="majorHAnsi" w:cstheme="majorHAnsi"/>
        </w:rPr>
        <w:t>organ“</w:t>
      </w:r>
      <w:proofErr w:type="gramEnd"/>
      <w:r w:rsidRPr="00F31AC9">
        <w:rPr>
          <w:rFonts w:asciiTheme="majorHAnsi" w:hAnsiTheme="majorHAnsi" w:cstheme="majorHAnsi"/>
        </w:rPr>
        <w:t xml:space="preserve">) </w:t>
      </w:r>
      <w:proofErr w:type="spellStart"/>
      <w:r w:rsidRPr="00F31AC9">
        <w:rPr>
          <w:rFonts w:asciiTheme="majorHAnsi" w:hAnsiTheme="majorHAnsi" w:cstheme="majorHAnsi"/>
        </w:rPr>
        <w:t>obezbeđuje</w:t>
      </w:r>
      <w:proofErr w:type="spellEnd"/>
      <w:r w:rsidRPr="00F31AC9">
        <w:rPr>
          <w:rFonts w:asciiTheme="majorHAnsi" w:hAnsiTheme="majorHAnsi" w:cstheme="majorHAnsi"/>
        </w:rPr>
        <w:t xml:space="preserve"> bez </w:t>
      </w:r>
      <w:proofErr w:type="spellStart"/>
      <w:r w:rsidRPr="00F31AC9">
        <w:rPr>
          <w:rFonts w:asciiTheme="majorHAnsi" w:hAnsiTheme="majorHAnsi" w:cstheme="majorHAnsi"/>
        </w:rPr>
        <w:t>naknade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735266FF" w14:textId="1E54CE27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Aplikacija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podržava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usluge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identifikacije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elektronskog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potpisa</w:t>
      </w:r>
      <w:proofErr w:type="spellEnd"/>
      <w:r w:rsidRPr="00F31AC9">
        <w:rPr>
          <w:rFonts w:asciiTheme="majorHAnsi" w:hAnsiTheme="majorHAnsi" w:cstheme="majorHAnsi"/>
        </w:rPr>
        <w:t xml:space="preserve"> u </w:t>
      </w:r>
      <w:proofErr w:type="spellStart"/>
      <w:r w:rsidRPr="00F31AC9">
        <w:rPr>
          <w:rFonts w:asciiTheme="majorHAnsi" w:hAnsiTheme="majorHAnsi" w:cstheme="majorHAnsi"/>
        </w:rPr>
        <w:t>skladu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važećim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nacionalnim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zakonodavstvom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Uredbom</w:t>
      </w:r>
      <w:proofErr w:type="spellEnd"/>
      <w:r w:rsidRPr="00F31AC9">
        <w:rPr>
          <w:rFonts w:asciiTheme="majorHAnsi" w:hAnsiTheme="majorHAnsi" w:cstheme="majorHAnsi"/>
        </w:rPr>
        <w:t xml:space="preserve"> (EU) br. 910/2014 o </w:t>
      </w:r>
      <w:proofErr w:type="spellStart"/>
      <w:r w:rsidRPr="00F31AC9">
        <w:rPr>
          <w:rFonts w:asciiTheme="majorHAnsi" w:hAnsiTheme="majorHAnsi" w:cstheme="majorHAnsi"/>
        </w:rPr>
        <w:t>elektronskoj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identifikaciji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uslugama</w:t>
      </w:r>
      <w:proofErr w:type="spellEnd"/>
      <w:r w:rsidRPr="00F31AC9">
        <w:rPr>
          <w:rFonts w:asciiTheme="majorHAnsi" w:hAnsiTheme="majorHAnsi" w:cstheme="majorHAnsi"/>
        </w:rPr>
        <w:t xml:space="preserve"> od </w:t>
      </w:r>
      <w:proofErr w:type="spellStart"/>
      <w:r w:rsidRPr="00F31AC9">
        <w:rPr>
          <w:rFonts w:asciiTheme="majorHAnsi" w:hAnsiTheme="majorHAnsi" w:cstheme="majorHAnsi"/>
        </w:rPr>
        <w:t>poverenja</w:t>
      </w:r>
      <w:proofErr w:type="spellEnd"/>
      <w:r w:rsidRPr="00F31AC9">
        <w:rPr>
          <w:rFonts w:asciiTheme="majorHAnsi" w:hAnsiTheme="majorHAnsi" w:cstheme="majorHAnsi"/>
        </w:rPr>
        <w:t xml:space="preserve"> za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transakcije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unutrašnjem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tržištu</w:t>
      </w:r>
      <w:proofErr w:type="spellEnd"/>
      <w:r w:rsidRPr="00F31AC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“</w:t>
      </w:r>
      <w:proofErr w:type="spellStart"/>
      <w:r w:rsidRPr="00F31AC9">
        <w:rPr>
          <w:rFonts w:asciiTheme="majorHAnsi" w:hAnsiTheme="majorHAnsi" w:cstheme="majorHAnsi"/>
        </w:rPr>
        <w:t>eIDAS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F31AC9">
        <w:rPr>
          <w:rFonts w:asciiTheme="majorHAnsi" w:hAnsiTheme="majorHAnsi" w:cstheme="majorHAnsi"/>
        </w:rPr>
        <w:t>Uredba</w:t>
      </w:r>
      <w:proofErr w:type="spellEnd"/>
      <w:r w:rsidRPr="00F31AC9">
        <w:rPr>
          <w:rFonts w:asciiTheme="majorHAnsi" w:hAnsiTheme="majorHAnsi" w:cstheme="majorHAnsi"/>
        </w:rPr>
        <w:t>“</w:t>
      </w:r>
      <w:proofErr w:type="gramEnd"/>
      <w:r w:rsidRPr="00F31AC9">
        <w:rPr>
          <w:rFonts w:asciiTheme="majorHAnsi" w:hAnsiTheme="majorHAnsi" w:cstheme="majorHAnsi"/>
        </w:rPr>
        <w:t>).</w:t>
      </w:r>
    </w:p>
    <w:p w14:paraId="1089CC57" w14:textId="7CE8768E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Preuzimanjem</w:t>
      </w:r>
      <w:proofErr w:type="spellEnd"/>
      <w:r w:rsidRPr="00F31AC9">
        <w:rPr>
          <w:rFonts w:asciiTheme="majorHAnsi" w:hAnsiTheme="majorHAnsi" w:cstheme="majorHAnsi"/>
        </w:rPr>
        <w:t xml:space="preserve">, </w:t>
      </w:r>
      <w:proofErr w:type="spellStart"/>
      <w:r w:rsidRPr="00F31AC9">
        <w:rPr>
          <w:rFonts w:asciiTheme="majorHAnsi" w:hAnsiTheme="majorHAnsi" w:cstheme="majorHAnsi"/>
        </w:rPr>
        <w:t>instaliranjem</w:t>
      </w:r>
      <w:proofErr w:type="spellEnd"/>
      <w:r w:rsidRPr="00F31AC9">
        <w:rPr>
          <w:rFonts w:asciiTheme="majorHAnsi" w:hAnsiTheme="majorHAnsi" w:cstheme="majorHAnsi"/>
        </w:rPr>
        <w:t xml:space="preserve">, </w:t>
      </w:r>
      <w:proofErr w:type="spellStart"/>
      <w:r w:rsidRPr="00F31AC9">
        <w:rPr>
          <w:rFonts w:asciiTheme="majorHAnsi" w:hAnsiTheme="majorHAnsi" w:cstheme="majorHAnsi"/>
        </w:rPr>
        <w:t>registracijom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ili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korišćenjem</w:t>
      </w:r>
      <w:proofErr w:type="spellEnd"/>
      <w:r w:rsidRPr="00F31AC9">
        <w:rPr>
          <w:rFonts w:asciiTheme="majorHAnsi" w:hAnsiTheme="majorHAnsi" w:cstheme="majorHAnsi"/>
        </w:rPr>
        <w:t xml:space="preserve"> Aplikacije, </w:t>
      </w:r>
      <w:proofErr w:type="spellStart"/>
      <w:r w:rsidRPr="00F31AC9">
        <w:rPr>
          <w:rFonts w:asciiTheme="majorHAnsi" w:hAnsiTheme="majorHAnsi" w:cstheme="majorHAnsi"/>
        </w:rPr>
        <w:t>korisnik</w:t>
      </w:r>
      <w:proofErr w:type="spellEnd"/>
      <w:r w:rsidRPr="00F31AC9">
        <w:rPr>
          <w:rFonts w:asciiTheme="majorHAnsi" w:hAnsiTheme="majorHAnsi" w:cstheme="majorHAnsi"/>
        </w:rPr>
        <w:t xml:space="preserve"> („</w:t>
      </w:r>
      <w:proofErr w:type="spellStart"/>
      <w:proofErr w:type="gramStart"/>
      <w:r w:rsidRPr="00F31AC9">
        <w:rPr>
          <w:rFonts w:asciiTheme="majorHAnsi" w:hAnsiTheme="majorHAnsi" w:cstheme="majorHAnsi"/>
        </w:rPr>
        <w:t>Korisnik</w:t>
      </w:r>
      <w:proofErr w:type="spellEnd"/>
      <w:r w:rsidRPr="00F31AC9">
        <w:rPr>
          <w:rFonts w:asciiTheme="majorHAnsi" w:hAnsiTheme="majorHAnsi" w:cstheme="majorHAnsi"/>
        </w:rPr>
        <w:t>“</w:t>
      </w:r>
      <w:proofErr w:type="gramEnd"/>
      <w:r w:rsidRPr="00F31AC9">
        <w:rPr>
          <w:rFonts w:asciiTheme="majorHAnsi" w:hAnsiTheme="majorHAnsi" w:cstheme="majorHAnsi"/>
        </w:rPr>
        <w:t xml:space="preserve">) </w:t>
      </w:r>
      <w:proofErr w:type="spellStart"/>
      <w:r w:rsidRPr="00F31AC9">
        <w:rPr>
          <w:rFonts w:asciiTheme="majorHAnsi" w:hAnsiTheme="majorHAnsi" w:cstheme="majorHAnsi"/>
        </w:rPr>
        <w:t>prihvata</w:t>
      </w:r>
      <w:proofErr w:type="spellEnd"/>
      <w:r w:rsidRPr="00F31AC9">
        <w:rPr>
          <w:rFonts w:asciiTheme="majorHAnsi" w:hAnsiTheme="majorHAnsi" w:cstheme="majorHAnsi"/>
        </w:rPr>
        <w:t xml:space="preserve"> da </w:t>
      </w:r>
      <w:proofErr w:type="spellStart"/>
      <w:r w:rsidRPr="00F31AC9">
        <w:rPr>
          <w:rFonts w:asciiTheme="majorHAnsi" w:hAnsiTheme="majorHAnsi" w:cstheme="majorHAnsi"/>
        </w:rPr>
        <w:t>bude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pravno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obavezan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ovim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Uslovima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1170E0CD" w14:textId="17FDD4CC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2. </w:t>
      </w:r>
      <w:proofErr w:type="spellStart"/>
      <w:r w:rsidR="00F31AC9" w:rsidRPr="00F31AC9">
        <w:rPr>
          <w:sz w:val="22"/>
          <w:szCs w:val="22"/>
        </w:rPr>
        <w:t>Svrha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Aplikacije</w:t>
      </w:r>
      <w:proofErr w:type="spellEnd"/>
    </w:p>
    <w:p w14:paraId="326CDEFB" w14:textId="4EECBE94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Aplikacija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omogućava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Korisnicima</w:t>
      </w:r>
      <w:proofErr w:type="spellEnd"/>
      <w:r w:rsidRPr="00F31AC9">
        <w:rPr>
          <w:rFonts w:asciiTheme="majorHAnsi" w:hAnsiTheme="majorHAnsi" w:cstheme="majorHAnsi"/>
        </w:rPr>
        <w:t xml:space="preserve"> da:</w:t>
      </w:r>
    </w:p>
    <w:p w14:paraId="15B31A1A" w14:textId="19C542F6" w:rsidR="003D3D43" w:rsidRPr="00D003F8" w:rsidRDefault="00F31AC9" w:rsidP="00D003F8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Kreiraju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napredne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ili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kvalifikovane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potpise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12FD25E6" w14:textId="17DB41FB" w:rsidR="003D3D43" w:rsidRPr="00D003F8" w:rsidRDefault="00F31AC9" w:rsidP="00D003F8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Obavljaju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snažnu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identifikaciju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64AB44CF" w14:textId="2A7BA3D3" w:rsidR="003D3D43" w:rsidRPr="00D003F8" w:rsidRDefault="00F31AC9" w:rsidP="00D003F8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Validiraju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potpisane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dokumente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35FE0A36" w14:textId="5EA9246C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Aplikacija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može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funkcionisati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kao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komponenta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nacionalne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šeme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identifikacije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prijavljene</w:t>
      </w:r>
      <w:proofErr w:type="spellEnd"/>
      <w:r w:rsidRPr="00F31AC9">
        <w:rPr>
          <w:rFonts w:asciiTheme="majorHAnsi" w:hAnsiTheme="majorHAnsi" w:cstheme="majorHAnsi"/>
        </w:rPr>
        <w:t xml:space="preserve"> u </w:t>
      </w:r>
      <w:proofErr w:type="spellStart"/>
      <w:r w:rsidRPr="00F31AC9">
        <w:rPr>
          <w:rFonts w:asciiTheme="majorHAnsi" w:hAnsiTheme="majorHAnsi" w:cstheme="majorHAnsi"/>
        </w:rPr>
        <w:t>skladu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eIDAS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F31AC9">
        <w:rPr>
          <w:rFonts w:asciiTheme="majorHAnsi" w:hAnsiTheme="majorHAnsi" w:cstheme="majorHAnsi"/>
        </w:rPr>
        <w:t>Uredbom</w:t>
      </w:r>
      <w:proofErr w:type="spellEnd"/>
      <w:r w:rsidRPr="00F31AC9">
        <w:rPr>
          <w:rFonts w:asciiTheme="majorHAnsi" w:hAnsiTheme="majorHAnsi" w:cstheme="majorHAnsi"/>
        </w:rPr>
        <w:t>.</w:t>
      </w:r>
      <w:r w:rsidR="00000000" w:rsidRPr="00D003F8">
        <w:rPr>
          <w:rFonts w:asciiTheme="majorHAnsi" w:hAnsiTheme="majorHAnsi" w:cstheme="majorHAnsi"/>
          <w:lang w:val="en-GB"/>
        </w:rPr>
        <w:t>.</w:t>
      </w:r>
      <w:proofErr w:type="gramEnd"/>
    </w:p>
    <w:p w14:paraId="6DDA77CE" w14:textId="4C85E40B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3. </w:t>
      </w:r>
      <w:proofErr w:type="spellStart"/>
      <w:r w:rsidR="00F31AC9" w:rsidRPr="00F31AC9">
        <w:rPr>
          <w:sz w:val="22"/>
          <w:szCs w:val="22"/>
        </w:rPr>
        <w:t>Pravni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okvir</w:t>
      </w:r>
      <w:proofErr w:type="spellEnd"/>
    </w:p>
    <w:p w14:paraId="713310E5" w14:textId="155C958F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Aplikacija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funkcioniše</w:t>
      </w:r>
      <w:proofErr w:type="spellEnd"/>
      <w:r w:rsidRPr="00F31AC9">
        <w:rPr>
          <w:rFonts w:asciiTheme="majorHAnsi" w:hAnsiTheme="majorHAnsi" w:cstheme="majorHAnsi"/>
        </w:rPr>
        <w:t xml:space="preserve"> u </w:t>
      </w:r>
      <w:proofErr w:type="spellStart"/>
      <w:r w:rsidRPr="00F31AC9">
        <w:rPr>
          <w:rFonts w:asciiTheme="majorHAnsi" w:hAnsiTheme="majorHAnsi" w:cstheme="majorHAnsi"/>
        </w:rPr>
        <w:t>skladu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sa</w:t>
      </w:r>
      <w:proofErr w:type="spellEnd"/>
      <w:r w:rsidRPr="00F31AC9">
        <w:rPr>
          <w:rFonts w:asciiTheme="majorHAnsi" w:hAnsiTheme="majorHAnsi" w:cstheme="majorHAnsi"/>
        </w:rPr>
        <w:t>:</w:t>
      </w:r>
    </w:p>
    <w:p w14:paraId="4F1C1328" w14:textId="30DCC115" w:rsidR="003D3D43" w:rsidRPr="00D003F8" w:rsidRDefault="00F31AC9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Uredbom</w:t>
      </w:r>
      <w:proofErr w:type="spellEnd"/>
      <w:r w:rsidRPr="00F31AC9">
        <w:rPr>
          <w:rFonts w:asciiTheme="majorHAnsi" w:hAnsiTheme="majorHAnsi" w:cstheme="majorHAnsi"/>
        </w:rPr>
        <w:t xml:space="preserve"> (EU) br. 910/2014 (</w:t>
      </w:r>
      <w:proofErr w:type="spellStart"/>
      <w:r w:rsidRPr="00F31AC9">
        <w:rPr>
          <w:rFonts w:asciiTheme="majorHAnsi" w:hAnsiTheme="majorHAnsi" w:cstheme="majorHAnsi"/>
        </w:rPr>
        <w:t>eIDAS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Uredba</w:t>
      </w:r>
      <w:proofErr w:type="spellEnd"/>
      <w:r w:rsidRPr="00F31AC9">
        <w:rPr>
          <w:rFonts w:asciiTheme="majorHAnsi" w:hAnsiTheme="majorHAnsi" w:cstheme="majorHAnsi"/>
        </w:rPr>
        <w:t>);</w:t>
      </w:r>
    </w:p>
    <w:p w14:paraId="0317CA04" w14:textId="5C884C0C" w:rsidR="003D3D43" w:rsidRPr="00D003F8" w:rsidRDefault="00F31AC9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Važećim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nacionalnim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zakonodavstvom</w:t>
      </w:r>
      <w:proofErr w:type="spellEnd"/>
      <w:r w:rsidRPr="00F31AC9">
        <w:rPr>
          <w:rFonts w:asciiTheme="majorHAnsi" w:hAnsiTheme="majorHAnsi" w:cstheme="majorHAnsi"/>
        </w:rPr>
        <w:t xml:space="preserve"> o </w:t>
      </w:r>
      <w:proofErr w:type="spellStart"/>
      <w:r w:rsidRPr="00F31AC9">
        <w:rPr>
          <w:rFonts w:asciiTheme="majorHAnsi" w:hAnsiTheme="majorHAnsi" w:cstheme="majorHAnsi"/>
        </w:rPr>
        <w:t>elektronskoj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identifikaciji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uslugama</w:t>
      </w:r>
      <w:proofErr w:type="spellEnd"/>
      <w:r w:rsidRPr="00F31AC9">
        <w:rPr>
          <w:rFonts w:asciiTheme="majorHAnsi" w:hAnsiTheme="majorHAnsi" w:cstheme="majorHAnsi"/>
        </w:rPr>
        <w:t xml:space="preserve"> od </w:t>
      </w:r>
      <w:proofErr w:type="spellStart"/>
      <w:r w:rsidRPr="00F31AC9">
        <w:rPr>
          <w:rFonts w:asciiTheme="majorHAnsi" w:hAnsiTheme="majorHAnsi" w:cstheme="majorHAnsi"/>
        </w:rPr>
        <w:t>poverenja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42AD9ED2" w14:textId="3B90F6D2" w:rsidR="003D3D43" w:rsidRPr="00D003F8" w:rsidRDefault="00F31AC9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Relevantnim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zakonodavstvom</w:t>
      </w:r>
      <w:proofErr w:type="spellEnd"/>
      <w:r w:rsidRPr="00F31AC9">
        <w:rPr>
          <w:rFonts w:asciiTheme="majorHAnsi" w:hAnsiTheme="majorHAnsi" w:cstheme="majorHAnsi"/>
        </w:rPr>
        <w:t xml:space="preserve"> o </w:t>
      </w:r>
      <w:proofErr w:type="spellStart"/>
      <w:r w:rsidRPr="00F31AC9">
        <w:rPr>
          <w:rFonts w:asciiTheme="majorHAnsi" w:hAnsiTheme="majorHAnsi" w:cstheme="majorHAnsi"/>
        </w:rPr>
        <w:t>sajber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bezbednosti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zaštiti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podataka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;</w:t>
      </w:r>
    </w:p>
    <w:p w14:paraId="76C7C440" w14:textId="607BFA5F" w:rsidR="003D3D43" w:rsidRPr="00D003F8" w:rsidRDefault="00F31AC9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Sprovedbenim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aktima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tehničkim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standardima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usvojenim</w:t>
      </w:r>
      <w:proofErr w:type="spellEnd"/>
      <w:r w:rsidRPr="00F31AC9">
        <w:rPr>
          <w:rFonts w:asciiTheme="majorHAnsi" w:hAnsiTheme="majorHAnsi" w:cstheme="majorHAnsi"/>
        </w:rPr>
        <w:t xml:space="preserve"> u </w:t>
      </w:r>
      <w:proofErr w:type="spellStart"/>
      <w:r w:rsidRPr="00F31AC9">
        <w:rPr>
          <w:rFonts w:asciiTheme="majorHAnsi" w:hAnsiTheme="majorHAnsi" w:cstheme="majorHAnsi"/>
        </w:rPr>
        <w:t>okviru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eIDAS</w:t>
      </w:r>
      <w:proofErr w:type="spellEnd"/>
      <w:r w:rsidRPr="00F31AC9">
        <w:rPr>
          <w:rFonts w:asciiTheme="majorHAnsi" w:hAnsiTheme="majorHAnsi" w:cstheme="majorHAnsi"/>
        </w:rPr>
        <w:t>-a</w:t>
      </w:r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68C0B2F3" w14:textId="47407A5E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4. </w:t>
      </w:r>
      <w:proofErr w:type="spellStart"/>
      <w:r w:rsidR="00F31AC9" w:rsidRPr="00F31AC9">
        <w:rPr>
          <w:sz w:val="22"/>
          <w:szCs w:val="22"/>
        </w:rPr>
        <w:t>Pravna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dejstva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elektronskih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potpisa</w:t>
      </w:r>
      <w:proofErr w:type="spellEnd"/>
    </w:p>
    <w:p w14:paraId="439DFD1A" w14:textId="0DEDE812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Elektronskim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potpisima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kreiranim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putem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Aplikacije</w:t>
      </w:r>
      <w:proofErr w:type="spellEnd"/>
      <w:r w:rsidRPr="00F31AC9">
        <w:rPr>
          <w:rFonts w:asciiTheme="majorHAnsi" w:hAnsiTheme="majorHAnsi" w:cstheme="majorHAnsi"/>
        </w:rPr>
        <w:t xml:space="preserve"> ne </w:t>
      </w:r>
      <w:proofErr w:type="spellStart"/>
      <w:r w:rsidRPr="00F31AC9">
        <w:rPr>
          <w:rFonts w:asciiTheme="majorHAnsi" w:hAnsiTheme="majorHAnsi" w:cstheme="majorHAnsi"/>
        </w:rPr>
        <w:t>može</w:t>
      </w:r>
      <w:proofErr w:type="spellEnd"/>
      <w:r w:rsidRPr="00F31AC9">
        <w:rPr>
          <w:rFonts w:asciiTheme="majorHAnsi" w:hAnsiTheme="majorHAnsi" w:cstheme="majorHAnsi"/>
        </w:rPr>
        <w:t xml:space="preserve"> se </w:t>
      </w:r>
      <w:proofErr w:type="spellStart"/>
      <w:r w:rsidRPr="00F31AC9">
        <w:rPr>
          <w:rFonts w:asciiTheme="majorHAnsi" w:hAnsiTheme="majorHAnsi" w:cstheme="majorHAnsi"/>
        </w:rPr>
        <w:t>uskratiti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pravno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dejstvo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niti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prihvatljivost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kao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dokaz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samo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zato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što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su</w:t>
      </w:r>
      <w:proofErr w:type="spellEnd"/>
      <w:r w:rsidRPr="00F31AC9">
        <w:rPr>
          <w:rFonts w:asciiTheme="majorHAnsi" w:hAnsiTheme="majorHAnsi" w:cstheme="majorHAnsi"/>
        </w:rPr>
        <w:t xml:space="preserve"> u </w:t>
      </w:r>
      <w:proofErr w:type="spellStart"/>
      <w:r w:rsidRPr="00F31AC9">
        <w:rPr>
          <w:rFonts w:asciiTheme="majorHAnsi" w:hAnsiTheme="majorHAnsi" w:cstheme="majorHAnsi"/>
        </w:rPr>
        <w:t>elektronskom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obliku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6B05628F" w14:textId="184ED402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r w:rsidRPr="00F31AC9">
        <w:rPr>
          <w:rFonts w:asciiTheme="majorHAnsi" w:hAnsiTheme="majorHAnsi" w:cstheme="majorHAnsi"/>
        </w:rPr>
        <w:lastRenderedPageBreak/>
        <w:t xml:space="preserve">Kada </w:t>
      </w:r>
      <w:proofErr w:type="spellStart"/>
      <w:r w:rsidRPr="00F31AC9">
        <w:rPr>
          <w:rFonts w:asciiTheme="majorHAnsi" w:hAnsiTheme="majorHAnsi" w:cstheme="majorHAnsi"/>
        </w:rPr>
        <w:t>Aplikacija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podržava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kvalifikovane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potpise</w:t>
      </w:r>
      <w:proofErr w:type="spellEnd"/>
      <w:r w:rsidRPr="00F31AC9">
        <w:rPr>
          <w:rFonts w:asciiTheme="majorHAnsi" w:hAnsiTheme="majorHAnsi" w:cstheme="majorHAnsi"/>
        </w:rPr>
        <w:t xml:space="preserve">, </w:t>
      </w:r>
      <w:proofErr w:type="spellStart"/>
      <w:r w:rsidRPr="00F31AC9">
        <w:rPr>
          <w:rFonts w:asciiTheme="majorHAnsi" w:hAnsiTheme="majorHAnsi" w:cstheme="majorHAnsi"/>
        </w:rPr>
        <w:t>takvi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imaju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pravno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dejstvo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jednako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svojeručnim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potpisima</w:t>
      </w:r>
      <w:proofErr w:type="spellEnd"/>
      <w:r w:rsidRPr="00F31AC9">
        <w:rPr>
          <w:rFonts w:asciiTheme="majorHAnsi" w:hAnsiTheme="majorHAnsi" w:cstheme="majorHAnsi"/>
        </w:rPr>
        <w:t xml:space="preserve">, u </w:t>
      </w:r>
      <w:proofErr w:type="spellStart"/>
      <w:r w:rsidRPr="00F31AC9">
        <w:rPr>
          <w:rFonts w:asciiTheme="majorHAnsi" w:hAnsiTheme="majorHAnsi" w:cstheme="majorHAnsi"/>
        </w:rPr>
        <w:t>skladu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eIDAS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Uredbom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77B7B410" w14:textId="15EA1949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Nadležni</w:t>
      </w:r>
      <w:proofErr w:type="spellEnd"/>
      <w:r w:rsidRPr="00F31AC9">
        <w:rPr>
          <w:rFonts w:asciiTheme="majorHAnsi" w:hAnsiTheme="majorHAnsi" w:cstheme="majorHAnsi"/>
        </w:rPr>
        <w:t xml:space="preserve"> organ ne </w:t>
      </w:r>
      <w:proofErr w:type="spellStart"/>
      <w:r w:rsidRPr="00F31AC9">
        <w:rPr>
          <w:rFonts w:asciiTheme="majorHAnsi" w:hAnsiTheme="majorHAnsi" w:cstheme="majorHAnsi"/>
        </w:rPr>
        <w:t>pregleda</w:t>
      </w:r>
      <w:proofErr w:type="spellEnd"/>
      <w:r w:rsidRPr="00F31AC9">
        <w:rPr>
          <w:rFonts w:asciiTheme="majorHAnsi" w:hAnsiTheme="majorHAnsi" w:cstheme="majorHAnsi"/>
        </w:rPr>
        <w:t xml:space="preserve">, ne </w:t>
      </w:r>
      <w:proofErr w:type="spellStart"/>
      <w:r w:rsidRPr="00F31AC9">
        <w:rPr>
          <w:rFonts w:asciiTheme="majorHAnsi" w:hAnsiTheme="majorHAnsi" w:cstheme="majorHAnsi"/>
        </w:rPr>
        <w:t>validira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niti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preuzima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odgovornost</w:t>
      </w:r>
      <w:proofErr w:type="spellEnd"/>
      <w:r w:rsidRPr="00F31AC9">
        <w:rPr>
          <w:rFonts w:asciiTheme="majorHAnsi" w:hAnsiTheme="majorHAnsi" w:cstheme="majorHAnsi"/>
        </w:rPr>
        <w:t xml:space="preserve"> za </w:t>
      </w:r>
      <w:proofErr w:type="spellStart"/>
      <w:r w:rsidRPr="00F31AC9">
        <w:rPr>
          <w:rFonts w:asciiTheme="majorHAnsi" w:hAnsiTheme="majorHAnsi" w:cstheme="majorHAnsi"/>
        </w:rPr>
        <w:t>sadržaj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potpisanih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dokumenata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5D83C811" w14:textId="2D838371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5. </w:t>
      </w:r>
      <w:proofErr w:type="spellStart"/>
      <w:r w:rsidR="00F31AC9" w:rsidRPr="00F31AC9">
        <w:rPr>
          <w:sz w:val="22"/>
          <w:szCs w:val="22"/>
        </w:rPr>
        <w:t>Uloge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usluga</w:t>
      </w:r>
      <w:proofErr w:type="spellEnd"/>
      <w:r w:rsidR="00F31AC9" w:rsidRPr="00F31AC9">
        <w:rPr>
          <w:sz w:val="22"/>
          <w:szCs w:val="22"/>
        </w:rPr>
        <w:t xml:space="preserve"> od </w:t>
      </w:r>
      <w:proofErr w:type="spellStart"/>
      <w:r w:rsidR="00F31AC9" w:rsidRPr="00F31AC9">
        <w:rPr>
          <w:sz w:val="22"/>
          <w:szCs w:val="22"/>
        </w:rPr>
        <w:t>poverenja</w:t>
      </w:r>
      <w:proofErr w:type="spellEnd"/>
    </w:p>
    <w:p w14:paraId="239F1090" w14:textId="207E2625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Nadležni</w:t>
      </w:r>
      <w:proofErr w:type="spellEnd"/>
      <w:r w:rsidRPr="00F31AC9">
        <w:rPr>
          <w:rFonts w:asciiTheme="majorHAnsi" w:hAnsiTheme="majorHAnsi" w:cstheme="majorHAnsi"/>
        </w:rPr>
        <w:t xml:space="preserve"> organ </w:t>
      </w:r>
      <w:proofErr w:type="spellStart"/>
      <w:r w:rsidRPr="00F31AC9">
        <w:rPr>
          <w:rFonts w:asciiTheme="majorHAnsi" w:hAnsiTheme="majorHAnsi" w:cstheme="majorHAnsi"/>
        </w:rPr>
        <w:t>može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delovati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kao</w:t>
      </w:r>
      <w:proofErr w:type="spellEnd"/>
      <w:r w:rsidRPr="00F31AC9">
        <w:rPr>
          <w:rFonts w:asciiTheme="majorHAnsi" w:hAnsiTheme="majorHAnsi" w:cstheme="majorHAnsi"/>
        </w:rPr>
        <w:t>:</w:t>
      </w:r>
    </w:p>
    <w:p w14:paraId="284B3CBB" w14:textId="527C45D1" w:rsidR="003D3D43" w:rsidRPr="00D003F8" w:rsidRDefault="00F31AC9" w:rsidP="00D003F8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r w:rsidRPr="00F31AC9">
        <w:rPr>
          <w:rFonts w:asciiTheme="majorHAnsi" w:hAnsiTheme="majorHAnsi" w:cstheme="majorHAnsi"/>
        </w:rPr>
        <w:t xml:space="preserve">Operator </w:t>
      </w:r>
      <w:proofErr w:type="spellStart"/>
      <w:r w:rsidRPr="00F31AC9">
        <w:rPr>
          <w:rFonts w:asciiTheme="majorHAnsi" w:hAnsiTheme="majorHAnsi" w:cstheme="majorHAnsi"/>
        </w:rPr>
        <w:t>šeme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identifikacije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6965924B" w14:textId="6FD5EA74" w:rsidR="003D3D43" w:rsidRPr="00D003F8" w:rsidRDefault="00F31AC9" w:rsidP="00D003F8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Pružalac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usluga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od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poverenja</w:t>
      </w:r>
      <w:proofErr w:type="spellEnd"/>
      <w:r w:rsidRPr="00F31AC9">
        <w:rPr>
          <w:rFonts w:asciiTheme="majorHAnsi" w:hAnsiTheme="majorHAnsi" w:cstheme="majorHAnsi"/>
        </w:rPr>
        <w:t xml:space="preserve">; </w:t>
      </w:r>
      <w:proofErr w:type="spellStart"/>
      <w:r w:rsidRPr="00F31AC9">
        <w:rPr>
          <w:rFonts w:asciiTheme="majorHAnsi" w:hAnsiTheme="majorHAnsi" w:cstheme="majorHAnsi"/>
        </w:rPr>
        <w:t>ili</w:t>
      </w:r>
      <w:proofErr w:type="spellEnd"/>
    </w:p>
    <w:p w14:paraId="78AA4892" w14:textId="1C88A49D" w:rsidR="003D3D43" w:rsidRPr="00D003F8" w:rsidRDefault="00F31AC9" w:rsidP="00D003F8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Nadzorni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ili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koordinacioni</w:t>
      </w:r>
      <w:proofErr w:type="spellEnd"/>
      <w:r w:rsidRPr="00F31AC9">
        <w:rPr>
          <w:rFonts w:asciiTheme="majorHAnsi" w:hAnsiTheme="majorHAnsi" w:cstheme="majorHAnsi"/>
        </w:rPr>
        <w:t xml:space="preserve"> organ,</w:t>
      </w:r>
    </w:p>
    <w:p w14:paraId="4E33C19A" w14:textId="079AE5C2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r w:rsidRPr="00F31AC9">
        <w:rPr>
          <w:rFonts w:asciiTheme="majorHAnsi" w:hAnsiTheme="majorHAnsi" w:cstheme="majorHAnsi"/>
        </w:rPr>
        <w:t xml:space="preserve">u </w:t>
      </w:r>
      <w:proofErr w:type="spellStart"/>
      <w:r w:rsidRPr="00F31AC9">
        <w:rPr>
          <w:rFonts w:asciiTheme="majorHAnsi" w:hAnsiTheme="majorHAnsi" w:cstheme="majorHAnsi"/>
        </w:rPr>
        <w:t>zavisnosti</w:t>
      </w:r>
      <w:proofErr w:type="spellEnd"/>
      <w:r w:rsidRPr="00F31AC9">
        <w:rPr>
          <w:rFonts w:asciiTheme="majorHAnsi" w:hAnsiTheme="majorHAnsi" w:cstheme="majorHAnsi"/>
        </w:rPr>
        <w:t xml:space="preserve"> od </w:t>
      </w:r>
      <w:proofErr w:type="spellStart"/>
      <w:r w:rsidRPr="00F31AC9">
        <w:rPr>
          <w:rFonts w:asciiTheme="majorHAnsi" w:hAnsiTheme="majorHAnsi" w:cstheme="majorHAnsi"/>
        </w:rPr>
        <w:t>nacionalnih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pravnih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aranžmana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32970BC2" w14:textId="5CF86A59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6. </w:t>
      </w:r>
      <w:proofErr w:type="spellStart"/>
      <w:r w:rsidR="00F31AC9" w:rsidRPr="00F31AC9">
        <w:rPr>
          <w:sz w:val="22"/>
          <w:szCs w:val="22"/>
        </w:rPr>
        <w:t>Uslovi</w:t>
      </w:r>
      <w:proofErr w:type="spellEnd"/>
      <w:r w:rsidR="00F31AC9" w:rsidRPr="00F31AC9">
        <w:rPr>
          <w:sz w:val="22"/>
          <w:szCs w:val="22"/>
        </w:rPr>
        <w:t xml:space="preserve"> za </w:t>
      </w:r>
      <w:proofErr w:type="spellStart"/>
      <w:r w:rsidR="00F31AC9" w:rsidRPr="00F31AC9">
        <w:rPr>
          <w:sz w:val="22"/>
          <w:szCs w:val="22"/>
        </w:rPr>
        <w:t>korišćenje</w:t>
      </w:r>
      <w:proofErr w:type="spellEnd"/>
    </w:p>
    <w:p w14:paraId="67AAF102" w14:textId="6607BCDF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Korisnici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moraju</w:t>
      </w:r>
      <w:proofErr w:type="spellEnd"/>
      <w:r w:rsidRPr="00F31AC9">
        <w:rPr>
          <w:rFonts w:asciiTheme="majorHAnsi" w:hAnsiTheme="majorHAnsi" w:cstheme="majorHAnsi"/>
        </w:rPr>
        <w:t>:</w:t>
      </w:r>
    </w:p>
    <w:p w14:paraId="23ECCA45" w14:textId="73925A1F" w:rsidR="003D3D43" w:rsidRPr="008C0EAF" w:rsidRDefault="00F31AC9" w:rsidP="008C0EAF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Posedovati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važeću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elektronsku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identifikaciju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izdatu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ili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priznatu</w:t>
      </w:r>
      <w:proofErr w:type="spellEnd"/>
      <w:r w:rsidRPr="00F31AC9">
        <w:rPr>
          <w:rFonts w:asciiTheme="majorHAnsi" w:hAnsiTheme="majorHAnsi" w:cstheme="majorHAnsi"/>
        </w:rPr>
        <w:t xml:space="preserve"> od </w:t>
      </w:r>
      <w:proofErr w:type="spellStart"/>
      <w:r w:rsidRPr="00F31AC9">
        <w:rPr>
          <w:rFonts w:asciiTheme="majorHAnsi" w:hAnsiTheme="majorHAnsi" w:cstheme="majorHAnsi"/>
        </w:rPr>
        <w:t>strane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Nadležnog</w:t>
      </w:r>
      <w:proofErr w:type="spellEnd"/>
      <w:r w:rsidRPr="00F31AC9">
        <w:rPr>
          <w:rFonts w:asciiTheme="majorHAnsi" w:hAnsiTheme="majorHAnsi" w:cstheme="majorHAnsi"/>
        </w:rPr>
        <w:t xml:space="preserve"> organa;</w:t>
      </w:r>
    </w:p>
    <w:p w14:paraId="4E188C29" w14:textId="13C5931C" w:rsidR="003D3D43" w:rsidRPr="008C0EAF" w:rsidRDefault="00F31AC9" w:rsidP="008C0EAF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Uspešno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završiti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postupke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potvrde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identiteta</w:t>
      </w:r>
      <w:proofErr w:type="spellEnd"/>
      <w:r w:rsidRPr="00F31AC9">
        <w:rPr>
          <w:rFonts w:asciiTheme="majorHAnsi" w:hAnsiTheme="majorHAnsi" w:cstheme="majorHAnsi"/>
        </w:rPr>
        <w:t xml:space="preserve"> u </w:t>
      </w:r>
      <w:proofErr w:type="spellStart"/>
      <w:r w:rsidRPr="00F31AC9">
        <w:rPr>
          <w:rFonts w:asciiTheme="majorHAnsi" w:hAnsiTheme="majorHAnsi" w:cstheme="majorHAnsi"/>
        </w:rPr>
        <w:t>skladu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nivoima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pouzdanosti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predviđenim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eIDAS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uredbom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29EBF2DF" w14:textId="0993B3A5" w:rsidR="003D3D43" w:rsidRPr="008C0EAF" w:rsidRDefault="00F31AC9" w:rsidP="008C0EAF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Održavati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kontrolu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nad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autentifikacionim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podacima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uređajima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5BD127E2" w14:textId="78031B5F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7. </w:t>
      </w:r>
      <w:proofErr w:type="spellStart"/>
      <w:r w:rsidR="00F31AC9" w:rsidRPr="00F31AC9">
        <w:rPr>
          <w:sz w:val="22"/>
          <w:szCs w:val="22"/>
        </w:rPr>
        <w:t>Autentifikacija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i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kreiranje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potpisa</w:t>
      </w:r>
      <w:proofErr w:type="spellEnd"/>
    </w:p>
    <w:p w14:paraId="01F3DEE6" w14:textId="2B756F03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Aplikacija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može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koristiti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mehanizme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snažne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autentifikacije</w:t>
      </w:r>
      <w:proofErr w:type="spellEnd"/>
      <w:r w:rsidRPr="00F31AC9">
        <w:rPr>
          <w:rFonts w:asciiTheme="majorHAnsi" w:hAnsiTheme="majorHAnsi" w:cstheme="majorHAnsi"/>
        </w:rPr>
        <w:t xml:space="preserve">, </w:t>
      </w:r>
      <w:proofErr w:type="spellStart"/>
      <w:r w:rsidRPr="00F31AC9">
        <w:rPr>
          <w:rFonts w:asciiTheme="majorHAnsi" w:hAnsiTheme="majorHAnsi" w:cstheme="majorHAnsi"/>
        </w:rPr>
        <w:t>uključujući</w:t>
      </w:r>
      <w:proofErr w:type="spellEnd"/>
      <w:r w:rsidRPr="00F31AC9">
        <w:rPr>
          <w:rFonts w:asciiTheme="majorHAnsi" w:hAnsiTheme="majorHAnsi" w:cstheme="majorHAnsi"/>
        </w:rPr>
        <w:t>:</w:t>
      </w:r>
    </w:p>
    <w:p w14:paraId="03BAD036" w14:textId="74CE8229" w:rsidR="003D3D43" w:rsidRPr="00D003F8" w:rsidRDefault="00F31AC9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Jednokratne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lozinke</w:t>
      </w:r>
      <w:proofErr w:type="spellEnd"/>
      <w:r w:rsidRPr="00F31AC9">
        <w:rPr>
          <w:rFonts w:asciiTheme="majorHAnsi" w:hAnsiTheme="majorHAnsi" w:cstheme="majorHAnsi"/>
        </w:rPr>
        <w:t xml:space="preserve"> (OTP) </w:t>
      </w:r>
      <w:proofErr w:type="spellStart"/>
      <w:r w:rsidRPr="00F31AC9">
        <w:rPr>
          <w:rFonts w:asciiTheme="majorHAnsi" w:hAnsiTheme="majorHAnsi" w:cstheme="majorHAnsi"/>
        </w:rPr>
        <w:t>dostavljene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putem</w:t>
      </w:r>
      <w:proofErr w:type="spellEnd"/>
      <w:r w:rsidRPr="00F31AC9">
        <w:rPr>
          <w:rFonts w:asciiTheme="majorHAnsi" w:hAnsiTheme="majorHAnsi" w:cstheme="majorHAnsi"/>
        </w:rPr>
        <w:t xml:space="preserve"> SMS-</w:t>
      </w:r>
      <w:proofErr w:type="gramStart"/>
      <w:r w:rsidRPr="00F31AC9">
        <w:rPr>
          <w:rFonts w:asciiTheme="majorHAnsi" w:hAnsiTheme="majorHAnsi" w:cstheme="majorHAnsi"/>
        </w:rPr>
        <w:t>a</w:t>
      </w:r>
      <w:proofErr w:type="gram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ili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drugih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komunikacionih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kanala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30D25301" w14:textId="200A9B57" w:rsidR="003D3D43" w:rsidRPr="00D003F8" w:rsidRDefault="00F31AC9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Kriptografske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ključeve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vezane</w:t>
      </w:r>
      <w:proofErr w:type="spellEnd"/>
      <w:r w:rsidRPr="00F31AC9">
        <w:rPr>
          <w:rFonts w:asciiTheme="majorHAnsi" w:hAnsiTheme="majorHAnsi" w:cstheme="majorHAnsi"/>
        </w:rPr>
        <w:t xml:space="preserve"> za </w:t>
      </w:r>
      <w:proofErr w:type="spellStart"/>
      <w:r w:rsidRPr="00F31AC9">
        <w:rPr>
          <w:rFonts w:asciiTheme="majorHAnsi" w:hAnsiTheme="majorHAnsi" w:cstheme="majorHAnsi"/>
        </w:rPr>
        <w:t>uređaj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0FC71E5B" w14:textId="546E7D75" w:rsidR="003D3D43" w:rsidRPr="00D003F8" w:rsidRDefault="00F31AC9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Biometrijsku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autentifikaciju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koju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podržava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uređaj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Korisnika</w:t>
      </w:r>
      <w:proofErr w:type="spellEnd"/>
      <w:r w:rsidRPr="00F31AC9">
        <w:rPr>
          <w:rFonts w:asciiTheme="majorHAnsi" w:hAnsiTheme="majorHAnsi" w:cstheme="majorHAnsi"/>
        </w:rPr>
        <w:t>;</w:t>
      </w:r>
    </w:p>
    <w:p w14:paraId="64E43AD9" w14:textId="14D8594F" w:rsidR="003D3D43" w:rsidRPr="00D003F8" w:rsidRDefault="00F31AC9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Bezbedna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okruženja</w:t>
      </w:r>
      <w:proofErr w:type="spellEnd"/>
      <w:r w:rsidRPr="00F31AC9">
        <w:rPr>
          <w:rFonts w:asciiTheme="majorHAnsi" w:hAnsiTheme="majorHAnsi" w:cstheme="majorHAnsi"/>
        </w:rPr>
        <w:t xml:space="preserve"> za </w:t>
      </w:r>
      <w:proofErr w:type="spellStart"/>
      <w:r w:rsidRPr="00F31AC9">
        <w:rPr>
          <w:rFonts w:asciiTheme="majorHAnsi" w:hAnsiTheme="majorHAnsi" w:cstheme="majorHAnsi"/>
        </w:rPr>
        <w:t>kreiranje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potpisa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33BFEADD" w14:textId="2D1078C5" w:rsidR="003D3D43" w:rsidRPr="00D003F8" w:rsidRDefault="00F31AC9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F31AC9">
        <w:rPr>
          <w:rFonts w:asciiTheme="majorHAnsi" w:hAnsiTheme="majorHAnsi" w:cstheme="majorHAnsi"/>
        </w:rPr>
        <w:t>Korisnik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potvrđuje</w:t>
      </w:r>
      <w:proofErr w:type="spellEnd"/>
      <w:r w:rsidRPr="00F31AC9">
        <w:rPr>
          <w:rFonts w:asciiTheme="majorHAnsi" w:hAnsiTheme="majorHAnsi" w:cstheme="majorHAnsi"/>
        </w:rPr>
        <w:t xml:space="preserve"> da </w:t>
      </w:r>
      <w:proofErr w:type="spellStart"/>
      <w:r w:rsidRPr="00F31AC9">
        <w:rPr>
          <w:rFonts w:asciiTheme="majorHAnsi" w:hAnsiTheme="majorHAnsi" w:cstheme="majorHAnsi"/>
        </w:rPr>
        <w:t>uspešna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autentifikacija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daje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ovlašćenje</w:t>
      </w:r>
      <w:proofErr w:type="spellEnd"/>
      <w:r w:rsidRPr="00F31AC9">
        <w:rPr>
          <w:rFonts w:asciiTheme="majorHAnsi" w:hAnsiTheme="majorHAnsi" w:cstheme="majorHAnsi"/>
        </w:rPr>
        <w:t xml:space="preserve"> za </w:t>
      </w:r>
      <w:proofErr w:type="spellStart"/>
      <w:r w:rsidRPr="00F31AC9">
        <w:rPr>
          <w:rFonts w:asciiTheme="majorHAnsi" w:hAnsiTheme="majorHAnsi" w:cstheme="majorHAnsi"/>
        </w:rPr>
        <w:t>kreiranje</w:t>
      </w:r>
      <w:proofErr w:type="spellEnd"/>
      <w:r w:rsidRPr="00F31AC9">
        <w:rPr>
          <w:rFonts w:asciiTheme="majorHAnsi" w:hAnsiTheme="majorHAnsi" w:cstheme="majorHAnsi"/>
        </w:rPr>
        <w:t xml:space="preserve"> </w:t>
      </w:r>
      <w:proofErr w:type="spellStart"/>
      <w:r w:rsidRPr="00F31AC9">
        <w:rPr>
          <w:rFonts w:asciiTheme="majorHAnsi" w:hAnsiTheme="majorHAnsi" w:cstheme="majorHAnsi"/>
        </w:rPr>
        <w:t>potpisa</w:t>
      </w:r>
      <w:proofErr w:type="spellEnd"/>
      <w:r w:rsidRPr="00F31AC9">
        <w:rPr>
          <w:rFonts w:asciiTheme="majorHAnsi" w:hAnsiTheme="majorHAnsi" w:cstheme="majorHAnsi"/>
        </w:rPr>
        <w:t>.</w:t>
      </w:r>
    </w:p>
    <w:p w14:paraId="64A1F5C7" w14:textId="3D88DCCE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8. </w:t>
      </w:r>
      <w:proofErr w:type="spellStart"/>
      <w:r w:rsidR="00F31AC9" w:rsidRPr="00F31AC9">
        <w:rPr>
          <w:sz w:val="22"/>
          <w:szCs w:val="22"/>
        </w:rPr>
        <w:t>Zahtevi</w:t>
      </w:r>
      <w:proofErr w:type="spellEnd"/>
      <w:r w:rsidR="00F31AC9" w:rsidRPr="00F31AC9">
        <w:rPr>
          <w:sz w:val="22"/>
          <w:szCs w:val="22"/>
        </w:rPr>
        <w:t xml:space="preserve"> u </w:t>
      </w:r>
      <w:proofErr w:type="spellStart"/>
      <w:r w:rsidR="00F31AC9" w:rsidRPr="00F31AC9">
        <w:rPr>
          <w:sz w:val="22"/>
          <w:szCs w:val="22"/>
        </w:rPr>
        <w:t>pogledu</w:t>
      </w:r>
      <w:proofErr w:type="spellEnd"/>
      <w:r w:rsidR="00F31AC9" w:rsidRPr="00F31AC9">
        <w:rPr>
          <w:sz w:val="22"/>
          <w:szCs w:val="22"/>
        </w:rPr>
        <w:t xml:space="preserve"> </w:t>
      </w:r>
      <w:proofErr w:type="spellStart"/>
      <w:r w:rsidR="00F31AC9" w:rsidRPr="00F31AC9">
        <w:rPr>
          <w:sz w:val="22"/>
          <w:szCs w:val="22"/>
        </w:rPr>
        <w:t>bezbednosti</w:t>
      </w:r>
      <w:proofErr w:type="spellEnd"/>
    </w:p>
    <w:p w14:paraId="345EB6CC" w14:textId="5DE2179B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</w:t>
      </w:r>
      <w:proofErr w:type="spellStart"/>
      <w:r w:rsidRPr="00D721A5">
        <w:rPr>
          <w:rFonts w:asciiTheme="majorHAnsi" w:hAnsiTheme="majorHAnsi" w:cstheme="majorHAnsi"/>
        </w:rPr>
        <w:t>primenjuje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tehničke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organizacione</w:t>
      </w:r>
      <w:proofErr w:type="spellEnd"/>
      <w:r w:rsidRPr="00D721A5">
        <w:rPr>
          <w:rFonts w:asciiTheme="majorHAnsi" w:hAnsiTheme="majorHAnsi" w:cstheme="majorHAnsi"/>
        </w:rPr>
        <w:t xml:space="preserve"> mere </w:t>
      </w:r>
      <w:proofErr w:type="spellStart"/>
      <w:r w:rsidRPr="00D721A5">
        <w:rPr>
          <w:rFonts w:asciiTheme="majorHAnsi" w:hAnsiTheme="majorHAnsi" w:cstheme="majorHAnsi"/>
        </w:rPr>
        <w:t>bezbednosti</w:t>
      </w:r>
      <w:proofErr w:type="spellEnd"/>
      <w:r w:rsidRPr="00D721A5">
        <w:rPr>
          <w:rFonts w:asciiTheme="majorHAnsi" w:hAnsiTheme="majorHAnsi" w:cstheme="majorHAnsi"/>
        </w:rPr>
        <w:t xml:space="preserve"> u </w:t>
      </w:r>
      <w:proofErr w:type="spellStart"/>
      <w:r w:rsidRPr="00D721A5">
        <w:rPr>
          <w:rFonts w:asciiTheme="majorHAnsi" w:hAnsiTheme="majorHAnsi" w:cstheme="majorHAnsi"/>
        </w:rPr>
        <w:t>skladu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bezbednosnim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zahtevima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eIDAS</w:t>
      </w:r>
      <w:proofErr w:type="spellEnd"/>
      <w:r w:rsidRPr="00D721A5">
        <w:rPr>
          <w:rFonts w:asciiTheme="majorHAnsi" w:hAnsiTheme="majorHAnsi" w:cstheme="majorHAnsi"/>
        </w:rPr>
        <w:t xml:space="preserve">-a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nacionalnim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standardima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sajber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bezbednosti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41D5F277" w14:textId="799D1E3E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Korisnici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moraju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zaštititi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lične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uređaje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pristupne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podatke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prijaviti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sumnju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kompromitovanje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ili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zloupotrebu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47C3976C" w14:textId="10413E19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lastRenderedPageBreak/>
        <w:t xml:space="preserve">9. </w:t>
      </w:r>
      <w:proofErr w:type="spellStart"/>
      <w:r w:rsidR="00D721A5" w:rsidRPr="00D721A5">
        <w:rPr>
          <w:sz w:val="22"/>
          <w:szCs w:val="22"/>
        </w:rPr>
        <w:t>Dostupnost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kontinuitet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usluge</w:t>
      </w:r>
      <w:proofErr w:type="spellEnd"/>
    </w:p>
    <w:p w14:paraId="3594DC0F" w14:textId="6A9C8A98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</w:t>
      </w:r>
      <w:proofErr w:type="spellStart"/>
      <w:r w:rsidRPr="00D721A5">
        <w:rPr>
          <w:rFonts w:asciiTheme="majorHAnsi" w:hAnsiTheme="majorHAnsi" w:cstheme="majorHAnsi"/>
        </w:rPr>
        <w:t>će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preduzeti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razumne</w:t>
      </w:r>
      <w:proofErr w:type="spellEnd"/>
      <w:r w:rsidRPr="00D721A5">
        <w:rPr>
          <w:rFonts w:asciiTheme="majorHAnsi" w:hAnsiTheme="majorHAnsi" w:cstheme="majorHAnsi"/>
        </w:rPr>
        <w:t xml:space="preserve"> mere </w:t>
      </w:r>
      <w:proofErr w:type="spellStart"/>
      <w:r w:rsidRPr="00D721A5">
        <w:rPr>
          <w:rFonts w:asciiTheme="majorHAnsi" w:hAnsiTheme="majorHAnsi" w:cstheme="majorHAnsi"/>
        </w:rPr>
        <w:t>kako</w:t>
      </w:r>
      <w:proofErr w:type="spellEnd"/>
      <w:r w:rsidRPr="00D721A5">
        <w:rPr>
          <w:rFonts w:asciiTheme="majorHAnsi" w:hAnsiTheme="majorHAnsi" w:cstheme="majorHAnsi"/>
        </w:rPr>
        <w:t xml:space="preserve"> bi </w:t>
      </w:r>
      <w:proofErr w:type="spellStart"/>
      <w:r w:rsidRPr="00D721A5">
        <w:rPr>
          <w:rFonts w:asciiTheme="majorHAnsi" w:hAnsiTheme="majorHAnsi" w:cstheme="majorHAnsi"/>
        </w:rPr>
        <w:t>obezbedio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dostupnost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integritet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pouzdanost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Aplikacije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45DC647E" w14:textId="282AAF9C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</w:t>
      </w:r>
      <w:proofErr w:type="spellStart"/>
      <w:r w:rsidRPr="00D721A5">
        <w:rPr>
          <w:rFonts w:asciiTheme="majorHAnsi" w:hAnsiTheme="majorHAnsi" w:cstheme="majorHAnsi"/>
        </w:rPr>
        <w:t>zadržava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pravo</w:t>
      </w:r>
      <w:proofErr w:type="spellEnd"/>
      <w:r w:rsidRPr="00D721A5">
        <w:rPr>
          <w:rFonts w:asciiTheme="majorHAnsi" w:hAnsiTheme="majorHAnsi" w:cstheme="majorHAnsi"/>
        </w:rPr>
        <w:t xml:space="preserve"> da </w:t>
      </w:r>
      <w:proofErr w:type="spellStart"/>
      <w:r w:rsidRPr="00D721A5">
        <w:rPr>
          <w:rFonts w:asciiTheme="majorHAnsi" w:hAnsiTheme="majorHAnsi" w:cstheme="majorHAnsi"/>
        </w:rPr>
        <w:t>obavlja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održavanje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menja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funkcionalnosti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privremeno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obustavi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usluge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ili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sprovede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nadogradnje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potrebne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radi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usklađenosti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regulatornim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zahtevima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33080247" w14:textId="72C17331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10. </w:t>
      </w:r>
      <w:proofErr w:type="spellStart"/>
      <w:r w:rsidR="00D721A5" w:rsidRPr="00D721A5">
        <w:rPr>
          <w:sz w:val="22"/>
          <w:szCs w:val="22"/>
        </w:rPr>
        <w:t>Besplatno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pružanje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usluge</w:t>
      </w:r>
      <w:proofErr w:type="spellEnd"/>
    </w:p>
    <w:p w14:paraId="554C22BA" w14:textId="64BFD987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Aplikaciju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</w:t>
      </w:r>
      <w:proofErr w:type="spellStart"/>
      <w:r w:rsidRPr="00D721A5">
        <w:rPr>
          <w:rFonts w:asciiTheme="majorHAnsi" w:hAnsiTheme="majorHAnsi" w:cstheme="majorHAnsi"/>
        </w:rPr>
        <w:t>pruža</w:t>
      </w:r>
      <w:proofErr w:type="spellEnd"/>
      <w:r w:rsidRPr="00D721A5">
        <w:rPr>
          <w:rFonts w:asciiTheme="majorHAnsi" w:hAnsiTheme="majorHAnsi" w:cstheme="majorHAnsi"/>
        </w:rPr>
        <w:t xml:space="preserve"> bez </w:t>
      </w:r>
      <w:proofErr w:type="spellStart"/>
      <w:r w:rsidRPr="00D721A5">
        <w:rPr>
          <w:rFonts w:asciiTheme="majorHAnsi" w:hAnsiTheme="majorHAnsi" w:cstheme="majorHAnsi"/>
        </w:rPr>
        <w:t>naknade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10DF6D94" w14:textId="4DC5BEC6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Korisnici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dalje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odgovorni</w:t>
      </w:r>
      <w:proofErr w:type="spellEnd"/>
      <w:r w:rsidRPr="00D721A5">
        <w:rPr>
          <w:rFonts w:asciiTheme="majorHAnsi" w:hAnsiTheme="majorHAnsi" w:cstheme="majorHAnsi"/>
        </w:rPr>
        <w:t xml:space="preserve"> za </w:t>
      </w:r>
      <w:proofErr w:type="spellStart"/>
      <w:r w:rsidRPr="00D721A5">
        <w:rPr>
          <w:rFonts w:asciiTheme="majorHAnsi" w:hAnsiTheme="majorHAnsi" w:cstheme="majorHAnsi"/>
        </w:rPr>
        <w:t>troškove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telekomunikacionih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usluga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nabavku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uređaja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troškove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usluga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trećih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lica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nisu</w:t>
      </w:r>
      <w:proofErr w:type="spellEnd"/>
      <w:r w:rsidRPr="00D721A5">
        <w:rPr>
          <w:rFonts w:asciiTheme="majorHAnsi" w:hAnsiTheme="majorHAnsi" w:cstheme="majorHAnsi"/>
        </w:rPr>
        <w:t xml:space="preserve"> pod </w:t>
      </w:r>
      <w:proofErr w:type="spellStart"/>
      <w:r w:rsidRPr="00D721A5">
        <w:rPr>
          <w:rFonts w:asciiTheme="majorHAnsi" w:hAnsiTheme="majorHAnsi" w:cstheme="majorHAnsi"/>
        </w:rPr>
        <w:t>kontrolom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Nadležnog</w:t>
      </w:r>
      <w:proofErr w:type="spellEnd"/>
      <w:r w:rsidRPr="00D721A5">
        <w:rPr>
          <w:rFonts w:asciiTheme="majorHAnsi" w:hAnsiTheme="majorHAnsi" w:cstheme="majorHAnsi"/>
        </w:rPr>
        <w:t xml:space="preserve"> organa.</w:t>
      </w:r>
    </w:p>
    <w:p w14:paraId="667B7931" w14:textId="4C66B7D8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11. </w:t>
      </w:r>
      <w:proofErr w:type="spellStart"/>
      <w:r w:rsidR="00D721A5" w:rsidRPr="00D721A5">
        <w:rPr>
          <w:sz w:val="22"/>
          <w:szCs w:val="22"/>
          <w:lang w:val="en-GB"/>
        </w:rPr>
        <w:t>Zaštita</w:t>
      </w:r>
      <w:proofErr w:type="spellEnd"/>
      <w:r w:rsidR="00D721A5" w:rsidRPr="00D721A5">
        <w:rPr>
          <w:sz w:val="22"/>
          <w:szCs w:val="22"/>
          <w:lang w:val="en-GB"/>
        </w:rPr>
        <w:t xml:space="preserve"> </w:t>
      </w:r>
      <w:proofErr w:type="spellStart"/>
      <w:r w:rsidR="00D721A5" w:rsidRPr="00D721A5">
        <w:rPr>
          <w:sz w:val="22"/>
          <w:szCs w:val="22"/>
          <w:lang w:val="en-GB"/>
        </w:rPr>
        <w:t>ličnih</w:t>
      </w:r>
      <w:proofErr w:type="spellEnd"/>
      <w:r w:rsidR="00D721A5" w:rsidRPr="00D721A5">
        <w:rPr>
          <w:sz w:val="22"/>
          <w:szCs w:val="22"/>
          <w:lang w:val="en-GB"/>
        </w:rPr>
        <w:t xml:space="preserve"> </w:t>
      </w:r>
      <w:proofErr w:type="spellStart"/>
      <w:r w:rsidR="00D721A5" w:rsidRPr="00D721A5">
        <w:rPr>
          <w:sz w:val="22"/>
          <w:szCs w:val="22"/>
          <w:lang w:val="en-GB"/>
        </w:rPr>
        <w:t>podataka</w:t>
      </w:r>
      <w:proofErr w:type="spellEnd"/>
    </w:p>
    <w:p w14:paraId="29E53002" w14:textId="741B6125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Lični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podaci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obrađivaće</w:t>
      </w:r>
      <w:proofErr w:type="spellEnd"/>
      <w:r w:rsidRPr="00D721A5">
        <w:rPr>
          <w:rFonts w:asciiTheme="majorHAnsi" w:hAnsiTheme="majorHAnsi" w:cstheme="majorHAnsi"/>
        </w:rPr>
        <w:t xml:space="preserve"> se u </w:t>
      </w:r>
      <w:proofErr w:type="spellStart"/>
      <w:r w:rsidRPr="00D721A5">
        <w:rPr>
          <w:rFonts w:asciiTheme="majorHAnsi" w:hAnsiTheme="majorHAnsi" w:cstheme="majorHAnsi"/>
        </w:rPr>
        <w:t>skladu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važećim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propisima</w:t>
      </w:r>
      <w:proofErr w:type="spellEnd"/>
      <w:r w:rsidRPr="00D721A5">
        <w:rPr>
          <w:rFonts w:asciiTheme="majorHAnsi" w:hAnsiTheme="majorHAnsi" w:cstheme="majorHAnsi"/>
        </w:rPr>
        <w:t xml:space="preserve"> o </w:t>
      </w:r>
      <w:proofErr w:type="spellStart"/>
      <w:r w:rsidRPr="00D721A5">
        <w:rPr>
          <w:rFonts w:asciiTheme="majorHAnsi" w:hAnsiTheme="majorHAnsi" w:cstheme="majorHAnsi"/>
        </w:rPr>
        <w:t>zaštiti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podataka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zvaničnim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politikama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privatnosti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4904ABF9" w14:textId="6CC779CE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Obrada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može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uključivati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proveru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identiteta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upravljanje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životnim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ciklusom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sertifikata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otkrivanje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prevara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usklađenost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regulatornim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zahtevima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praćenje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bezbednosti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53464626" w14:textId="1A9FDAD2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12. </w:t>
      </w:r>
      <w:proofErr w:type="spellStart"/>
      <w:r w:rsidR="00D721A5" w:rsidRPr="00D721A5">
        <w:rPr>
          <w:sz w:val="22"/>
          <w:szCs w:val="22"/>
        </w:rPr>
        <w:t>Vođenje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evidencije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revizija</w:t>
      </w:r>
      <w:proofErr w:type="spellEnd"/>
    </w:p>
    <w:p w14:paraId="3047D624" w14:textId="3DCF54C3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povezani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pružaoci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usluga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od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poverenja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mogu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čuvati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evidencije</w:t>
      </w:r>
      <w:proofErr w:type="spellEnd"/>
      <w:r w:rsidRPr="00D721A5">
        <w:rPr>
          <w:rFonts w:asciiTheme="majorHAnsi" w:hAnsiTheme="majorHAnsi" w:cstheme="majorHAnsi"/>
        </w:rPr>
        <w:t xml:space="preserve"> o </w:t>
      </w:r>
      <w:proofErr w:type="spellStart"/>
      <w:r w:rsidRPr="00D721A5">
        <w:rPr>
          <w:rFonts w:asciiTheme="majorHAnsi" w:hAnsiTheme="majorHAnsi" w:cstheme="majorHAnsi"/>
        </w:rPr>
        <w:t>događajima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autentifikacije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transakcijama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potpisivanja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bezbednosnim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zapisima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operativnim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podacima</w:t>
      </w:r>
      <w:proofErr w:type="spellEnd"/>
      <w:r w:rsidRPr="00D721A5">
        <w:rPr>
          <w:rFonts w:asciiTheme="majorHAnsi" w:hAnsiTheme="majorHAnsi" w:cstheme="majorHAnsi"/>
        </w:rPr>
        <w:t xml:space="preserve"> u </w:t>
      </w:r>
      <w:proofErr w:type="spellStart"/>
      <w:r w:rsidRPr="00D721A5">
        <w:rPr>
          <w:rFonts w:asciiTheme="majorHAnsi" w:hAnsiTheme="majorHAnsi" w:cstheme="majorHAnsi"/>
        </w:rPr>
        <w:t>skladu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regulatornim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zahtevima</w:t>
      </w:r>
      <w:proofErr w:type="spellEnd"/>
      <w:r w:rsidRPr="00D721A5">
        <w:rPr>
          <w:rFonts w:asciiTheme="majorHAnsi" w:hAnsiTheme="majorHAnsi" w:cstheme="majorHAnsi"/>
        </w:rPr>
        <w:t xml:space="preserve"> za </w:t>
      </w:r>
      <w:proofErr w:type="spellStart"/>
      <w:r w:rsidRPr="00D721A5">
        <w:rPr>
          <w:rFonts w:asciiTheme="majorHAnsi" w:hAnsiTheme="majorHAnsi" w:cstheme="majorHAnsi"/>
        </w:rPr>
        <w:t>čuvanje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podataka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4EEEE191" w14:textId="7111B9CD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13. </w:t>
      </w:r>
      <w:proofErr w:type="spellStart"/>
      <w:r w:rsidR="00D721A5" w:rsidRPr="00D721A5">
        <w:rPr>
          <w:sz w:val="22"/>
          <w:szCs w:val="22"/>
        </w:rPr>
        <w:t>Odgovornosti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korisnika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prihvatljivo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korišćenje</w:t>
      </w:r>
      <w:proofErr w:type="spellEnd"/>
    </w:p>
    <w:p w14:paraId="5022A64B" w14:textId="38034E89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Korisnici</w:t>
      </w:r>
      <w:proofErr w:type="spellEnd"/>
      <w:r w:rsidRPr="00D721A5">
        <w:rPr>
          <w:rFonts w:asciiTheme="majorHAnsi" w:hAnsiTheme="majorHAnsi" w:cstheme="majorHAnsi"/>
        </w:rPr>
        <w:t xml:space="preserve"> se </w:t>
      </w:r>
      <w:proofErr w:type="spellStart"/>
      <w:r w:rsidRPr="00D721A5">
        <w:rPr>
          <w:rFonts w:asciiTheme="majorHAnsi" w:hAnsiTheme="majorHAnsi" w:cstheme="majorHAnsi"/>
        </w:rPr>
        <w:t>obavezuju</w:t>
      </w:r>
      <w:proofErr w:type="spellEnd"/>
      <w:r w:rsidRPr="00D721A5">
        <w:rPr>
          <w:rFonts w:asciiTheme="majorHAnsi" w:hAnsiTheme="majorHAnsi" w:cstheme="majorHAnsi"/>
        </w:rPr>
        <w:t xml:space="preserve"> da </w:t>
      </w:r>
      <w:proofErr w:type="spellStart"/>
      <w:r w:rsidRPr="00D721A5">
        <w:rPr>
          <w:rFonts w:asciiTheme="majorHAnsi" w:hAnsiTheme="majorHAnsi" w:cstheme="majorHAnsi"/>
        </w:rPr>
        <w:t>Aplikaciju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koriste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isključivo</w:t>
      </w:r>
      <w:proofErr w:type="spellEnd"/>
      <w:r w:rsidRPr="00D721A5">
        <w:rPr>
          <w:rFonts w:asciiTheme="majorHAnsi" w:hAnsiTheme="majorHAnsi" w:cstheme="majorHAnsi"/>
        </w:rPr>
        <w:t xml:space="preserve"> u </w:t>
      </w:r>
      <w:proofErr w:type="spellStart"/>
      <w:r w:rsidRPr="00D721A5">
        <w:rPr>
          <w:rFonts w:asciiTheme="majorHAnsi" w:hAnsiTheme="majorHAnsi" w:cstheme="majorHAnsi"/>
        </w:rPr>
        <w:t>zakonite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svrhe</w:t>
      </w:r>
      <w:proofErr w:type="spellEnd"/>
      <w:r w:rsidRPr="00D721A5">
        <w:rPr>
          <w:rFonts w:asciiTheme="majorHAnsi" w:hAnsiTheme="majorHAnsi" w:cstheme="majorHAnsi"/>
        </w:rPr>
        <w:t xml:space="preserve">, da </w:t>
      </w:r>
      <w:proofErr w:type="spellStart"/>
      <w:r w:rsidRPr="00D721A5">
        <w:rPr>
          <w:rFonts w:asciiTheme="majorHAnsi" w:hAnsiTheme="majorHAnsi" w:cstheme="majorHAnsi"/>
        </w:rPr>
        <w:t>obezbede</w:t>
      </w:r>
      <w:proofErr w:type="spellEnd"/>
      <w:r w:rsidRPr="00D721A5">
        <w:rPr>
          <w:rFonts w:asciiTheme="majorHAnsi" w:hAnsiTheme="majorHAnsi" w:cstheme="majorHAnsi"/>
        </w:rPr>
        <w:t xml:space="preserve"> da </w:t>
      </w:r>
      <w:proofErr w:type="spellStart"/>
      <w:r w:rsidRPr="00D721A5">
        <w:rPr>
          <w:rFonts w:asciiTheme="majorHAnsi" w:hAnsiTheme="majorHAnsi" w:cstheme="majorHAnsi"/>
        </w:rPr>
        <w:t>su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potpisani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dokumenti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zakoniti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tačni</w:t>
      </w:r>
      <w:proofErr w:type="spellEnd"/>
      <w:r w:rsidRPr="00D721A5">
        <w:rPr>
          <w:rFonts w:asciiTheme="majorHAnsi" w:hAnsiTheme="majorHAnsi" w:cstheme="majorHAnsi"/>
        </w:rPr>
        <w:t xml:space="preserve">, da ne </w:t>
      </w:r>
      <w:proofErr w:type="spellStart"/>
      <w:r w:rsidRPr="00D721A5">
        <w:rPr>
          <w:rFonts w:asciiTheme="majorHAnsi" w:hAnsiTheme="majorHAnsi" w:cstheme="majorHAnsi"/>
        </w:rPr>
        <w:t>ugrožavaju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bezbednosne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funkcije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da </w:t>
      </w:r>
      <w:proofErr w:type="spellStart"/>
      <w:r w:rsidRPr="00D721A5">
        <w:rPr>
          <w:rFonts w:asciiTheme="majorHAnsi" w:hAnsiTheme="majorHAnsi" w:cstheme="majorHAnsi"/>
        </w:rPr>
        <w:t>prihvate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pravnu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odgovornost</w:t>
      </w:r>
      <w:proofErr w:type="spellEnd"/>
      <w:r w:rsidRPr="00D721A5">
        <w:rPr>
          <w:rFonts w:asciiTheme="majorHAnsi" w:hAnsiTheme="majorHAnsi" w:cstheme="majorHAnsi"/>
        </w:rPr>
        <w:t xml:space="preserve"> za </w:t>
      </w:r>
      <w:proofErr w:type="spellStart"/>
      <w:r w:rsidRPr="00D721A5">
        <w:rPr>
          <w:rFonts w:asciiTheme="majorHAnsi" w:hAnsiTheme="majorHAnsi" w:cstheme="majorHAnsi"/>
        </w:rPr>
        <w:t>potpise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izvršene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korišćenjem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njihovih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pristupnih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D721A5">
        <w:rPr>
          <w:rFonts w:asciiTheme="majorHAnsi" w:hAnsiTheme="majorHAnsi" w:cstheme="majorHAnsi"/>
        </w:rPr>
        <w:t>podataka</w:t>
      </w:r>
      <w:proofErr w:type="spellEnd"/>
      <w:r w:rsidRPr="00D721A5">
        <w:rPr>
          <w:rFonts w:asciiTheme="majorHAnsi" w:hAnsiTheme="majorHAnsi" w:cstheme="majorHAnsi"/>
        </w:rPr>
        <w:t>.</w:t>
      </w:r>
      <w:r w:rsidR="00000000" w:rsidRPr="00D003F8">
        <w:rPr>
          <w:rFonts w:asciiTheme="majorHAnsi" w:hAnsiTheme="majorHAnsi" w:cstheme="majorHAnsi"/>
          <w:lang w:val="en-GB"/>
        </w:rPr>
        <w:t>.</w:t>
      </w:r>
      <w:proofErr w:type="gramEnd"/>
    </w:p>
    <w:p w14:paraId="5C526A2E" w14:textId="24F3C143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14. </w:t>
      </w:r>
      <w:proofErr w:type="spellStart"/>
      <w:r w:rsidR="00D721A5" w:rsidRPr="00D721A5">
        <w:rPr>
          <w:sz w:val="22"/>
          <w:szCs w:val="22"/>
        </w:rPr>
        <w:t>Obustava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opoziv</w:t>
      </w:r>
      <w:proofErr w:type="spellEnd"/>
    </w:p>
    <w:p w14:paraId="05ABD9AB" w14:textId="77777777" w:rsidR="00D721A5" w:rsidRPr="00D721A5" w:rsidRDefault="00D721A5" w:rsidP="00D721A5">
      <w:pPr>
        <w:jc w:val="both"/>
        <w:rPr>
          <w:rFonts w:asciiTheme="majorHAnsi" w:hAnsiTheme="majorHAnsi" w:cstheme="majorHAnsi"/>
        </w:rPr>
      </w:pP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</w:t>
      </w:r>
      <w:proofErr w:type="spellStart"/>
      <w:r w:rsidRPr="00D721A5">
        <w:rPr>
          <w:rFonts w:asciiTheme="majorHAnsi" w:hAnsiTheme="majorHAnsi" w:cstheme="majorHAnsi"/>
        </w:rPr>
        <w:t>može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obustaviti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ili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opozvati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pristup</w:t>
      </w:r>
      <w:proofErr w:type="spellEnd"/>
      <w:r w:rsidRPr="00D721A5">
        <w:rPr>
          <w:rFonts w:asciiTheme="majorHAnsi" w:hAnsiTheme="majorHAnsi" w:cstheme="majorHAnsi"/>
        </w:rPr>
        <w:t xml:space="preserve"> u </w:t>
      </w:r>
      <w:proofErr w:type="spellStart"/>
      <w:r w:rsidRPr="00D721A5">
        <w:rPr>
          <w:rFonts w:asciiTheme="majorHAnsi" w:hAnsiTheme="majorHAnsi" w:cstheme="majorHAnsi"/>
        </w:rPr>
        <w:t>slučajevima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kada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postoji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sumnja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bezbednosne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povrede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kada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pristupni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podaci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kompromitovani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kada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zakonske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obaveze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zahtevaju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intervenciju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ili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kada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Korisnici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krše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ove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Uslove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3C29B2D2" w14:textId="3B1CCDE3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lastRenderedPageBreak/>
        <w:t xml:space="preserve">15. </w:t>
      </w:r>
      <w:proofErr w:type="spellStart"/>
      <w:r w:rsidR="00D721A5" w:rsidRPr="00D721A5">
        <w:rPr>
          <w:sz w:val="22"/>
          <w:szCs w:val="22"/>
        </w:rPr>
        <w:t>Ograničenje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odgovornosti</w:t>
      </w:r>
      <w:proofErr w:type="spellEnd"/>
    </w:p>
    <w:p w14:paraId="5DFD7802" w14:textId="5024A3E0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r w:rsidRPr="00D721A5">
        <w:rPr>
          <w:rFonts w:asciiTheme="majorHAnsi" w:hAnsiTheme="majorHAnsi" w:cstheme="majorHAnsi"/>
        </w:rPr>
        <w:t xml:space="preserve">U meri </w:t>
      </w:r>
      <w:proofErr w:type="spellStart"/>
      <w:r w:rsidRPr="00D721A5">
        <w:rPr>
          <w:rFonts w:asciiTheme="majorHAnsi" w:hAnsiTheme="majorHAnsi" w:cstheme="majorHAnsi"/>
        </w:rPr>
        <w:t>dozvoljenoj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zakonom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ne </w:t>
      </w:r>
      <w:proofErr w:type="spellStart"/>
      <w:r w:rsidRPr="00D721A5">
        <w:rPr>
          <w:rFonts w:asciiTheme="majorHAnsi" w:hAnsiTheme="majorHAnsi" w:cstheme="majorHAnsi"/>
        </w:rPr>
        <w:t>odgovara</w:t>
      </w:r>
      <w:proofErr w:type="spellEnd"/>
      <w:r w:rsidRPr="00D721A5">
        <w:rPr>
          <w:rFonts w:asciiTheme="majorHAnsi" w:hAnsiTheme="majorHAnsi" w:cstheme="majorHAnsi"/>
        </w:rPr>
        <w:t xml:space="preserve"> za </w:t>
      </w:r>
      <w:proofErr w:type="spellStart"/>
      <w:r w:rsidRPr="00D721A5">
        <w:rPr>
          <w:rFonts w:asciiTheme="majorHAnsi" w:hAnsiTheme="majorHAnsi" w:cstheme="majorHAnsi"/>
        </w:rPr>
        <w:t>gubitke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nastale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usled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nepažnje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Korisnika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neovlašćenog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korišćenja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kompromitovanih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pristupnih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podataka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prekida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usluge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izazvanih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od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strane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telekomunikacionih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provajdera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ili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pravnih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posledica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potpisanih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dokumenata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5FF1D1E5" w14:textId="7980311D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16. </w:t>
      </w:r>
      <w:proofErr w:type="spellStart"/>
      <w:r w:rsidR="00D721A5" w:rsidRPr="00D721A5">
        <w:rPr>
          <w:sz w:val="22"/>
          <w:szCs w:val="22"/>
        </w:rPr>
        <w:t>Izmene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usklađenost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sa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regulatornim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zahtevima</w:t>
      </w:r>
      <w:proofErr w:type="spellEnd"/>
    </w:p>
    <w:p w14:paraId="5B0E30FB" w14:textId="0C31CF36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Nadležni</w:t>
      </w:r>
      <w:proofErr w:type="spellEnd"/>
      <w:r w:rsidRPr="00D721A5">
        <w:rPr>
          <w:rFonts w:asciiTheme="majorHAnsi" w:hAnsiTheme="majorHAnsi" w:cstheme="majorHAnsi"/>
        </w:rPr>
        <w:t xml:space="preserve"> organ </w:t>
      </w:r>
      <w:proofErr w:type="spellStart"/>
      <w:r w:rsidRPr="00D721A5">
        <w:rPr>
          <w:rFonts w:asciiTheme="majorHAnsi" w:hAnsiTheme="majorHAnsi" w:cstheme="majorHAnsi"/>
        </w:rPr>
        <w:t>zadržava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pravo</w:t>
      </w:r>
      <w:proofErr w:type="spellEnd"/>
      <w:r w:rsidRPr="00D721A5">
        <w:rPr>
          <w:rFonts w:asciiTheme="majorHAnsi" w:hAnsiTheme="majorHAnsi" w:cstheme="majorHAnsi"/>
        </w:rPr>
        <w:t xml:space="preserve"> da </w:t>
      </w:r>
      <w:proofErr w:type="spellStart"/>
      <w:r w:rsidRPr="00D721A5">
        <w:rPr>
          <w:rFonts w:asciiTheme="majorHAnsi" w:hAnsiTheme="majorHAnsi" w:cstheme="majorHAnsi"/>
        </w:rPr>
        <w:t>izmeni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ove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Uslove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kako</w:t>
      </w:r>
      <w:proofErr w:type="spellEnd"/>
      <w:r w:rsidRPr="00D721A5">
        <w:rPr>
          <w:rFonts w:asciiTheme="majorHAnsi" w:hAnsiTheme="majorHAnsi" w:cstheme="majorHAnsi"/>
        </w:rPr>
        <w:t xml:space="preserve"> bi </w:t>
      </w:r>
      <w:proofErr w:type="spellStart"/>
      <w:r w:rsidRPr="00D721A5">
        <w:rPr>
          <w:rFonts w:asciiTheme="majorHAnsi" w:hAnsiTheme="majorHAnsi" w:cstheme="majorHAnsi"/>
        </w:rPr>
        <w:t>obezbedio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usklađenost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promenljivim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regulatornim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bezbednosnim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operativnim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zahtevima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433310BF" w14:textId="662CCB01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  <w:lang w:val="en-GB"/>
        </w:rPr>
        <w:t>Nastavak</w:t>
      </w:r>
      <w:proofErr w:type="spellEnd"/>
      <w:r w:rsidRPr="00D721A5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721A5">
        <w:rPr>
          <w:rFonts w:asciiTheme="majorHAnsi" w:hAnsiTheme="majorHAnsi" w:cstheme="majorHAnsi"/>
          <w:lang w:val="en-GB"/>
        </w:rPr>
        <w:t>korišćenja</w:t>
      </w:r>
      <w:proofErr w:type="spellEnd"/>
      <w:r w:rsidRPr="00D721A5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721A5">
        <w:rPr>
          <w:rFonts w:asciiTheme="majorHAnsi" w:hAnsiTheme="majorHAnsi" w:cstheme="majorHAnsi"/>
          <w:lang w:val="en-GB"/>
        </w:rPr>
        <w:t>Aplikacije</w:t>
      </w:r>
      <w:proofErr w:type="spellEnd"/>
      <w:r w:rsidRPr="00D721A5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721A5">
        <w:rPr>
          <w:rFonts w:asciiTheme="majorHAnsi" w:hAnsiTheme="majorHAnsi" w:cstheme="majorHAnsi"/>
          <w:lang w:val="en-GB"/>
        </w:rPr>
        <w:t>predstavlja</w:t>
      </w:r>
      <w:proofErr w:type="spellEnd"/>
      <w:r w:rsidRPr="00D721A5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721A5">
        <w:rPr>
          <w:rFonts w:asciiTheme="majorHAnsi" w:hAnsiTheme="majorHAnsi" w:cstheme="majorHAnsi"/>
          <w:lang w:val="en-GB"/>
        </w:rPr>
        <w:t>prihvatanje</w:t>
      </w:r>
      <w:proofErr w:type="spellEnd"/>
      <w:r w:rsidRPr="00D721A5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721A5">
        <w:rPr>
          <w:rFonts w:asciiTheme="majorHAnsi" w:hAnsiTheme="majorHAnsi" w:cstheme="majorHAnsi"/>
          <w:lang w:val="en-GB"/>
        </w:rPr>
        <w:t>izmenjenih</w:t>
      </w:r>
      <w:proofErr w:type="spellEnd"/>
      <w:r w:rsidRPr="00D721A5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721A5">
        <w:rPr>
          <w:rFonts w:asciiTheme="majorHAnsi" w:hAnsiTheme="majorHAnsi" w:cstheme="majorHAnsi"/>
          <w:lang w:val="en-GB"/>
        </w:rPr>
        <w:t>Uslova</w:t>
      </w:r>
      <w:proofErr w:type="spellEnd"/>
      <w:r w:rsidRPr="00D721A5">
        <w:rPr>
          <w:rFonts w:asciiTheme="majorHAnsi" w:hAnsiTheme="majorHAnsi" w:cstheme="majorHAnsi"/>
          <w:lang w:val="en-GB"/>
        </w:rPr>
        <w:t>.</w:t>
      </w:r>
    </w:p>
    <w:p w14:paraId="19164748" w14:textId="60672C1E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17. </w:t>
      </w:r>
      <w:r w:rsidR="00D721A5" w:rsidRPr="00D721A5">
        <w:rPr>
          <w:sz w:val="22"/>
          <w:szCs w:val="22"/>
        </w:rPr>
        <w:t xml:space="preserve">Prava </w:t>
      </w:r>
      <w:proofErr w:type="spellStart"/>
      <w:r w:rsidR="00D721A5" w:rsidRPr="00D721A5">
        <w:rPr>
          <w:sz w:val="22"/>
          <w:szCs w:val="22"/>
        </w:rPr>
        <w:t>intelektualne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svojine</w:t>
      </w:r>
      <w:proofErr w:type="spellEnd"/>
    </w:p>
    <w:p w14:paraId="06B94B1C" w14:textId="5F58E094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Sva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prava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intelektualne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svojine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povezana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Aplikacijom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ostaju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vlasništvo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Nadležnog</w:t>
      </w:r>
      <w:proofErr w:type="spellEnd"/>
      <w:r w:rsidRPr="00D721A5">
        <w:rPr>
          <w:rFonts w:asciiTheme="majorHAnsi" w:hAnsiTheme="majorHAnsi" w:cstheme="majorHAnsi"/>
        </w:rPr>
        <w:t xml:space="preserve"> organa </w:t>
      </w:r>
      <w:proofErr w:type="spellStart"/>
      <w:r w:rsidRPr="00D721A5">
        <w:rPr>
          <w:rFonts w:asciiTheme="majorHAnsi" w:hAnsiTheme="majorHAnsi" w:cstheme="majorHAnsi"/>
        </w:rPr>
        <w:t>ili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njegovih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davalaca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licenci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79DFD475" w14:textId="7E9AB22F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Korisnicima</w:t>
      </w:r>
      <w:proofErr w:type="spellEnd"/>
      <w:r w:rsidRPr="00D721A5">
        <w:rPr>
          <w:rFonts w:asciiTheme="majorHAnsi" w:hAnsiTheme="majorHAnsi" w:cstheme="majorHAnsi"/>
        </w:rPr>
        <w:t xml:space="preserve"> se </w:t>
      </w:r>
      <w:proofErr w:type="spellStart"/>
      <w:r w:rsidRPr="00D721A5">
        <w:rPr>
          <w:rFonts w:asciiTheme="majorHAnsi" w:hAnsiTheme="majorHAnsi" w:cstheme="majorHAnsi"/>
        </w:rPr>
        <w:t>dodeljuje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ograničena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opoziva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neisključiva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licenca</w:t>
      </w:r>
      <w:proofErr w:type="spellEnd"/>
      <w:r w:rsidRPr="00D721A5">
        <w:rPr>
          <w:rFonts w:asciiTheme="majorHAnsi" w:hAnsiTheme="majorHAnsi" w:cstheme="majorHAnsi"/>
        </w:rPr>
        <w:t xml:space="preserve"> za </w:t>
      </w:r>
      <w:proofErr w:type="spellStart"/>
      <w:r w:rsidRPr="00D721A5">
        <w:rPr>
          <w:rFonts w:asciiTheme="majorHAnsi" w:hAnsiTheme="majorHAnsi" w:cstheme="majorHAnsi"/>
        </w:rPr>
        <w:t>korišćenje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Aplikacije</w:t>
      </w:r>
      <w:proofErr w:type="spellEnd"/>
      <w:r w:rsidRPr="00D721A5">
        <w:rPr>
          <w:rFonts w:asciiTheme="majorHAnsi" w:hAnsiTheme="majorHAnsi" w:cstheme="majorHAnsi"/>
        </w:rPr>
        <w:t xml:space="preserve"> u </w:t>
      </w:r>
      <w:proofErr w:type="spellStart"/>
      <w:r w:rsidRPr="00D721A5">
        <w:rPr>
          <w:rFonts w:asciiTheme="majorHAnsi" w:hAnsiTheme="majorHAnsi" w:cstheme="majorHAnsi"/>
        </w:rPr>
        <w:t>svrhe</w:t>
      </w:r>
      <w:proofErr w:type="spellEnd"/>
      <w:r w:rsidRPr="00D721A5">
        <w:rPr>
          <w:rFonts w:asciiTheme="majorHAnsi" w:hAnsiTheme="majorHAnsi" w:cstheme="majorHAnsi"/>
        </w:rPr>
        <w:t xml:space="preserve"> za </w:t>
      </w:r>
      <w:proofErr w:type="spellStart"/>
      <w:r w:rsidRPr="00D721A5">
        <w:rPr>
          <w:rFonts w:asciiTheme="majorHAnsi" w:hAnsiTheme="majorHAnsi" w:cstheme="majorHAnsi"/>
        </w:rPr>
        <w:t>koje</w:t>
      </w:r>
      <w:proofErr w:type="spellEnd"/>
      <w:r w:rsidRPr="00D721A5">
        <w:rPr>
          <w:rFonts w:asciiTheme="majorHAnsi" w:hAnsiTheme="majorHAnsi" w:cstheme="majorHAnsi"/>
        </w:rPr>
        <w:t xml:space="preserve"> je </w:t>
      </w:r>
      <w:proofErr w:type="spellStart"/>
      <w:r w:rsidRPr="00D721A5">
        <w:rPr>
          <w:rFonts w:asciiTheme="majorHAnsi" w:hAnsiTheme="majorHAnsi" w:cstheme="majorHAnsi"/>
        </w:rPr>
        <w:t>namenjena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1AE68D75" w14:textId="3262DC5E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18. </w:t>
      </w:r>
      <w:proofErr w:type="spellStart"/>
      <w:r w:rsidR="00D721A5" w:rsidRPr="00D721A5">
        <w:rPr>
          <w:sz w:val="22"/>
          <w:szCs w:val="22"/>
        </w:rPr>
        <w:t>Merodavno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pravo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nadležnost</w:t>
      </w:r>
      <w:proofErr w:type="spellEnd"/>
    </w:p>
    <w:p w14:paraId="19CD8C36" w14:textId="4918AD46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r w:rsidRPr="00D721A5">
        <w:rPr>
          <w:rFonts w:asciiTheme="majorHAnsi" w:hAnsiTheme="majorHAnsi" w:cstheme="majorHAnsi"/>
        </w:rPr>
        <w:t xml:space="preserve">Ovi </w:t>
      </w:r>
      <w:proofErr w:type="spellStart"/>
      <w:r w:rsidRPr="00D721A5">
        <w:rPr>
          <w:rFonts w:asciiTheme="majorHAnsi" w:hAnsiTheme="majorHAnsi" w:cstheme="majorHAnsi"/>
        </w:rPr>
        <w:t>Uslovi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podležu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zakonima</w:t>
      </w:r>
      <w:proofErr w:type="spellEnd"/>
      <w:r w:rsidRPr="00D721A5">
        <w:rPr>
          <w:rFonts w:asciiTheme="majorHAnsi" w:hAnsiTheme="majorHAnsi" w:cstheme="majorHAnsi"/>
        </w:rPr>
        <w:t xml:space="preserve"> Kosova </w:t>
      </w:r>
      <w:proofErr w:type="spellStart"/>
      <w:r w:rsidRPr="00D721A5">
        <w:rPr>
          <w:rFonts w:asciiTheme="majorHAnsi" w:hAnsiTheme="majorHAnsi" w:cstheme="majorHAnsi"/>
        </w:rPr>
        <w:t>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tumače</w:t>
      </w:r>
      <w:proofErr w:type="spellEnd"/>
      <w:r w:rsidRPr="00D721A5">
        <w:rPr>
          <w:rFonts w:asciiTheme="majorHAnsi" w:hAnsiTheme="majorHAnsi" w:cstheme="majorHAnsi"/>
        </w:rPr>
        <w:t xml:space="preserve"> se u </w:t>
      </w:r>
      <w:proofErr w:type="spellStart"/>
      <w:r w:rsidRPr="00D721A5">
        <w:rPr>
          <w:rFonts w:asciiTheme="majorHAnsi" w:hAnsiTheme="majorHAnsi" w:cstheme="majorHAnsi"/>
        </w:rPr>
        <w:t>skladu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primenljivim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pravom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Evropske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unije</w:t>
      </w:r>
      <w:proofErr w:type="spellEnd"/>
      <w:r w:rsidRPr="00D721A5">
        <w:rPr>
          <w:rFonts w:asciiTheme="majorHAnsi" w:hAnsiTheme="majorHAnsi" w:cstheme="majorHAnsi"/>
        </w:rPr>
        <w:t>.</w:t>
      </w:r>
    </w:p>
    <w:p w14:paraId="7F0BEF0D" w14:textId="5414EA11" w:rsidR="003D3D43" w:rsidRPr="00D003F8" w:rsidRDefault="00D721A5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Sporovi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će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biti</w:t>
      </w:r>
      <w:proofErr w:type="spellEnd"/>
      <w:r w:rsidRPr="00D721A5">
        <w:rPr>
          <w:rFonts w:asciiTheme="majorHAnsi" w:hAnsiTheme="majorHAnsi" w:cstheme="majorHAnsi"/>
        </w:rPr>
        <w:t xml:space="preserve"> u </w:t>
      </w:r>
      <w:proofErr w:type="spellStart"/>
      <w:r w:rsidRPr="00D721A5">
        <w:rPr>
          <w:rFonts w:asciiTheme="majorHAnsi" w:hAnsiTheme="majorHAnsi" w:cstheme="majorHAnsi"/>
        </w:rPr>
        <w:t>nadležnosti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nadležnih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sudova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Republike</w:t>
      </w:r>
      <w:proofErr w:type="spellEnd"/>
      <w:r w:rsidRPr="00D721A5">
        <w:rPr>
          <w:rFonts w:asciiTheme="majorHAnsi" w:hAnsiTheme="majorHAnsi" w:cstheme="majorHAnsi"/>
        </w:rPr>
        <w:t xml:space="preserve"> Kosovo.</w:t>
      </w:r>
    </w:p>
    <w:p w14:paraId="07DEBB70" w14:textId="23180B27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19. </w:t>
      </w:r>
      <w:proofErr w:type="spellStart"/>
      <w:r w:rsidR="00D721A5" w:rsidRPr="00D721A5">
        <w:rPr>
          <w:sz w:val="22"/>
          <w:szCs w:val="22"/>
        </w:rPr>
        <w:t>Kontakt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prijavljivanje</w:t>
      </w:r>
      <w:proofErr w:type="spellEnd"/>
      <w:r w:rsidR="00D721A5" w:rsidRPr="00D721A5">
        <w:rPr>
          <w:sz w:val="22"/>
          <w:szCs w:val="22"/>
        </w:rPr>
        <w:t xml:space="preserve"> </w:t>
      </w:r>
      <w:proofErr w:type="spellStart"/>
      <w:r w:rsidR="00D721A5" w:rsidRPr="00D721A5">
        <w:rPr>
          <w:sz w:val="22"/>
          <w:szCs w:val="22"/>
        </w:rPr>
        <w:t>incidenata</w:t>
      </w:r>
      <w:proofErr w:type="spellEnd"/>
    </w:p>
    <w:p w14:paraId="06C978F4" w14:textId="3BABCE9E" w:rsidR="003D3D43" w:rsidRPr="00D003F8" w:rsidRDefault="00D721A5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Ministarstvo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proofErr w:type="spellStart"/>
      <w:r w:rsidRPr="00D721A5">
        <w:rPr>
          <w:rFonts w:asciiTheme="majorHAnsi" w:hAnsiTheme="majorHAnsi" w:cstheme="majorHAnsi"/>
        </w:rPr>
        <w:t>ekonomije</w:t>
      </w:r>
      <w:proofErr w:type="spellEnd"/>
    </w:p>
    <w:p w14:paraId="7A31E421" w14:textId="438DC32D" w:rsidR="003D3D43" w:rsidRPr="00D003F8" w:rsidRDefault="00D721A5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proofErr w:type="spellStart"/>
      <w:r w:rsidRPr="00D721A5">
        <w:rPr>
          <w:rFonts w:asciiTheme="majorHAnsi" w:hAnsiTheme="majorHAnsi" w:cstheme="majorHAnsi"/>
        </w:rPr>
        <w:t>Sheshi</w:t>
      </w:r>
      <w:proofErr w:type="spellEnd"/>
      <w:r w:rsidRPr="00D721A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“</w:t>
      </w:r>
      <w:r w:rsidRPr="00D721A5">
        <w:rPr>
          <w:rFonts w:asciiTheme="majorHAnsi" w:hAnsiTheme="majorHAnsi" w:cstheme="majorHAnsi"/>
        </w:rPr>
        <w:t xml:space="preserve">Zahir </w:t>
      </w:r>
      <w:proofErr w:type="gramStart"/>
      <w:r w:rsidRPr="00D721A5">
        <w:rPr>
          <w:rFonts w:asciiTheme="majorHAnsi" w:hAnsiTheme="majorHAnsi" w:cstheme="majorHAnsi"/>
        </w:rPr>
        <w:t>Pajaziti“, .</w:t>
      </w:r>
      <w:proofErr w:type="gramEnd"/>
      <w:r w:rsidRPr="00D721A5">
        <w:rPr>
          <w:rFonts w:asciiTheme="majorHAnsi" w:hAnsiTheme="majorHAnsi" w:cstheme="majorHAnsi"/>
        </w:rPr>
        <w:t xml:space="preserve"> 36, 10000 </w:t>
      </w:r>
      <w:proofErr w:type="spellStart"/>
      <w:r w:rsidRPr="00D721A5">
        <w:rPr>
          <w:rFonts w:asciiTheme="majorHAnsi" w:hAnsiTheme="majorHAnsi" w:cstheme="majorHAnsi"/>
        </w:rPr>
        <w:t>Priština</w:t>
      </w:r>
      <w:proofErr w:type="spellEnd"/>
      <w:r w:rsidRPr="00D721A5">
        <w:rPr>
          <w:rFonts w:asciiTheme="majorHAnsi" w:hAnsiTheme="majorHAnsi" w:cstheme="majorHAnsi"/>
        </w:rPr>
        <w:t xml:space="preserve">, </w:t>
      </w:r>
      <w:proofErr w:type="spellStart"/>
      <w:r w:rsidRPr="00D721A5">
        <w:rPr>
          <w:rFonts w:asciiTheme="majorHAnsi" w:hAnsiTheme="majorHAnsi" w:cstheme="majorHAnsi"/>
        </w:rPr>
        <w:t>Republika</w:t>
      </w:r>
      <w:proofErr w:type="spellEnd"/>
      <w:r w:rsidRPr="00D721A5">
        <w:rPr>
          <w:rFonts w:asciiTheme="majorHAnsi" w:hAnsiTheme="majorHAnsi" w:cstheme="majorHAnsi"/>
        </w:rPr>
        <w:t xml:space="preserve"> Kosovo</w:t>
      </w:r>
    </w:p>
    <w:p w14:paraId="7E4CC8CD" w14:textId="55364F9C" w:rsidR="003D3D43" w:rsidRPr="00D003F8" w:rsidRDefault="00357F6C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r w:rsidRPr="00D003F8">
        <w:rPr>
          <w:rFonts w:asciiTheme="majorHAnsi" w:hAnsiTheme="majorHAnsi" w:cstheme="majorHAnsi"/>
          <w:lang w:val="en-GB"/>
        </w:rPr>
        <w:t>support@ks-eid.com</w:t>
      </w:r>
    </w:p>
    <w:p w14:paraId="62C05DC0" w14:textId="4B6BEEC6" w:rsidR="003D3D43" w:rsidRPr="00D003F8" w:rsidRDefault="00357F6C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r w:rsidRPr="00D003F8">
        <w:rPr>
          <w:rFonts w:asciiTheme="majorHAnsi" w:hAnsiTheme="majorHAnsi" w:cstheme="majorHAnsi"/>
          <w:lang w:val="en-GB"/>
        </w:rPr>
        <w:t>https://ks-eid.com</w:t>
      </w:r>
    </w:p>
    <w:p w14:paraId="08D98391" w14:textId="77777777" w:rsidR="003D3D43" w:rsidRPr="00D003F8" w:rsidRDefault="003D3D43" w:rsidP="00D003F8">
      <w:pPr>
        <w:jc w:val="both"/>
        <w:rPr>
          <w:rFonts w:asciiTheme="majorHAnsi" w:hAnsiTheme="majorHAnsi" w:cstheme="majorHAnsi"/>
          <w:lang w:val="en-GB"/>
        </w:rPr>
      </w:pPr>
    </w:p>
    <w:sectPr w:rsidR="003D3D43" w:rsidRPr="00D003F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F6C5" w14:textId="77777777" w:rsidR="00C045D8" w:rsidRDefault="00C045D8" w:rsidP="00EF6671">
      <w:pPr>
        <w:spacing w:after="0" w:line="240" w:lineRule="auto"/>
      </w:pPr>
      <w:r>
        <w:separator/>
      </w:r>
    </w:p>
  </w:endnote>
  <w:endnote w:type="continuationSeparator" w:id="0">
    <w:p w14:paraId="7B1C6BB9" w14:textId="77777777" w:rsidR="00C045D8" w:rsidRDefault="00C045D8" w:rsidP="00EF6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664853"/>
      <w:docPartObj>
        <w:docPartGallery w:val="Page Numbers (Bottom of Page)"/>
        <w:docPartUnique/>
      </w:docPartObj>
    </w:sdtPr>
    <w:sdtEndPr>
      <w:rPr>
        <w:rFonts w:ascii="Calibri" w:hAnsi="Calibri" w:cs="Calibri"/>
        <w:b/>
        <w:bCs/>
        <w:color w:val="7F7F7F" w:themeColor="background1" w:themeShade="7F"/>
        <w:spacing w:val="60"/>
        <w:sz w:val="18"/>
        <w:szCs w:val="18"/>
      </w:rPr>
    </w:sdtEndPr>
    <w:sdtContent>
      <w:p w14:paraId="41716E4B" w14:textId="0A62E357" w:rsidR="00EF6671" w:rsidRPr="00EF6671" w:rsidRDefault="00EF6671" w:rsidP="00EF6671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Calibri" w:hAnsi="Calibri" w:cs="Calibri"/>
            <w:b/>
            <w:bCs/>
            <w:sz w:val="18"/>
            <w:szCs w:val="18"/>
          </w:rPr>
        </w:pP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instrText xml:space="preserve"> PAGE   \* MERGEFORMAT </w:instrText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bCs/>
            <w:sz w:val="18"/>
            <w:szCs w:val="18"/>
          </w:rPr>
          <w:t>1</w:t>
        </w:r>
        <w:r w:rsidRPr="00927CFA">
          <w:rPr>
            <w:rFonts w:ascii="Calibri" w:hAnsi="Calibri" w:cs="Calibri"/>
            <w:b/>
            <w:bCs/>
            <w:noProof/>
            <w:sz w:val="18"/>
            <w:szCs w:val="18"/>
          </w:rPr>
          <w:fldChar w:fldCharType="end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t xml:space="preserve"> | 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instrText xml:space="preserve"> NUMPAGES  \# "0"  \* MERGEFORMAT </w:instrTex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t>6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C4C6" w14:textId="77777777" w:rsidR="00C045D8" w:rsidRDefault="00C045D8" w:rsidP="00EF6671">
      <w:pPr>
        <w:spacing w:after="0" w:line="240" w:lineRule="auto"/>
      </w:pPr>
      <w:r>
        <w:separator/>
      </w:r>
    </w:p>
  </w:footnote>
  <w:footnote w:type="continuationSeparator" w:id="0">
    <w:p w14:paraId="7F5B4098" w14:textId="77777777" w:rsidR="00C045D8" w:rsidRDefault="00C045D8" w:rsidP="00EF6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single" w:sz="4" w:space="0" w:color="D9D9D9" w:themeColor="background1" w:themeShade="D9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3"/>
      <w:gridCol w:w="6570"/>
      <w:gridCol w:w="1077"/>
    </w:tblGrid>
    <w:tr w:rsidR="00EF6671" w14:paraId="7C702DBD" w14:textId="77777777" w:rsidTr="00CF2D26">
      <w:tc>
        <w:tcPr>
          <w:tcW w:w="575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6B8C7267" w14:textId="77777777" w:rsidR="00EF6671" w:rsidRDefault="00EF6671" w:rsidP="00EF6671">
          <w:pPr>
            <w:pStyle w:val="Header"/>
          </w:pPr>
          <w:r>
            <w:rPr>
              <w:noProof/>
            </w:rPr>
            <w:drawing>
              <wp:inline distT="0" distB="0" distL="0" distR="0" wp14:anchorId="7697B7A0" wp14:editId="356C5AA7">
                <wp:extent cx="427290" cy="457200"/>
                <wp:effectExtent l="0" t="0" r="0" b="0"/>
                <wp:docPr id="131881543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8815435" name="Picture 131881543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29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2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060DC7F1" w14:textId="6EA21450" w:rsidR="00EF6671" w:rsidRPr="001B4150" w:rsidRDefault="00D721A5" w:rsidP="00EF6671">
          <w:pPr>
            <w:pStyle w:val="Header"/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proofErr w:type="spellStart"/>
          <w:r w:rsidRPr="00D721A5">
            <w:rPr>
              <w:rFonts w:ascii="Calibri" w:hAnsi="Calibri" w:cs="Calibri"/>
              <w:b/>
              <w:bCs/>
              <w:sz w:val="32"/>
              <w:szCs w:val="32"/>
            </w:rPr>
            <w:t>Uslovi</w:t>
          </w:r>
          <w:proofErr w:type="spellEnd"/>
          <w:r w:rsidRPr="00D721A5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  <w:proofErr w:type="spellStart"/>
          <w:r w:rsidRPr="00D721A5">
            <w:rPr>
              <w:rFonts w:ascii="Calibri" w:hAnsi="Calibri" w:cs="Calibri"/>
              <w:b/>
              <w:bCs/>
              <w:sz w:val="32"/>
              <w:szCs w:val="32"/>
            </w:rPr>
            <w:t>i</w:t>
          </w:r>
          <w:proofErr w:type="spellEnd"/>
          <w:r w:rsidRPr="00D721A5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  <w:proofErr w:type="spellStart"/>
          <w:r w:rsidRPr="00D721A5">
            <w:rPr>
              <w:rFonts w:ascii="Calibri" w:hAnsi="Calibri" w:cs="Calibri"/>
              <w:b/>
              <w:bCs/>
              <w:sz w:val="32"/>
              <w:szCs w:val="32"/>
            </w:rPr>
            <w:t>odredbe</w:t>
          </w:r>
          <w:proofErr w:type="spellEnd"/>
          <w:r w:rsidR="00EF6671" w:rsidRPr="001B4150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</w:p>
        <w:p w14:paraId="59BC1907" w14:textId="697379E4" w:rsidR="00EF6671" w:rsidRPr="007C4CD4" w:rsidRDefault="00D721A5" w:rsidP="00EF6671">
          <w:pPr>
            <w:pStyle w:val="Header"/>
            <w:jc w:val="center"/>
            <w:rPr>
              <w:rFonts w:ascii="Calibri" w:hAnsi="Calibri" w:cs="Calibri"/>
            </w:rPr>
          </w:pPr>
          <w:proofErr w:type="spellStart"/>
          <w:r w:rsidRPr="00D721A5">
            <w:rPr>
              <w:rFonts w:ascii="Calibri" w:hAnsi="Calibri" w:cs="Calibri"/>
            </w:rPr>
            <w:t>Aplikacija</w:t>
          </w:r>
          <w:proofErr w:type="spellEnd"/>
          <w:r w:rsidRPr="00D721A5">
            <w:rPr>
              <w:rFonts w:ascii="Calibri" w:hAnsi="Calibri" w:cs="Calibri"/>
            </w:rPr>
            <w:t xml:space="preserve"> za </w:t>
          </w:r>
          <w:proofErr w:type="spellStart"/>
          <w:r w:rsidRPr="00D721A5">
            <w:rPr>
              <w:rFonts w:ascii="Calibri" w:hAnsi="Calibri" w:cs="Calibri"/>
            </w:rPr>
            <w:t>digitalno</w:t>
          </w:r>
          <w:proofErr w:type="spellEnd"/>
          <w:r w:rsidRPr="00D721A5">
            <w:rPr>
              <w:rFonts w:ascii="Calibri" w:hAnsi="Calibri" w:cs="Calibri"/>
            </w:rPr>
            <w:t xml:space="preserve"> </w:t>
          </w:r>
          <w:proofErr w:type="spellStart"/>
          <w:r w:rsidRPr="00D721A5">
            <w:rPr>
              <w:rFonts w:ascii="Calibri" w:hAnsi="Calibri" w:cs="Calibri"/>
            </w:rPr>
            <w:t>potpisivanje</w:t>
          </w:r>
          <w:proofErr w:type="spellEnd"/>
        </w:p>
      </w:tc>
      <w:tc>
        <w:tcPr>
          <w:tcW w:w="623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20190F64" w14:textId="77777777" w:rsidR="00EF6671" w:rsidRDefault="00EF6671" w:rsidP="00EF6671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8DE974E" wp14:editId="2E5F4E9F">
                <wp:extent cx="412673" cy="457200"/>
                <wp:effectExtent l="0" t="0" r="6985" b="0"/>
                <wp:docPr id="173642016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6420160" name="Picture 173642016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67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6627E3" w14:textId="77777777" w:rsidR="00EF6671" w:rsidRDefault="00EF66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6646EF"/>
    <w:multiLevelType w:val="hybridMultilevel"/>
    <w:tmpl w:val="FD845380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0510D"/>
    <w:multiLevelType w:val="hybridMultilevel"/>
    <w:tmpl w:val="67B4E186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B1135"/>
    <w:multiLevelType w:val="hybridMultilevel"/>
    <w:tmpl w:val="0F4E91D6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023D9"/>
    <w:multiLevelType w:val="hybridMultilevel"/>
    <w:tmpl w:val="3CE80660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23341"/>
    <w:multiLevelType w:val="hybridMultilevel"/>
    <w:tmpl w:val="F538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84D4E"/>
    <w:multiLevelType w:val="hybridMultilevel"/>
    <w:tmpl w:val="C33663D0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C426E"/>
    <w:multiLevelType w:val="hybridMultilevel"/>
    <w:tmpl w:val="7C0C5D8C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63829"/>
    <w:multiLevelType w:val="hybridMultilevel"/>
    <w:tmpl w:val="737A7EDC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13BD"/>
    <w:multiLevelType w:val="hybridMultilevel"/>
    <w:tmpl w:val="B83A0474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79759">
    <w:abstractNumId w:val="8"/>
  </w:num>
  <w:num w:numId="2" w16cid:durableId="483543896">
    <w:abstractNumId w:val="6"/>
  </w:num>
  <w:num w:numId="3" w16cid:durableId="551113490">
    <w:abstractNumId w:val="5"/>
  </w:num>
  <w:num w:numId="4" w16cid:durableId="1453288457">
    <w:abstractNumId w:val="4"/>
  </w:num>
  <w:num w:numId="5" w16cid:durableId="1686320994">
    <w:abstractNumId w:val="7"/>
  </w:num>
  <w:num w:numId="6" w16cid:durableId="921259243">
    <w:abstractNumId w:val="3"/>
  </w:num>
  <w:num w:numId="7" w16cid:durableId="1578175020">
    <w:abstractNumId w:val="2"/>
  </w:num>
  <w:num w:numId="8" w16cid:durableId="1392583624">
    <w:abstractNumId w:val="1"/>
  </w:num>
  <w:num w:numId="9" w16cid:durableId="1400056583">
    <w:abstractNumId w:val="0"/>
  </w:num>
  <w:num w:numId="10" w16cid:durableId="466509357">
    <w:abstractNumId w:val="13"/>
  </w:num>
  <w:num w:numId="11" w16cid:durableId="79182124">
    <w:abstractNumId w:val="17"/>
  </w:num>
  <w:num w:numId="12" w16cid:durableId="1001854980">
    <w:abstractNumId w:val="10"/>
  </w:num>
  <w:num w:numId="13" w16cid:durableId="808942212">
    <w:abstractNumId w:val="14"/>
  </w:num>
  <w:num w:numId="14" w16cid:durableId="626863131">
    <w:abstractNumId w:val="16"/>
  </w:num>
  <w:num w:numId="15" w16cid:durableId="1282345524">
    <w:abstractNumId w:val="12"/>
  </w:num>
  <w:num w:numId="16" w16cid:durableId="390349476">
    <w:abstractNumId w:val="15"/>
  </w:num>
  <w:num w:numId="17" w16cid:durableId="1638338960">
    <w:abstractNumId w:val="11"/>
  </w:num>
  <w:num w:numId="18" w16cid:durableId="4923373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545"/>
    <w:rsid w:val="0015074B"/>
    <w:rsid w:val="0029639D"/>
    <w:rsid w:val="00326F90"/>
    <w:rsid w:val="00357F6C"/>
    <w:rsid w:val="003D3D43"/>
    <w:rsid w:val="004C5D48"/>
    <w:rsid w:val="006D3E24"/>
    <w:rsid w:val="008C0EAF"/>
    <w:rsid w:val="00A72D5A"/>
    <w:rsid w:val="00AA1D8D"/>
    <w:rsid w:val="00B47730"/>
    <w:rsid w:val="00C045D8"/>
    <w:rsid w:val="00CB0664"/>
    <w:rsid w:val="00D003F8"/>
    <w:rsid w:val="00D10306"/>
    <w:rsid w:val="00D14B59"/>
    <w:rsid w:val="00D721A5"/>
    <w:rsid w:val="00DB1B0B"/>
    <w:rsid w:val="00EE7637"/>
    <w:rsid w:val="00EF6671"/>
    <w:rsid w:val="00F31A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64FD1"/>
  <w14:defaultImageDpi w14:val="300"/>
  <w15:docId w15:val="{964ABBBA-6080-4C99-8020-1D2D177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 Neziri</cp:lastModifiedBy>
  <cp:revision>2</cp:revision>
  <dcterms:created xsi:type="dcterms:W3CDTF">2026-07-29T11:46:00Z</dcterms:created>
  <dcterms:modified xsi:type="dcterms:W3CDTF">2026-07-29T11:46:00Z</dcterms:modified>
  <cp:category/>
</cp:coreProperties>
</file>