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07339C" w14:textId="472DA0F8" w:rsidR="004C5D48" w:rsidRPr="00DB1B0B" w:rsidRDefault="006C6830" w:rsidP="00DB1B0B">
      <w:pPr>
        <w:spacing w:after="0"/>
        <w:jc w:val="center"/>
        <w:rPr>
          <w:rFonts w:ascii="Calibri" w:hAnsi="Calibri" w:cs="Calibri"/>
          <w:b/>
          <w:bCs/>
          <w:color w:val="1F497D" w:themeColor="text2"/>
          <w:sz w:val="28"/>
          <w:szCs w:val="28"/>
          <w:lang w:val="en-GB"/>
        </w:rPr>
      </w:pPr>
      <w:proofErr w:type="spellStart"/>
      <w:r w:rsidRPr="006C6830">
        <w:rPr>
          <w:rFonts w:ascii="Calibri" w:hAnsi="Calibri" w:cs="Calibri"/>
          <w:b/>
          <w:bCs/>
          <w:color w:val="1F497D" w:themeColor="text2"/>
          <w:sz w:val="28"/>
          <w:szCs w:val="28"/>
        </w:rPr>
        <w:t>Kushtet</w:t>
      </w:r>
      <w:proofErr w:type="spellEnd"/>
      <w:r w:rsidRPr="006C6830">
        <w:rPr>
          <w:rFonts w:ascii="Calibri" w:hAnsi="Calibri" w:cs="Calibri"/>
          <w:b/>
          <w:bCs/>
          <w:color w:val="1F497D" w:themeColor="text2"/>
          <w:sz w:val="28"/>
          <w:szCs w:val="28"/>
        </w:rPr>
        <w:t xml:space="preserve"> e </w:t>
      </w:r>
      <w:proofErr w:type="spellStart"/>
      <w:r w:rsidRPr="006C6830">
        <w:rPr>
          <w:rFonts w:ascii="Calibri" w:hAnsi="Calibri" w:cs="Calibri"/>
          <w:b/>
          <w:bCs/>
          <w:color w:val="1F497D" w:themeColor="text2"/>
          <w:sz w:val="28"/>
          <w:szCs w:val="28"/>
        </w:rPr>
        <w:t>Përdorimit</w:t>
      </w:r>
      <w:proofErr w:type="spellEnd"/>
    </w:p>
    <w:p w14:paraId="68367021" w14:textId="59ECFE1F" w:rsidR="004C5D48" w:rsidRPr="00DB1B0B" w:rsidRDefault="006C6830" w:rsidP="00DB1B0B">
      <w:pPr>
        <w:spacing w:after="0"/>
        <w:jc w:val="center"/>
        <w:rPr>
          <w:rFonts w:ascii="Calibri" w:hAnsi="Calibri" w:cs="Calibri"/>
          <w:b/>
          <w:bCs/>
          <w:color w:val="1F497D" w:themeColor="text2"/>
          <w:sz w:val="28"/>
          <w:szCs w:val="28"/>
          <w:lang w:val="en-GB"/>
        </w:rPr>
      </w:pPr>
      <w:proofErr w:type="spellStart"/>
      <w:r w:rsidRPr="006C6830">
        <w:rPr>
          <w:rFonts w:ascii="Calibri" w:hAnsi="Calibri" w:cs="Calibri"/>
          <w:b/>
          <w:bCs/>
          <w:color w:val="1F497D" w:themeColor="text2"/>
          <w:sz w:val="28"/>
          <w:szCs w:val="28"/>
        </w:rPr>
        <w:t>të</w:t>
      </w:r>
      <w:proofErr w:type="spellEnd"/>
    </w:p>
    <w:p w14:paraId="5B959BE4" w14:textId="77832D6D" w:rsidR="003D3D43" w:rsidRPr="00DB1B0B" w:rsidRDefault="006C6830" w:rsidP="00DB1B0B">
      <w:pPr>
        <w:spacing w:after="0"/>
        <w:jc w:val="center"/>
        <w:rPr>
          <w:rFonts w:ascii="Calibri" w:hAnsi="Calibri" w:cs="Calibri"/>
          <w:b/>
          <w:bCs/>
          <w:color w:val="1F497D" w:themeColor="text2"/>
          <w:sz w:val="28"/>
          <w:szCs w:val="28"/>
          <w:lang w:val="en-GB"/>
        </w:rPr>
      </w:pPr>
      <w:proofErr w:type="spellStart"/>
      <w:r w:rsidRPr="006C6830">
        <w:rPr>
          <w:rFonts w:ascii="Calibri" w:hAnsi="Calibri" w:cs="Calibri"/>
          <w:b/>
          <w:bCs/>
          <w:color w:val="1F497D" w:themeColor="text2"/>
          <w:sz w:val="28"/>
          <w:szCs w:val="28"/>
        </w:rPr>
        <w:t>Aplikacionit</w:t>
      </w:r>
      <w:proofErr w:type="spellEnd"/>
      <w:r w:rsidRPr="006C6830">
        <w:rPr>
          <w:rFonts w:ascii="Calibri" w:hAnsi="Calibri" w:cs="Calibri"/>
          <w:b/>
          <w:bCs/>
          <w:color w:val="1F497D" w:themeColor="text2"/>
          <w:sz w:val="28"/>
          <w:szCs w:val="28"/>
        </w:rPr>
        <w:t xml:space="preserve"> </w:t>
      </w:r>
      <w:proofErr w:type="spellStart"/>
      <w:r w:rsidRPr="006C6830">
        <w:rPr>
          <w:rFonts w:ascii="Calibri" w:hAnsi="Calibri" w:cs="Calibri"/>
          <w:b/>
          <w:bCs/>
          <w:color w:val="1F497D" w:themeColor="text2"/>
          <w:sz w:val="28"/>
          <w:szCs w:val="28"/>
        </w:rPr>
        <w:t>për</w:t>
      </w:r>
      <w:proofErr w:type="spellEnd"/>
      <w:r w:rsidRPr="006C6830">
        <w:rPr>
          <w:rFonts w:ascii="Calibri" w:hAnsi="Calibri" w:cs="Calibri"/>
          <w:b/>
          <w:bCs/>
          <w:color w:val="1F497D" w:themeColor="text2"/>
          <w:sz w:val="28"/>
          <w:szCs w:val="28"/>
        </w:rPr>
        <w:t xml:space="preserve"> </w:t>
      </w:r>
      <w:proofErr w:type="spellStart"/>
      <w:r w:rsidRPr="006C6830">
        <w:rPr>
          <w:rFonts w:ascii="Calibri" w:hAnsi="Calibri" w:cs="Calibri"/>
          <w:b/>
          <w:bCs/>
          <w:color w:val="1F497D" w:themeColor="text2"/>
          <w:sz w:val="28"/>
          <w:szCs w:val="28"/>
        </w:rPr>
        <w:t>Nënshkrim</w:t>
      </w:r>
      <w:proofErr w:type="spellEnd"/>
      <w:r w:rsidRPr="006C6830">
        <w:rPr>
          <w:rFonts w:ascii="Calibri" w:hAnsi="Calibri" w:cs="Calibri"/>
          <w:b/>
          <w:bCs/>
          <w:color w:val="1F497D" w:themeColor="text2"/>
          <w:sz w:val="28"/>
          <w:szCs w:val="28"/>
        </w:rPr>
        <w:t xml:space="preserve"> Elektronik (Desktop </w:t>
      </w:r>
      <w:proofErr w:type="spellStart"/>
      <w:r w:rsidRPr="006C6830">
        <w:rPr>
          <w:rFonts w:ascii="Calibri" w:hAnsi="Calibri" w:cs="Calibri"/>
          <w:b/>
          <w:bCs/>
          <w:color w:val="1F497D" w:themeColor="text2"/>
          <w:sz w:val="28"/>
          <w:szCs w:val="28"/>
        </w:rPr>
        <w:t>dhe</w:t>
      </w:r>
      <w:proofErr w:type="spellEnd"/>
      <w:r w:rsidRPr="006C6830">
        <w:rPr>
          <w:rFonts w:ascii="Calibri" w:hAnsi="Calibri" w:cs="Calibri"/>
          <w:b/>
          <w:bCs/>
          <w:color w:val="1F497D" w:themeColor="text2"/>
          <w:sz w:val="28"/>
          <w:szCs w:val="28"/>
        </w:rPr>
        <w:t xml:space="preserve"> Mobil)</w:t>
      </w:r>
    </w:p>
    <w:p w14:paraId="158A5BFD" w14:textId="0B45E051" w:rsidR="003D3D43" w:rsidRPr="00D003F8" w:rsidRDefault="00000000" w:rsidP="00D003F8">
      <w:pPr>
        <w:pStyle w:val="Heading1"/>
        <w:jc w:val="both"/>
        <w:rPr>
          <w:sz w:val="22"/>
          <w:szCs w:val="22"/>
          <w:lang w:val="en-GB"/>
        </w:rPr>
      </w:pPr>
      <w:r w:rsidRPr="00D003F8">
        <w:rPr>
          <w:sz w:val="22"/>
          <w:szCs w:val="22"/>
          <w:lang w:val="en-GB"/>
        </w:rPr>
        <w:t xml:space="preserve">1. </w:t>
      </w:r>
      <w:proofErr w:type="spellStart"/>
      <w:r w:rsidR="006C6830" w:rsidRPr="006C6830">
        <w:rPr>
          <w:sz w:val="22"/>
          <w:szCs w:val="22"/>
        </w:rPr>
        <w:t>Hyrje</w:t>
      </w:r>
      <w:proofErr w:type="spellEnd"/>
    </w:p>
    <w:p w14:paraId="77F7AA6F" w14:textId="1D30DE30" w:rsidR="003D3D43" w:rsidRPr="00D003F8" w:rsidRDefault="006C6830" w:rsidP="00D003F8">
      <w:pPr>
        <w:jc w:val="both"/>
        <w:rPr>
          <w:rFonts w:asciiTheme="majorHAnsi" w:hAnsiTheme="majorHAnsi" w:cstheme="majorHAnsi"/>
          <w:lang w:val="en-GB"/>
        </w:rPr>
      </w:pPr>
      <w:proofErr w:type="spellStart"/>
      <w:r w:rsidRPr="006C6830">
        <w:rPr>
          <w:rFonts w:asciiTheme="majorHAnsi" w:hAnsiTheme="majorHAnsi" w:cstheme="majorHAnsi"/>
        </w:rPr>
        <w:t>Këto</w:t>
      </w:r>
      <w:proofErr w:type="spellEnd"/>
      <w:r w:rsidRPr="006C6830">
        <w:rPr>
          <w:rFonts w:asciiTheme="majorHAnsi" w:hAnsiTheme="majorHAnsi" w:cstheme="majorHAnsi"/>
        </w:rPr>
        <w:t xml:space="preserve"> </w:t>
      </w:r>
      <w:proofErr w:type="spellStart"/>
      <w:r w:rsidRPr="006C6830">
        <w:rPr>
          <w:rFonts w:asciiTheme="majorHAnsi" w:hAnsiTheme="majorHAnsi" w:cstheme="majorHAnsi"/>
        </w:rPr>
        <w:t>Kushte</w:t>
      </w:r>
      <w:proofErr w:type="spellEnd"/>
      <w:r w:rsidRPr="006C6830">
        <w:rPr>
          <w:rFonts w:asciiTheme="majorHAnsi" w:hAnsiTheme="majorHAnsi" w:cstheme="majorHAnsi"/>
        </w:rPr>
        <w:t xml:space="preserve"> </w:t>
      </w:r>
      <w:proofErr w:type="spellStart"/>
      <w:r w:rsidRPr="006C6830">
        <w:rPr>
          <w:rFonts w:asciiTheme="majorHAnsi" w:hAnsiTheme="majorHAnsi" w:cstheme="majorHAnsi"/>
        </w:rPr>
        <w:t>të</w:t>
      </w:r>
      <w:proofErr w:type="spellEnd"/>
      <w:r w:rsidRPr="006C6830">
        <w:rPr>
          <w:rFonts w:asciiTheme="majorHAnsi" w:hAnsiTheme="majorHAnsi" w:cstheme="majorHAnsi"/>
        </w:rPr>
        <w:t xml:space="preserve"> </w:t>
      </w:r>
      <w:proofErr w:type="spellStart"/>
      <w:r w:rsidRPr="006C6830">
        <w:rPr>
          <w:rFonts w:asciiTheme="majorHAnsi" w:hAnsiTheme="majorHAnsi" w:cstheme="majorHAnsi"/>
        </w:rPr>
        <w:t>Përdorimit</w:t>
      </w:r>
      <w:proofErr w:type="spellEnd"/>
      <w:r w:rsidRPr="006C6830">
        <w:rPr>
          <w:rFonts w:asciiTheme="majorHAnsi" w:hAnsiTheme="majorHAnsi" w:cstheme="majorHAnsi"/>
        </w:rPr>
        <w:t xml:space="preserve"> (“</w:t>
      </w:r>
      <w:proofErr w:type="spellStart"/>
      <w:r w:rsidRPr="006C6830">
        <w:rPr>
          <w:rFonts w:asciiTheme="majorHAnsi" w:hAnsiTheme="majorHAnsi" w:cstheme="majorHAnsi"/>
        </w:rPr>
        <w:t>Kushtet</w:t>
      </w:r>
      <w:proofErr w:type="spellEnd"/>
      <w:r w:rsidRPr="006C6830">
        <w:rPr>
          <w:rFonts w:asciiTheme="majorHAnsi" w:hAnsiTheme="majorHAnsi" w:cstheme="majorHAnsi"/>
        </w:rPr>
        <w:t xml:space="preserve">”) </w:t>
      </w:r>
      <w:proofErr w:type="spellStart"/>
      <w:r w:rsidRPr="006C6830">
        <w:rPr>
          <w:rFonts w:asciiTheme="majorHAnsi" w:hAnsiTheme="majorHAnsi" w:cstheme="majorHAnsi"/>
        </w:rPr>
        <w:t>rregullojnë</w:t>
      </w:r>
      <w:proofErr w:type="spellEnd"/>
      <w:r w:rsidRPr="006C6830">
        <w:rPr>
          <w:rFonts w:asciiTheme="majorHAnsi" w:hAnsiTheme="majorHAnsi" w:cstheme="majorHAnsi"/>
        </w:rPr>
        <w:t xml:space="preserve"> </w:t>
      </w:r>
      <w:proofErr w:type="spellStart"/>
      <w:r w:rsidRPr="006C6830">
        <w:rPr>
          <w:rFonts w:asciiTheme="majorHAnsi" w:hAnsiTheme="majorHAnsi" w:cstheme="majorHAnsi"/>
        </w:rPr>
        <w:t>qasjen</w:t>
      </w:r>
      <w:proofErr w:type="spellEnd"/>
      <w:r w:rsidRPr="006C6830">
        <w:rPr>
          <w:rFonts w:asciiTheme="majorHAnsi" w:hAnsiTheme="majorHAnsi" w:cstheme="majorHAnsi"/>
        </w:rPr>
        <w:t xml:space="preserve"> </w:t>
      </w:r>
      <w:proofErr w:type="spellStart"/>
      <w:r w:rsidRPr="006C6830">
        <w:rPr>
          <w:rFonts w:asciiTheme="majorHAnsi" w:hAnsiTheme="majorHAnsi" w:cstheme="majorHAnsi"/>
        </w:rPr>
        <w:t>dhe</w:t>
      </w:r>
      <w:proofErr w:type="spellEnd"/>
      <w:r w:rsidRPr="006C6830">
        <w:rPr>
          <w:rFonts w:asciiTheme="majorHAnsi" w:hAnsiTheme="majorHAnsi" w:cstheme="majorHAnsi"/>
        </w:rPr>
        <w:t xml:space="preserve"> </w:t>
      </w:r>
      <w:proofErr w:type="spellStart"/>
      <w:r w:rsidRPr="006C6830">
        <w:rPr>
          <w:rFonts w:asciiTheme="majorHAnsi" w:hAnsiTheme="majorHAnsi" w:cstheme="majorHAnsi"/>
        </w:rPr>
        <w:t>përdorimin</w:t>
      </w:r>
      <w:proofErr w:type="spellEnd"/>
      <w:r w:rsidRPr="006C6830">
        <w:rPr>
          <w:rFonts w:asciiTheme="majorHAnsi" w:hAnsiTheme="majorHAnsi" w:cstheme="majorHAnsi"/>
        </w:rPr>
        <w:t xml:space="preserve"> e </w:t>
      </w:r>
      <w:proofErr w:type="spellStart"/>
      <w:r w:rsidRPr="006C6830">
        <w:rPr>
          <w:rFonts w:asciiTheme="majorHAnsi" w:hAnsiTheme="majorHAnsi" w:cstheme="majorHAnsi"/>
        </w:rPr>
        <w:t>Aplikacionit</w:t>
      </w:r>
      <w:proofErr w:type="spellEnd"/>
      <w:r w:rsidRPr="006C6830">
        <w:rPr>
          <w:rFonts w:asciiTheme="majorHAnsi" w:hAnsiTheme="majorHAnsi" w:cstheme="majorHAnsi"/>
        </w:rPr>
        <w:t xml:space="preserve"> </w:t>
      </w:r>
      <w:proofErr w:type="spellStart"/>
      <w:r w:rsidRPr="006C6830">
        <w:rPr>
          <w:rFonts w:asciiTheme="majorHAnsi" w:hAnsiTheme="majorHAnsi" w:cstheme="majorHAnsi"/>
        </w:rPr>
        <w:t>për</w:t>
      </w:r>
      <w:proofErr w:type="spellEnd"/>
      <w:r w:rsidRPr="006C6830">
        <w:rPr>
          <w:rFonts w:asciiTheme="majorHAnsi" w:hAnsiTheme="majorHAnsi" w:cstheme="majorHAnsi"/>
        </w:rPr>
        <w:t xml:space="preserve"> </w:t>
      </w:r>
      <w:proofErr w:type="spellStart"/>
      <w:r w:rsidRPr="006C6830">
        <w:rPr>
          <w:rFonts w:asciiTheme="majorHAnsi" w:hAnsiTheme="majorHAnsi" w:cstheme="majorHAnsi"/>
        </w:rPr>
        <w:t>Nënshkrim</w:t>
      </w:r>
      <w:proofErr w:type="spellEnd"/>
      <w:r w:rsidRPr="006C6830">
        <w:rPr>
          <w:rFonts w:asciiTheme="majorHAnsi" w:hAnsiTheme="majorHAnsi" w:cstheme="majorHAnsi"/>
        </w:rPr>
        <w:t xml:space="preserve"> Elektronik </w:t>
      </w:r>
      <w:proofErr w:type="spellStart"/>
      <w:r w:rsidRPr="006C6830">
        <w:rPr>
          <w:rFonts w:asciiTheme="majorHAnsi" w:hAnsiTheme="majorHAnsi" w:cstheme="majorHAnsi"/>
        </w:rPr>
        <w:t>për</w:t>
      </w:r>
      <w:proofErr w:type="spellEnd"/>
      <w:r w:rsidRPr="006C6830">
        <w:rPr>
          <w:rFonts w:asciiTheme="majorHAnsi" w:hAnsiTheme="majorHAnsi" w:cstheme="majorHAnsi"/>
        </w:rPr>
        <w:t xml:space="preserve"> Desktop </w:t>
      </w:r>
      <w:proofErr w:type="spellStart"/>
      <w:r w:rsidRPr="006C6830">
        <w:rPr>
          <w:rFonts w:asciiTheme="majorHAnsi" w:hAnsiTheme="majorHAnsi" w:cstheme="majorHAnsi"/>
        </w:rPr>
        <w:t>dhe</w:t>
      </w:r>
      <w:proofErr w:type="spellEnd"/>
      <w:r w:rsidRPr="006C6830">
        <w:rPr>
          <w:rFonts w:asciiTheme="majorHAnsi" w:hAnsiTheme="majorHAnsi" w:cstheme="majorHAnsi"/>
        </w:rPr>
        <w:t xml:space="preserve"> </w:t>
      </w:r>
      <w:proofErr w:type="spellStart"/>
      <w:r w:rsidRPr="006C6830">
        <w:rPr>
          <w:rFonts w:asciiTheme="majorHAnsi" w:hAnsiTheme="majorHAnsi" w:cstheme="majorHAnsi"/>
        </w:rPr>
        <w:t>Pajisje</w:t>
      </w:r>
      <w:proofErr w:type="spellEnd"/>
      <w:r w:rsidRPr="006C6830">
        <w:rPr>
          <w:rFonts w:asciiTheme="majorHAnsi" w:hAnsiTheme="majorHAnsi" w:cstheme="majorHAnsi"/>
        </w:rPr>
        <w:t xml:space="preserve"> Mobile (“</w:t>
      </w:r>
      <w:proofErr w:type="spellStart"/>
      <w:r w:rsidRPr="006C6830">
        <w:rPr>
          <w:rFonts w:asciiTheme="majorHAnsi" w:hAnsiTheme="majorHAnsi" w:cstheme="majorHAnsi"/>
        </w:rPr>
        <w:t>Aplikacioni</w:t>
      </w:r>
      <w:proofErr w:type="spellEnd"/>
      <w:r w:rsidRPr="006C6830">
        <w:rPr>
          <w:rFonts w:asciiTheme="majorHAnsi" w:hAnsiTheme="majorHAnsi" w:cstheme="majorHAnsi"/>
        </w:rPr>
        <w:t xml:space="preserve">”), </w:t>
      </w:r>
      <w:proofErr w:type="spellStart"/>
      <w:r w:rsidRPr="006C6830">
        <w:rPr>
          <w:rFonts w:asciiTheme="majorHAnsi" w:hAnsiTheme="majorHAnsi" w:cstheme="majorHAnsi"/>
        </w:rPr>
        <w:t>i</w:t>
      </w:r>
      <w:proofErr w:type="spellEnd"/>
      <w:r w:rsidRPr="006C6830">
        <w:rPr>
          <w:rFonts w:asciiTheme="majorHAnsi" w:hAnsiTheme="majorHAnsi" w:cstheme="majorHAnsi"/>
        </w:rPr>
        <w:t xml:space="preserve"> </w:t>
      </w:r>
      <w:proofErr w:type="spellStart"/>
      <w:r w:rsidRPr="006C6830">
        <w:rPr>
          <w:rFonts w:asciiTheme="majorHAnsi" w:hAnsiTheme="majorHAnsi" w:cstheme="majorHAnsi"/>
        </w:rPr>
        <w:t>cili</w:t>
      </w:r>
      <w:proofErr w:type="spellEnd"/>
      <w:r w:rsidRPr="006C6830">
        <w:rPr>
          <w:rFonts w:asciiTheme="majorHAnsi" w:hAnsiTheme="majorHAnsi" w:cstheme="majorHAnsi"/>
        </w:rPr>
        <w:t xml:space="preserve"> </w:t>
      </w:r>
      <w:proofErr w:type="spellStart"/>
      <w:r w:rsidRPr="006C6830">
        <w:rPr>
          <w:rFonts w:asciiTheme="majorHAnsi" w:hAnsiTheme="majorHAnsi" w:cstheme="majorHAnsi"/>
        </w:rPr>
        <w:t>ofrohet</w:t>
      </w:r>
      <w:proofErr w:type="spellEnd"/>
      <w:r w:rsidRPr="006C6830">
        <w:rPr>
          <w:rFonts w:asciiTheme="majorHAnsi" w:hAnsiTheme="majorHAnsi" w:cstheme="majorHAnsi"/>
        </w:rPr>
        <w:t xml:space="preserve"> pa </w:t>
      </w:r>
      <w:proofErr w:type="spellStart"/>
      <w:r w:rsidRPr="006C6830">
        <w:rPr>
          <w:rFonts w:asciiTheme="majorHAnsi" w:hAnsiTheme="majorHAnsi" w:cstheme="majorHAnsi"/>
        </w:rPr>
        <w:t>pagesë</w:t>
      </w:r>
      <w:proofErr w:type="spellEnd"/>
      <w:r w:rsidRPr="006C6830">
        <w:rPr>
          <w:rFonts w:asciiTheme="majorHAnsi" w:hAnsiTheme="majorHAnsi" w:cstheme="majorHAnsi"/>
        </w:rPr>
        <w:t xml:space="preserve"> </w:t>
      </w:r>
      <w:proofErr w:type="spellStart"/>
      <w:r w:rsidRPr="006C6830">
        <w:rPr>
          <w:rFonts w:asciiTheme="majorHAnsi" w:hAnsiTheme="majorHAnsi" w:cstheme="majorHAnsi"/>
        </w:rPr>
        <w:t>nga</w:t>
      </w:r>
      <w:proofErr w:type="spellEnd"/>
      <w:r w:rsidRPr="006C6830">
        <w:rPr>
          <w:rFonts w:asciiTheme="majorHAnsi" w:hAnsiTheme="majorHAnsi" w:cstheme="majorHAnsi"/>
        </w:rPr>
        <w:t xml:space="preserve"> </w:t>
      </w:r>
      <w:proofErr w:type="spellStart"/>
      <w:r w:rsidRPr="006C6830">
        <w:rPr>
          <w:rFonts w:asciiTheme="majorHAnsi" w:hAnsiTheme="majorHAnsi" w:cstheme="majorHAnsi"/>
        </w:rPr>
        <w:t>Qeveria</w:t>
      </w:r>
      <w:proofErr w:type="spellEnd"/>
      <w:r w:rsidRPr="006C6830">
        <w:rPr>
          <w:rFonts w:asciiTheme="majorHAnsi" w:hAnsiTheme="majorHAnsi" w:cstheme="majorHAnsi"/>
        </w:rPr>
        <w:t xml:space="preserve"> e </w:t>
      </w:r>
      <w:proofErr w:type="spellStart"/>
      <w:r w:rsidRPr="006C6830">
        <w:rPr>
          <w:rFonts w:asciiTheme="majorHAnsi" w:hAnsiTheme="majorHAnsi" w:cstheme="majorHAnsi"/>
        </w:rPr>
        <w:t>Republikës</w:t>
      </w:r>
      <w:proofErr w:type="spellEnd"/>
      <w:r w:rsidRPr="006C6830">
        <w:rPr>
          <w:rFonts w:asciiTheme="majorHAnsi" w:hAnsiTheme="majorHAnsi" w:cstheme="majorHAnsi"/>
        </w:rPr>
        <w:t xml:space="preserve"> </w:t>
      </w:r>
      <w:proofErr w:type="spellStart"/>
      <w:r w:rsidRPr="006C6830">
        <w:rPr>
          <w:rFonts w:asciiTheme="majorHAnsi" w:hAnsiTheme="majorHAnsi" w:cstheme="majorHAnsi"/>
        </w:rPr>
        <w:t>së</w:t>
      </w:r>
      <w:proofErr w:type="spellEnd"/>
      <w:r w:rsidRPr="006C6830">
        <w:rPr>
          <w:rFonts w:asciiTheme="majorHAnsi" w:hAnsiTheme="majorHAnsi" w:cstheme="majorHAnsi"/>
        </w:rPr>
        <w:t xml:space="preserve"> </w:t>
      </w:r>
      <w:proofErr w:type="spellStart"/>
      <w:r w:rsidRPr="006C6830">
        <w:rPr>
          <w:rFonts w:asciiTheme="majorHAnsi" w:hAnsiTheme="majorHAnsi" w:cstheme="majorHAnsi"/>
        </w:rPr>
        <w:t>Kosovës</w:t>
      </w:r>
      <w:proofErr w:type="spellEnd"/>
      <w:r w:rsidRPr="006C6830">
        <w:rPr>
          <w:rFonts w:asciiTheme="majorHAnsi" w:hAnsiTheme="majorHAnsi" w:cstheme="majorHAnsi"/>
        </w:rPr>
        <w:t xml:space="preserve"> (“</w:t>
      </w:r>
      <w:proofErr w:type="spellStart"/>
      <w:r w:rsidRPr="006C6830">
        <w:rPr>
          <w:rFonts w:asciiTheme="majorHAnsi" w:hAnsiTheme="majorHAnsi" w:cstheme="majorHAnsi"/>
        </w:rPr>
        <w:t>Autoriteti</w:t>
      </w:r>
      <w:proofErr w:type="spellEnd"/>
      <w:r w:rsidRPr="006C6830">
        <w:rPr>
          <w:rFonts w:asciiTheme="majorHAnsi" w:hAnsiTheme="majorHAnsi" w:cstheme="majorHAnsi"/>
        </w:rPr>
        <w:t>”).</w:t>
      </w:r>
    </w:p>
    <w:p w14:paraId="735266FF" w14:textId="7D0F3744" w:rsidR="003D3D43" w:rsidRPr="00D003F8" w:rsidRDefault="006C6830" w:rsidP="00D003F8">
      <w:pPr>
        <w:jc w:val="both"/>
        <w:rPr>
          <w:rFonts w:asciiTheme="majorHAnsi" w:hAnsiTheme="majorHAnsi" w:cstheme="majorHAnsi"/>
          <w:lang w:val="en-GB"/>
        </w:rPr>
      </w:pPr>
      <w:proofErr w:type="spellStart"/>
      <w:r w:rsidRPr="006C6830">
        <w:rPr>
          <w:rFonts w:asciiTheme="majorHAnsi" w:hAnsiTheme="majorHAnsi" w:cstheme="majorHAnsi"/>
        </w:rPr>
        <w:t>Aplikacioni</w:t>
      </w:r>
      <w:proofErr w:type="spellEnd"/>
      <w:r w:rsidRPr="006C6830">
        <w:rPr>
          <w:rFonts w:asciiTheme="majorHAnsi" w:hAnsiTheme="majorHAnsi" w:cstheme="majorHAnsi"/>
        </w:rPr>
        <w:t xml:space="preserve"> </w:t>
      </w:r>
      <w:proofErr w:type="spellStart"/>
      <w:r w:rsidRPr="006C6830">
        <w:rPr>
          <w:rFonts w:asciiTheme="majorHAnsi" w:hAnsiTheme="majorHAnsi" w:cstheme="majorHAnsi"/>
        </w:rPr>
        <w:t>mbështet</w:t>
      </w:r>
      <w:proofErr w:type="spellEnd"/>
      <w:r w:rsidRPr="006C6830">
        <w:rPr>
          <w:rFonts w:asciiTheme="majorHAnsi" w:hAnsiTheme="majorHAnsi" w:cstheme="majorHAnsi"/>
        </w:rPr>
        <w:t xml:space="preserve"> </w:t>
      </w:r>
      <w:proofErr w:type="spellStart"/>
      <w:r w:rsidRPr="006C6830">
        <w:rPr>
          <w:rFonts w:asciiTheme="majorHAnsi" w:hAnsiTheme="majorHAnsi" w:cstheme="majorHAnsi"/>
        </w:rPr>
        <w:t>shërbimet</w:t>
      </w:r>
      <w:proofErr w:type="spellEnd"/>
      <w:r w:rsidRPr="006C6830">
        <w:rPr>
          <w:rFonts w:asciiTheme="majorHAnsi" w:hAnsiTheme="majorHAnsi" w:cstheme="majorHAnsi"/>
        </w:rPr>
        <w:t xml:space="preserve"> e </w:t>
      </w:r>
      <w:proofErr w:type="spellStart"/>
      <w:r w:rsidRPr="006C6830">
        <w:rPr>
          <w:rFonts w:asciiTheme="majorHAnsi" w:hAnsiTheme="majorHAnsi" w:cstheme="majorHAnsi"/>
        </w:rPr>
        <w:t>identifikimit</w:t>
      </w:r>
      <w:proofErr w:type="spellEnd"/>
      <w:r w:rsidRPr="006C6830">
        <w:rPr>
          <w:rFonts w:asciiTheme="majorHAnsi" w:hAnsiTheme="majorHAnsi" w:cstheme="majorHAnsi"/>
        </w:rPr>
        <w:t xml:space="preserve"> </w:t>
      </w:r>
      <w:proofErr w:type="spellStart"/>
      <w:r w:rsidRPr="006C6830">
        <w:rPr>
          <w:rFonts w:asciiTheme="majorHAnsi" w:hAnsiTheme="majorHAnsi" w:cstheme="majorHAnsi"/>
        </w:rPr>
        <w:t>elektronik</w:t>
      </w:r>
      <w:proofErr w:type="spellEnd"/>
      <w:r w:rsidRPr="006C6830">
        <w:rPr>
          <w:rFonts w:asciiTheme="majorHAnsi" w:hAnsiTheme="majorHAnsi" w:cstheme="majorHAnsi"/>
        </w:rPr>
        <w:t xml:space="preserve"> </w:t>
      </w:r>
      <w:proofErr w:type="spellStart"/>
      <w:r w:rsidRPr="006C6830">
        <w:rPr>
          <w:rFonts w:asciiTheme="majorHAnsi" w:hAnsiTheme="majorHAnsi" w:cstheme="majorHAnsi"/>
        </w:rPr>
        <w:t>dhe</w:t>
      </w:r>
      <w:proofErr w:type="spellEnd"/>
      <w:r w:rsidRPr="006C6830">
        <w:rPr>
          <w:rFonts w:asciiTheme="majorHAnsi" w:hAnsiTheme="majorHAnsi" w:cstheme="majorHAnsi"/>
        </w:rPr>
        <w:t xml:space="preserve"> </w:t>
      </w:r>
      <w:proofErr w:type="spellStart"/>
      <w:r w:rsidRPr="006C6830">
        <w:rPr>
          <w:rFonts w:asciiTheme="majorHAnsi" w:hAnsiTheme="majorHAnsi" w:cstheme="majorHAnsi"/>
        </w:rPr>
        <w:t>nënshkrimit</w:t>
      </w:r>
      <w:proofErr w:type="spellEnd"/>
      <w:r w:rsidRPr="006C6830">
        <w:rPr>
          <w:rFonts w:asciiTheme="majorHAnsi" w:hAnsiTheme="majorHAnsi" w:cstheme="majorHAnsi"/>
        </w:rPr>
        <w:t xml:space="preserve"> </w:t>
      </w:r>
      <w:proofErr w:type="spellStart"/>
      <w:r w:rsidRPr="006C6830">
        <w:rPr>
          <w:rFonts w:asciiTheme="majorHAnsi" w:hAnsiTheme="majorHAnsi" w:cstheme="majorHAnsi"/>
        </w:rPr>
        <w:t>elektronik</w:t>
      </w:r>
      <w:proofErr w:type="spellEnd"/>
      <w:r w:rsidRPr="006C6830">
        <w:rPr>
          <w:rFonts w:asciiTheme="majorHAnsi" w:hAnsiTheme="majorHAnsi" w:cstheme="majorHAnsi"/>
        </w:rPr>
        <w:t xml:space="preserve"> </w:t>
      </w:r>
      <w:proofErr w:type="spellStart"/>
      <w:r w:rsidRPr="006C6830">
        <w:rPr>
          <w:rFonts w:asciiTheme="majorHAnsi" w:hAnsiTheme="majorHAnsi" w:cstheme="majorHAnsi"/>
        </w:rPr>
        <w:t>në</w:t>
      </w:r>
      <w:proofErr w:type="spellEnd"/>
      <w:r w:rsidRPr="006C6830">
        <w:rPr>
          <w:rFonts w:asciiTheme="majorHAnsi" w:hAnsiTheme="majorHAnsi" w:cstheme="majorHAnsi"/>
        </w:rPr>
        <w:t xml:space="preserve"> </w:t>
      </w:r>
      <w:proofErr w:type="spellStart"/>
      <w:r w:rsidRPr="006C6830">
        <w:rPr>
          <w:rFonts w:asciiTheme="majorHAnsi" w:hAnsiTheme="majorHAnsi" w:cstheme="majorHAnsi"/>
        </w:rPr>
        <w:t>përputhje</w:t>
      </w:r>
      <w:proofErr w:type="spellEnd"/>
      <w:r w:rsidRPr="006C6830">
        <w:rPr>
          <w:rFonts w:asciiTheme="majorHAnsi" w:hAnsiTheme="majorHAnsi" w:cstheme="majorHAnsi"/>
        </w:rPr>
        <w:t xml:space="preserve"> me </w:t>
      </w:r>
      <w:proofErr w:type="spellStart"/>
      <w:r w:rsidRPr="006C6830">
        <w:rPr>
          <w:rFonts w:asciiTheme="majorHAnsi" w:hAnsiTheme="majorHAnsi" w:cstheme="majorHAnsi"/>
        </w:rPr>
        <w:t>legjislacionin</w:t>
      </w:r>
      <w:proofErr w:type="spellEnd"/>
      <w:r w:rsidRPr="006C6830">
        <w:rPr>
          <w:rFonts w:asciiTheme="majorHAnsi" w:hAnsiTheme="majorHAnsi" w:cstheme="majorHAnsi"/>
        </w:rPr>
        <w:t xml:space="preserve"> </w:t>
      </w:r>
      <w:proofErr w:type="spellStart"/>
      <w:r w:rsidRPr="006C6830">
        <w:rPr>
          <w:rFonts w:asciiTheme="majorHAnsi" w:hAnsiTheme="majorHAnsi" w:cstheme="majorHAnsi"/>
        </w:rPr>
        <w:t>kombëtar</w:t>
      </w:r>
      <w:proofErr w:type="spellEnd"/>
      <w:r w:rsidRPr="006C6830">
        <w:rPr>
          <w:rFonts w:asciiTheme="majorHAnsi" w:hAnsiTheme="majorHAnsi" w:cstheme="majorHAnsi"/>
        </w:rPr>
        <w:t xml:space="preserve"> </w:t>
      </w:r>
      <w:proofErr w:type="spellStart"/>
      <w:r w:rsidRPr="006C6830">
        <w:rPr>
          <w:rFonts w:asciiTheme="majorHAnsi" w:hAnsiTheme="majorHAnsi" w:cstheme="majorHAnsi"/>
        </w:rPr>
        <w:t>në</w:t>
      </w:r>
      <w:proofErr w:type="spellEnd"/>
      <w:r w:rsidRPr="006C6830">
        <w:rPr>
          <w:rFonts w:asciiTheme="majorHAnsi" w:hAnsiTheme="majorHAnsi" w:cstheme="majorHAnsi"/>
        </w:rPr>
        <w:t xml:space="preserve"> </w:t>
      </w:r>
      <w:proofErr w:type="spellStart"/>
      <w:r w:rsidRPr="006C6830">
        <w:rPr>
          <w:rFonts w:asciiTheme="majorHAnsi" w:hAnsiTheme="majorHAnsi" w:cstheme="majorHAnsi"/>
        </w:rPr>
        <w:t>fuqi</w:t>
      </w:r>
      <w:proofErr w:type="spellEnd"/>
      <w:r w:rsidRPr="006C6830">
        <w:rPr>
          <w:rFonts w:asciiTheme="majorHAnsi" w:hAnsiTheme="majorHAnsi" w:cstheme="majorHAnsi"/>
        </w:rPr>
        <w:t xml:space="preserve"> </w:t>
      </w:r>
      <w:proofErr w:type="spellStart"/>
      <w:r w:rsidRPr="006C6830">
        <w:rPr>
          <w:rFonts w:asciiTheme="majorHAnsi" w:hAnsiTheme="majorHAnsi" w:cstheme="majorHAnsi"/>
        </w:rPr>
        <w:t>dhe</w:t>
      </w:r>
      <w:proofErr w:type="spellEnd"/>
      <w:r w:rsidRPr="006C6830">
        <w:rPr>
          <w:rFonts w:asciiTheme="majorHAnsi" w:hAnsiTheme="majorHAnsi" w:cstheme="majorHAnsi"/>
        </w:rPr>
        <w:t xml:space="preserve"> me </w:t>
      </w:r>
      <w:proofErr w:type="spellStart"/>
      <w:r w:rsidRPr="006C6830">
        <w:rPr>
          <w:rFonts w:asciiTheme="majorHAnsi" w:hAnsiTheme="majorHAnsi" w:cstheme="majorHAnsi"/>
        </w:rPr>
        <w:t>Rregulloren</w:t>
      </w:r>
      <w:proofErr w:type="spellEnd"/>
      <w:r w:rsidRPr="006C6830">
        <w:rPr>
          <w:rFonts w:asciiTheme="majorHAnsi" w:hAnsiTheme="majorHAnsi" w:cstheme="majorHAnsi"/>
        </w:rPr>
        <w:t xml:space="preserve"> (BE) Nr. 910/2014 </w:t>
      </w:r>
      <w:proofErr w:type="spellStart"/>
      <w:r w:rsidRPr="006C6830">
        <w:rPr>
          <w:rFonts w:asciiTheme="majorHAnsi" w:hAnsiTheme="majorHAnsi" w:cstheme="majorHAnsi"/>
        </w:rPr>
        <w:t>për</w:t>
      </w:r>
      <w:proofErr w:type="spellEnd"/>
      <w:r w:rsidRPr="006C6830">
        <w:rPr>
          <w:rFonts w:asciiTheme="majorHAnsi" w:hAnsiTheme="majorHAnsi" w:cstheme="majorHAnsi"/>
        </w:rPr>
        <w:t xml:space="preserve"> </w:t>
      </w:r>
      <w:proofErr w:type="spellStart"/>
      <w:r w:rsidRPr="006C6830">
        <w:rPr>
          <w:rFonts w:asciiTheme="majorHAnsi" w:hAnsiTheme="majorHAnsi" w:cstheme="majorHAnsi"/>
        </w:rPr>
        <w:t>identifikimin</w:t>
      </w:r>
      <w:proofErr w:type="spellEnd"/>
      <w:r w:rsidRPr="006C6830">
        <w:rPr>
          <w:rFonts w:asciiTheme="majorHAnsi" w:hAnsiTheme="majorHAnsi" w:cstheme="majorHAnsi"/>
        </w:rPr>
        <w:t xml:space="preserve"> </w:t>
      </w:r>
      <w:proofErr w:type="spellStart"/>
      <w:r w:rsidRPr="006C6830">
        <w:rPr>
          <w:rFonts w:asciiTheme="majorHAnsi" w:hAnsiTheme="majorHAnsi" w:cstheme="majorHAnsi"/>
        </w:rPr>
        <w:t>elektronik</w:t>
      </w:r>
      <w:proofErr w:type="spellEnd"/>
      <w:r w:rsidRPr="006C6830">
        <w:rPr>
          <w:rFonts w:asciiTheme="majorHAnsi" w:hAnsiTheme="majorHAnsi" w:cstheme="majorHAnsi"/>
        </w:rPr>
        <w:t xml:space="preserve"> </w:t>
      </w:r>
      <w:proofErr w:type="spellStart"/>
      <w:r w:rsidRPr="006C6830">
        <w:rPr>
          <w:rFonts w:asciiTheme="majorHAnsi" w:hAnsiTheme="majorHAnsi" w:cstheme="majorHAnsi"/>
        </w:rPr>
        <w:t>dhe</w:t>
      </w:r>
      <w:proofErr w:type="spellEnd"/>
      <w:r w:rsidRPr="006C6830">
        <w:rPr>
          <w:rFonts w:asciiTheme="majorHAnsi" w:hAnsiTheme="majorHAnsi" w:cstheme="majorHAnsi"/>
        </w:rPr>
        <w:t xml:space="preserve"> </w:t>
      </w:r>
      <w:proofErr w:type="spellStart"/>
      <w:r w:rsidRPr="006C6830">
        <w:rPr>
          <w:rFonts w:asciiTheme="majorHAnsi" w:hAnsiTheme="majorHAnsi" w:cstheme="majorHAnsi"/>
        </w:rPr>
        <w:t>shërbimet</w:t>
      </w:r>
      <w:proofErr w:type="spellEnd"/>
      <w:r w:rsidRPr="006C6830">
        <w:rPr>
          <w:rFonts w:asciiTheme="majorHAnsi" w:hAnsiTheme="majorHAnsi" w:cstheme="majorHAnsi"/>
        </w:rPr>
        <w:t xml:space="preserve"> e </w:t>
      </w:r>
      <w:proofErr w:type="spellStart"/>
      <w:r w:rsidRPr="006C6830">
        <w:rPr>
          <w:rFonts w:asciiTheme="majorHAnsi" w:hAnsiTheme="majorHAnsi" w:cstheme="majorHAnsi"/>
        </w:rPr>
        <w:t>besimit</w:t>
      </w:r>
      <w:proofErr w:type="spellEnd"/>
      <w:r w:rsidRPr="006C6830">
        <w:rPr>
          <w:rFonts w:asciiTheme="majorHAnsi" w:hAnsiTheme="majorHAnsi" w:cstheme="majorHAnsi"/>
        </w:rPr>
        <w:t xml:space="preserve"> </w:t>
      </w:r>
      <w:proofErr w:type="spellStart"/>
      <w:r w:rsidRPr="006C6830">
        <w:rPr>
          <w:rFonts w:asciiTheme="majorHAnsi" w:hAnsiTheme="majorHAnsi" w:cstheme="majorHAnsi"/>
        </w:rPr>
        <w:t>për</w:t>
      </w:r>
      <w:proofErr w:type="spellEnd"/>
      <w:r w:rsidRPr="006C6830">
        <w:rPr>
          <w:rFonts w:asciiTheme="majorHAnsi" w:hAnsiTheme="majorHAnsi" w:cstheme="majorHAnsi"/>
        </w:rPr>
        <w:t xml:space="preserve"> </w:t>
      </w:r>
      <w:proofErr w:type="spellStart"/>
      <w:r w:rsidRPr="006C6830">
        <w:rPr>
          <w:rFonts w:asciiTheme="majorHAnsi" w:hAnsiTheme="majorHAnsi" w:cstheme="majorHAnsi"/>
        </w:rPr>
        <w:t>transaksionet</w:t>
      </w:r>
      <w:proofErr w:type="spellEnd"/>
      <w:r w:rsidRPr="006C6830">
        <w:rPr>
          <w:rFonts w:asciiTheme="majorHAnsi" w:hAnsiTheme="majorHAnsi" w:cstheme="majorHAnsi"/>
        </w:rPr>
        <w:t xml:space="preserve"> </w:t>
      </w:r>
      <w:proofErr w:type="spellStart"/>
      <w:r w:rsidRPr="006C6830">
        <w:rPr>
          <w:rFonts w:asciiTheme="majorHAnsi" w:hAnsiTheme="majorHAnsi" w:cstheme="majorHAnsi"/>
        </w:rPr>
        <w:t>elektronike</w:t>
      </w:r>
      <w:proofErr w:type="spellEnd"/>
      <w:r w:rsidRPr="006C6830">
        <w:rPr>
          <w:rFonts w:asciiTheme="majorHAnsi" w:hAnsiTheme="majorHAnsi" w:cstheme="majorHAnsi"/>
        </w:rPr>
        <w:t xml:space="preserve"> </w:t>
      </w:r>
      <w:proofErr w:type="spellStart"/>
      <w:r w:rsidRPr="006C6830">
        <w:rPr>
          <w:rFonts w:asciiTheme="majorHAnsi" w:hAnsiTheme="majorHAnsi" w:cstheme="majorHAnsi"/>
        </w:rPr>
        <w:t>në</w:t>
      </w:r>
      <w:proofErr w:type="spellEnd"/>
      <w:r w:rsidRPr="006C6830">
        <w:rPr>
          <w:rFonts w:asciiTheme="majorHAnsi" w:hAnsiTheme="majorHAnsi" w:cstheme="majorHAnsi"/>
        </w:rPr>
        <w:t xml:space="preserve"> </w:t>
      </w:r>
      <w:proofErr w:type="spellStart"/>
      <w:r w:rsidRPr="006C6830">
        <w:rPr>
          <w:rFonts w:asciiTheme="majorHAnsi" w:hAnsiTheme="majorHAnsi" w:cstheme="majorHAnsi"/>
        </w:rPr>
        <w:t>tregun</w:t>
      </w:r>
      <w:proofErr w:type="spellEnd"/>
      <w:r w:rsidRPr="006C6830">
        <w:rPr>
          <w:rFonts w:asciiTheme="majorHAnsi" w:hAnsiTheme="majorHAnsi" w:cstheme="majorHAnsi"/>
        </w:rPr>
        <w:t xml:space="preserve"> e </w:t>
      </w:r>
      <w:proofErr w:type="spellStart"/>
      <w:r w:rsidRPr="006C6830">
        <w:rPr>
          <w:rFonts w:asciiTheme="majorHAnsi" w:hAnsiTheme="majorHAnsi" w:cstheme="majorHAnsi"/>
        </w:rPr>
        <w:t>brendshëm</w:t>
      </w:r>
      <w:proofErr w:type="spellEnd"/>
      <w:r w:rsidRPr="006C6830">
        <w:rPr>
          <w:rFonts w:asciiTheme="majorHAnsi" w:hAnsiTheme="majorHAnsi" w:cstheme="majorHAnsi"/>
        </w:rPr>
        <w:t xml:space="preserve"> (“</w:t>
      </w:r>
      <w:proofErr w:type="spellStart"/>
      <w:r w:rsidRPr="006C6830">
        <w:rPr>
          <w:rFonts w:asciiTheme="majorHAnsi" w:hAnsiTheme="majorHAnsi" w:cstheme="majorHAnsi"/>
        </w:rPr>
        <w:t>Rregullorja</w:t>
      </w:r>
      <w:proofErr w:type="spellEnd"/>
      <w:r w:rsidRPr="006C6830">
        <w:rPr>
          <w:rFonts w:asciiTheme="majorHAnsi" w:hAnsiTheme="majorHAnsi" w:cstheme="majorHAnsi"/>
        </w:rPr>
        <w:t xml:space="preserve"> </w:t>
      </w:r>
      <w:proofErr w:type="spellStart"/>
      <w:r w:rsidRPr="006C6830">
        <w:rPr>
          <w:rFonts w:asciiTheme="majorHAnsi" w:hAnsiTheme="majorHAnsi" w:cstheme="majorHAnsi"/>
        </w:rPr>
        <w:t>eIDAS</w:t>
      </w:r>
      <w:proofErr w:type="spellEnd"/>
      <w:r w:rsidRPr="006C6830">
        <w:rPr>
          <w:rFonts w:asciiTheme="majorHAnsi" w:hAnsiTheme="majorHAnsi" w:cstheme="majorHAnsi"/>
        </w:rPr>
        <w:t>”).</w:t>
      </w:r>
    </w:p>
    <w:p w14:paraId="1089CC57" w14:textId="75C26415" w:rsidR="003D3D43" w:rsidRPr="006C6830" w:rsidRDefault="006C6830" w:rsidP="00D003F8">
      <w:pPr>
        <w:jc w:val="both"/>
        <w:rPr>
          <w:rFonts w:asciiTheme="majorHAnsi" w:hAnsiTheme="majorHAnsi" w:cstheme="majorHAnsi"/>
        </w:rPr>
      </w:pPr>
      <w:r w:rsidRPr="006C6830">
        <w:rPr>
          <w:rFonts w:asciiTheme="majorHAnsi" w:hAnsiTheme="majorHAnsi" w:cstheme="majorHAnsi"/>
        </w:rPr>
        <w:t xml:space="preserve">Duke </w:t>
      </w:r>
      <w:proofErr w:type="spellStart"/>
      <w:r w:rsidRPr="006C6830">
        <w:rPr>
          <w:rFonts w:asciiTheme="majorHAnsi" w:hAnsiTheme="majorHAnsi" w:cstheme="majorHAnsi"/>
        </w:rPr>
        <w:t>shkarkuar</w:t>
      </w:r>
      <w:proofErr w:type="spellEnd"/>
      <w:r w:rsidRPr="006C6830">
        <w:rPr>
          <w:rFonts w:asciiTheme="majorHAnsi" w:hAnsiTheme="majorHAnsi" w:cstheme="majorHAnsi"/>
        </w:rPr>
        <w:t xml:space="preserve">, </w:t>
      </w:r>
      <w:proofErr w:type="spellStart"/>
      <w:r w:rsidRPr="006C6830">
        <w:rPr>
          <w:rFonts w:asciiTheme="majorHAnsi" w:hAnsiTheme="majorHAnsi" w:cstheme="majorHAnsi"/>
        </w:rPr>
        <w:t>instaluar</w:t>
      </w:r>
      <w:proofErr w:type="spellEnd"/>
      <w:r w:rsidRPr="006C6830">
        <w:rPr>
          <w:rFonts w:asciiTheme="majorHAnsi" w:hAnsiTheme="majorHAnsi" w:cstheme="majorHAnsi"/>
        </w:rPr>
        <w:t xml:space="preserve">, </w:t>
      </w:r>
      <w:proofErr w:type="spellStart"/>
      <w:r w:rsidRPr="006C6830">
        <w:rPr>
          <w:rFonts w:asciiTheme="majorHAnsi" w:hAnsiTheme="majorHAnsi" w:cstheme="majorHAnsi"/>
        </w:rPr>
        <w:t>regjistruar</w:t>
      </w:r>
      <w:proofErr w:type="spellEnd"/>
      <w:r w:rsidRPr="006C6830">
        <w:rPr>
          <w:rFonts w:asciiTheme="majorHAnsi" w:hAnsiTheme="majorHAnsi" w:cstheme="majorHAnsi"/>
        </w:rPr>
        <w:t xml:space="preserve"> </w:t>
      </w:r>
      <w:proofErr w:type="spellStart"/>
      <w:r w:rsidRPr="006C6830">
        <w:rPr>
          <w:rFonts w:asciiTheme="majorHAnsi" w:hAnsiTheme="majorHAnsi" w:cstheme="majorHAnsi"/>
        </w:rPr>
        <w:t>ose</w:t>
      </w:r>
      <w:proofErr w:type="spellEnd"/>
      <w:r w:rsidRPr="006C6830">
        <w:rPr>
          <w:rFonts w:asciiTheme="majorHAnsi" w:hAnsiTheme="majorHAnsi" w:cstheme="majorHAnsi"/>
        </w:rPr>
        <w:t xml:space="preserve"> </w:t>
      </w:r>
      <w:proofErr w:type="spellStart"/>
      <w:r w:rsidRPr="006C6830">
        <w:rPr>
          <w:rFonts w:asciiTheme="majorHAnsi" w:hAnsiTheme="majorHAnsi" w:cstheme="majorHAnsi"/>
        </w:rPr>
        <w:t>përdorur</w:t>
      </w:r>
      <w:proofErr w:type="spellEnd"/>
      <w:r w:rsidRPr="006C6830">
        <w:rPr>
          <w:rFonts w:asciiTheme="majorHAnsi" w:hAnsiTheme="majorHAnsi" w:cstheme="majorHAnsi"/>
        </w:rPr>
        <w:t xml:space="preserve"> </w:t>
      </w:r>
      <w:proofErr w:type="spellStart"/>
      <w:r w:rsidRPr="006C6830">
        <w:rPr>
          <w:rFonts w:asciiTheme="majorHAnsi" w:hAnsiTheme="majorHAnsi" w:cstheme="majorHAnsi"/>
        </w:rPr>
        <w:t>Aplikacionin</w:t>
      </w:r>
      <w:proofErr w:type="spellEnd"/>
      <w:r w:rsidRPr="006C6830">
        <w:rPr>
          <w:rFonts w:asciiTheme="majorHAnsi" w:hAnsiTheme="majorHAnsi" w:cstheme="majorHAnsi"/>
        </w:rPr>
        <w:t xml:space="preserve">, </w:t>
      </w:r>
      <w:proofErr w:type="spellStart"/>
      <w:r w:rsidRPr="006C6830">
        <w:rPr>
          <w:rFonts w:asciiTheme="majorHAnsi" w:hAnsiTheme="majorHAnsi" w:cstheme="majorHAnsi"/>
        </w:rPr>
        <w:t>përdoruesi</w:t>
      </w:r>
      <w:proofErr w:type="spellEnd"/>
      <w:r w:rsidRPr="006C6830">
        <w:rPr>
          <w:rFonts w:asciiTheme="majorHAnsi" w:hAnsiTheme="majorHAnsi" w:cstheme="majorHAnsi"/>
        </w:rPr>
        <w:t xml:space="preserve"> (“</w:t>
      </w:r>
      <w:proofErr w:type="spellStart"/>
      <w:r w:rsidRPr="006C6830">
        <w:rPr>
          <w:rFonts w:asciiTheme="majorHAnsi" w:hAnsiTheme="majorHAnsi" w:cstheme="majorHAnsi"/>
        </w:rPr>
        <w:t>Përdoruesi</w:t>
      </w:r>
      <w:proofErr w:type="spellEnd"/>
      <w:r w:rsidRPr="006C6830">
        <w:rPr>
          <w:rFonts w:asciiTheme="majorHAnsi" w:hAnsiTheme="majorHAnsi" w:cstheme="majorHAnsi"/>
        </w:rPr>
        <w:t xml:space="preserve">”) </w:t>
      </w:r>
      <w:proofErr w:type="spellStart"/>
      <w:r w:rsidRPr="006C6830">
        <w:rPr>
          <w:rFonts w:asciiTheme="majorHAnsi" w:hAnsiTheme="majorHAnsi" w:cstheme="majorHAnsi"/>
        </w:rPr>
        <w:t>pranon</w:t>
      </w:r>
      <w:proofErr w:type="spellEnd"/>
      <w:r w:rsidRPr="006C6830">
        <w:rPr>
          <w:rFonts w:asciiTheme="majorHAnsi" w:hAnsiTheme="majorHAnsi" w:cstheme="majorHAnsi"/>
        </w:rPr>
        <w:t xml:space="preserve"> </w:t>
      </w:r>
      <w:proofErr w:type="spellStart"/>
      <w:r w:rsidRPr="006C6830">
        <w:rPr>
          <w:rFonts w:asciiTheme="majorHAnsi" w:hAnsiTheme="majorHAnsi" w:cstheme="majorHAnsi"/>
        </w:rPr>
        <w:t>të</w:t>
      </w:r>
      <w:proofErr w:type="spellEnd"/>
      <w:r w:rsidRPr="006C6830">
        <w:rPr>
          <w:rFonts w:asciiTheme="majorHAnsi" w:hAnsiTheme="majorHAnsi" w:cstheme="majorHAnsi"/>
        </w:rPr>
        <w:t xml:space="preserve"> </w:t>
      </w:r>
      <w:proofErr w:type="spellStart"/>
      <w:r w:rsidRPr="006C6830">
        <w:rPr>
          <w:rFonts w:asciiTheme="majorHAnsi" w:hAnsiTheme="majorHAnsi" w:cstheme="majorHAnsi"/>
        </w:rPr>
        <w:t>jetë</w:t>
      </w:r>
      <w:proofErr w:type="spellEnd"/>
      <w:r w:rsidRPr="006C6830">
        <w:rPr>
          <w:rFonts w:asciiTheme="majorHAnsi" w:hAnsiTheme="majorHAnsi" w:cstheme="majorHAnsi"/>
        </w:rPr>
        <w:t xml:space="preserve"> </w:t>
      </w:r>
      <w:proofErr w:type="spellStart"/>
      <w:r w:rsidRPr="006C6830">
        <w:rPr>
          <w:rFonts w:asciiTheme="majorHAnsi" w:hAnsiTheme="majorHAnsi" w:cstheme="majorHAnsi"/>
        </w:rPr>
        <w:t>ligjërisht</w:t>
      </w:r>
      <w:proofErr w:type="spellEnd"/>
      <w:r w:rsidRPr="006C6830">
        <w:rPr>
          <w:rFonts w:asciiTheme="majorHAnsi" w:hAnsiTheme="majorHAnsi" w:cstheme="majorHAnsi"/>
        </w:rPr>
        <w:t xml:space="preserve"> </w:t>
      </w:r>
      <w:proofErr w:type="spellStart"/>
      <w:r w:rsidRPr="006C6830">
        <w:rPr>
          <w:rFonts w:asciiTheme="majorHAnsi" w:hAnsiTheme="majorHAnsi" w:cstheme="majorHAnsi"/>
        </w:rPr>
        <w:t>i</w:t>
      </w:r>
      <w:proofErr w:type="spellEnd"/>
      <w:r w:rsidRPr="006C6830">
        <w:rPr>
          <w:rFonts w:asciiTheme="majorHAnsi" w:hAnsiTheme="majorHAnsi" w:cstheme="majorHAnsi"/>
        </w:rPr>
        <w:t xml:space="preserve"> </w:t>
      </w:r>
      <w:proofErr w:type="spellStart"/>
      <w:r w:rsidRPr="006C6830">
        <w:rPr>
          <w:rFonts w:asciiTheme="majorHAnsi" w:hAnsiTheme="majorHAnsi" w:cstheme="majorHAnsi"/>
        </w:rPr>
        <w:t>detyruar</w:t>
      </w:r>
      <w:proofErr w:type="spellEnd"/>
      <w:r w:rsidRPr="006C6830">
        <w:rPr>
          <w:rFonts w:asciiTheme="majorHAnsi" w:hAnsiTheme="majorHAnsi" w:cstheme="majorHAnsi"/>
        </w:rPr>
        <w:t xml:space="preserve"> </w:t>
      </w:r>
      <w:proofErr w:type="spellStart"/>
      <w:r w:rsidRPr="006C6830">
        <w:rPr>
          <w:rFonts w:asciiTheme="majorHAnsi" w:hAnsiTheme="majorHAnsi" w:cstheme="majorHAnsi"/>
        </w:rPr>
        <w:t>nga</w:t>
      </w:r>
      <w:proofErr w:type="spellEnd"/>
      <w:r w:rsidRPr="006C6830">
        <w:rPr>
          <w:rFonts w:asciiTheme="majorHAnsi" w:hAnsiTheme="majorHAnsi" w:cstheme="majorHAnsi"/>
        </w:rPr>
        <w:t xml:space="preserve"> </w:t>
      </w:r>
      <w:proofErr w:type="spellStart"/>
      <w:r w:rsidRPr="006C6830">
        <w:rPr>
          <w:rFonts w:asciiTheme="majorHAnsi" w:hAnsiTheme="majorHAnsi" w:cstheme="majorHAnsi"/>
        </w:rPr>
        <w:t>këto</w:t>
      </w:r>
      <w:proofErr w:type="spellEnd"/>
      <w:r w:rsidRPr="006C6830">
        <w:rPr>
          <w:rFonts w:asciiTheme="majorHAnsi" w:hAnsiTheme="majorHAnsi" w:cstheme="majorHAnsi"/>
        </w:rPr>
        <w:t xml:space="preserve"> </w:t>
      </w:r>
      <w:proofErr w:type="spellStart"/>
      <w:r w:rsidRPr="006C6830">
        <w:rPr>
          <w:rFonts w:asciiTheme="majorHAnsi" w:hAnsiTheme="majorHAnsi" w:cstheme="majorHAnsi"/>
        </w:rPr>
        <w:t>Kushte</w:t>
      </w:r>
      <w:proofErr w:type="spellEnd"/>
      <w:r w:rsidRPr="006C6830">
        <w:rPr>
          <w:rFonts w:asciiTheme="majorHAnsi" w:hAnsiTheme="majorHAnsi" w:cstheme="majorHAnsi"/>
        </w:rPr>
        <w:t>.</w:t>
      </w:r>
    </w:p>
    <w:p w14:paraId="1170E0CD" w14:textId="5BF9AC5C" w:rsidR="003D3D43" w:rsidRPr="00D003F8" w:rsidRDefault="00000000" w:rsidP="00D003F8">
      <w:pPr>
        <w:pStyle w:val="Heading1"/>
        <w:jc w:val="both"/>
        <w:rPr>
          <w:sz w:val="22"/>
          <w:szCs w:val="22"/>
          <w:lang w:val="en-GB"/>
        </w:rPr>
      </w:pPr>
      <w:r w:rsidRPr="00D003F8">
        <w:rPr>
          <w:sz w:val="22"/>
          <w:szCs w:val="22"/>
          <w:lang w:val="en-GB"/>
        </w:rPr>
        <w:t xml:space="preserve">2. </w:t>
      </w:r>
      <w:proofErr w:type="spellStart"/>
      <w:r w:rsidR="006C6830" w:rsidRPr="006C6830">
        <w:rPr>
          <w:sz w:val="22"/>
          <w:szCs w:val="22"/>
        </w:rPr>
        <w:t>Qëllimi</w:t>
      </w:r>
      <w:proofErr w:type="spellEnd"/>
      <w:r w:rsidR="006C6830" w:rsidRPr="006C6830">
        <w:rPr>
          <w:sz w:val="22"/>
          <w:szCs w:val="22"/>
        </w:rPr>
        <w:t xml:space="preserve"> </w:t>
      </w:r>
      <w:proofErr w:type="spellStart"/>
      <w:r w:rsidR="006C6830" w:rsidRPr="006C6830">
        <w:rPr>
          <w:sz w:val="22"/>
          <w:szCs w:val="22"/>
        </w:rPr>
        <w:t>i</w:t>
      </w:r>
      <w:proofErr w:type="spellEnd"/>
      <w:r w:rsidR="006C6830" w:rsidRPr="006C6830">
        <w:rPr>
          <w:sz w:val="22"/>
          <w:szCs w:val="22"/>
        </w:rPr>
        <w:t xml:space="preserve"> </w:t>
      </w:r>
      <w:proofErr w:type="spellStart"/>
      <w:r w:rsidR="006C6830" w:rsidRPr="006C6830">
        <w:rPr>
          <w:sz w:val="22"/>
          <w:szCs w:val="22"/>
        </w:rPr>
        <w:t>Aplikacionit</w:t>
      </w:r>
      <w:proofErr w:type="spellEnd"/>
    </w:p>
    <w:p w14:paraId="326CDEFB" w14:textId="24CC2A2C" w:rsidR="003D3D43" w:rsidRPr="00D003F8" w:rsidRDefault="006C6830" w:rsidP="00D003F8">
      <w:pPr>
        <w:jc w:val="both"/>
        <w:rPr>
          <w:rFonts w:asciiTheme="majorHAnsi" w:hAnsiTheme="majorHAnsi" w:cstheme="majorHAnsi"/>
          <w:lang w:val="en-GB"/>
        </w:rPr>
      </w:pPr>
      <w:proofErr w:type="spellStart"/>
      <w:r w:rsidRPr="006C6830">
        <w:rPr>
          <w:rFonts w:asciiTheme="majorHAnsi" w:hAnsiTheme="majorHAnsi" w:cstheme="majorHAnsi"/>
        </w:rPr>
        <w:t>Aplikacioni</w:t>
      </w:r>
      <w:proofErr w:type="spellEnd"/>
      <w:r w:rsidRPr="006C6830">
        <w:rPr>
          <w:rFonts w:asciiTheme="majorHAnsi" w:hAnsiTheme="majorHAnsi" w:cstheme="majorHAnsi"/>
        </w:rPr>
        <w:t xml:space="preserve"> u </w:t>
      </w:r>
      <w:proofErr w:type="spellStart"/>
      <w:r w:rsidRPr="006C6830">
        <w:rPr>
          <w:rFonts w:asciiTheme="majorHAnsi" w:hAnsiTheme="majorHAnsi" w:cstheme="majorHAnsi"/>
        </w:rPr>
        <w:t>mundëson</w:t>
      </w:r>
      <w:proofErr w:type="spellEnd"/>
      <w:r w:rsidRPr="006C6830">
        <w:rPr>
          <w:rFonts w:asciiTheme="majorHAnsi" w:hAnsiTheme="majorHAnsi" w:cstheme="majorHAnsi"/>
        </w:rPr>
        <w:t xml:space="preserve"> </w:t>
      </w:r>
      <w:proofErr w:type="spellStart"/>
      <w:r w:rsidRPr="006C6830">
        <w:rPr>
          <w:rFonts w:asciiTheme="majorHAnsi" w:hAnsiTheme="majorHAnsi" w:cstheme="majorHAnsi"/>
        </w:rPr>
        <w:t>Përdoruesve</w:t>
      </w:r>
      <w:proofErr w:type="spellEnd"/>
      <w:r w:rsidRPr="006C6830">
        <w:rPr>
          <w:rFonts w:asciiTheme="majorHAnsi" w:hAnsiTheme="majorHAnsi" w:cstheme="majorHAnsi"/>
        </w:rPr>
        <w:t xml:space="preserve"> </w:t>
      </w:r>
      <w:proofErr w:type="spellStart"/>
      <w:r w:rsidRPr="006C6830">
        <w:rPr>
          <w:rFonts w:asciiTheme="majorHAnsi" w:hAnsiTheme="majorHAnsi" w:cstheme="majorHAnsi"/>
        </w:rPr>
        <w:t>të</w:t>
      </w:r>
      <w:proofErr w:type="spellEnd"/>
      <w:r w:rsidRPr="006C6830">
        <w:rPr>
          <w:rFonts w:asciiTheme="majorHAnsi" w:hAnsiTheme="majorHAnsi" w:cstheme="majorHAnsi"/>
        </w:rPr>
        <w:t>:</w:t>
      </w:r>
    </w:p>
    <w:p w14:paraId="15B31A1A" w14:textId="66610182" w:rsidR="003D3D43" w:rsidRPr="00D003F8" w:rsidRDefault="006C6830" w:rsidP="00D003F8">
      <w:pPr>
        <w:pStyle w:val="ListParagraph"/>
        <w:numPr>
          <w:ilvl w:val="0"/>
          <w:numId w:val="17"/>
        </w:numPr>
        <w:jc w:val="both"/>
        <w:rPr>
          <w:rFonts w:asciiTheme="majorHAnsi" w:hAnsiTheme="majorHAnsi" w:cstheme="majorHAnsi"/>
          <w:lang w:val="en-GB"/>
        </w:rPr>
      </w:pPr>
      <w:proofErr w:type="spellStart"/>
      <w:r w:rsidRPr="006C6830">
        <w:rPr>
          <w:rFonts w:asciiTheme="majorHAnsi" w:hAnsiTheme="majorHAnsi" w:cstheme="majorHAnsi"/>
        </w:rPr>
        <w:t>Krijojnë</w:t>
      </w:r>
      <w:proofErr w:type="spellEnd"/>
      <w:r w:rsidRPr="006C6830">
        <w:rPr>
          <w:rFonts w:asciiTheme="majorHAnsi" w:hAnsiTheme="majorHAnsi" w:cstheme="majorHAnsi"/>
        </w:rPr>
        <w:t xml:space="preserve"> </w:t>
      </w:r>
      <w:proofErr w:type="spellStart"/>
      <w:r w:rsidRPr="006C6830">
        <w:rPr>
          <w:rFonts w:asciiTheme="majorHAnsi" w:hAnsiTheme="majorHAnsi" w:cstheme="majorHAnsi"/>
        </w:rPr>
        <w:t>nënshkrime</w:t>
      </w:r>
      <w:proofErr w:type="spellEnd"/>
      <w:r w:rsidRPr="006C6830">
        <w:rPr>
          <w:rFonts w:asciiTheme="majorHAnsi" w:hAnsiTheme="majorHAnsi" w:cstheme="majorHAnsi"/>
        </w:rPr>
        <w:t xml:space="preserve"> </w:t>
      </w:r>
      <w:proofErr w:type="spellStart"/>
      <w:r w:rsidRPr="006C6830">
        <w:rPr>
          <w:rFonts w:asciiTheme="majorHAnsi" w:hAnsiTheme="majorHAnsi" w:cstheme="majorHAnsi"/>
        </w:rPr>
        <w:t>elektronike</w:t>
      </w:r>
      <w:proofErr w:type="spellEnd"/>
      <w:r w:rsidRPr="006C6830">
        <w:rPr>
          <w:rFonts w:asciiTheme="majorHAnsi" w:hAnsiTheme="majorHAnsi" w:cstheme="majorHAnsi"/>
        </w:rPr>
        <w:t xml:space="preserve">, </w:t>
      </w:r>
      <w:proofErr w:type="spellStart"/>
      <w:r w:rsidRPr="006C6830">
        <w:rPr>
          <w:rFonts w:asciiTheme="majorHAnsi" w:hAnsiTheme="majorHAnsi" w:cstheme="majorHAnsi"/>
        </w:rPr>
        <w:t>si</w:t>
      </w:r>
      <w:proofErr w:type="spellEnd"/>
      <w:r w:rsidRPr="006C6830">
        <w:rPr>
          <w:rFonts w:asciiTheme="majorHAnsi" w:hAnsiTheme="majorHAnsi" w:cstheme="majorHAnsi"/>
        </w:rPr>
        <w:t xml:space="preserve"> </w:t>
      </w:r>
      <w:proofErr w:type="spellStart"/>
      <w:r w:rsidRPr="006C6830">
        <w:rPr>
          <w:rFonts w:asciiTheme="majorHAnsi" w:hAnsiTheme="majorHAnsi" w:cstheme="majorHAnsi"/>
        </w:rPr>
        <w:t>dhe</w:t>
      </w:r>
      <w:proofErr w:type="spellEnd"/>
      <w:r w:rsidRPr="006C6830">
        <w:rPr>
          <w:rFonts w:asciiTheme="majorHAnsi" w:hAnsiTheme="majorHAnsi" w:cstheme="majorHAnsi"/>
        </w:rPr>
        <w:t xml:space="preserve"> </w:t>
      </w:r>
      <w:proofErr w:type="spellStart"/>
      <w:r w:rsidRPr="006C6830">
        <w:rPr>
          <w:rFonts w:asciiTheme="majorHAnsi" w:hAnsiTheme="majorHAnsi" w:cstheme="majorHAnsi"/>
        </w:rPr>
        <w:t>nënshkrime</w:t>
      </w:r>
      <w:proofErr w:type="spellEnd"/>
      <w:r w:rsidRPr="006C6830">
        <w:rPr>
          <w:rFonts w:asciiTheme="majorHAnsi" w:hAnsiTheme="majorHAnsi" w:cstheme="majorHAnsi"/>
        </w:rPr>
        <w:t xml:space="preserve"> </w:t>
      </w:r>
      <w:proofErr w:type="spellStart"/>
      <w:r w:rsidRPr="006C6830">
        <w:rPr>
          <w:rFonts w:asciiTheme="majorHAnsi" w:hAnsiTheme="majorHAnsi" w:cstheme="majorHAnsi"/>
        </w:rPr>
        <w:t>elektronike</w:t>
      </w:r>
      <w:proofErr w:type="spellEnd"/>
      <w:r w:rsidRPr="006C6830">
        <w:rPr>
          <w:rFonts w:asciiTheme="majorHAnsi" w:hAnsiTheme="majorHAnsi" w:cstheme="majorHAnsi"/>
        </w:rPr>
        <w:t xml:space="preserve"> </w:t>
      </w:r>
      <w:proofErr w:type="spellStart"/>
      <w:r w:rsidRPr="006C6830">
        <w:rPr>
          <w:rFonts w:asciiTheme="majorHAnsi" w:hAnsiTheme="majorHAnsi" w:cstheme="majorHAnsi"/>
        </w:rPr>
        <w:t>të</w:t>
      </w:r>
      <w:proofErr w:type="spellEnd"/>
      <w:r w:rsidRPr="006C6830">
        <w:rPr>
          <w:rFonts w:asciiTheme="majorHAnsi" w:hAnsiTheme="majorHAnsi" w:cstheme="majorHAnsi"/>
        </w:rPr>
        <w:t xml:space="preserve"> </w:t>
      </w:r>
      <w:proofErr w:type="spellStart"/>
      <w:r w:rsidRPr="006C6830">
        <w:rPr>
          <w:rFonts w:asciiTheme="majorHAnsi" w:hAnsiTheme="majorHAnsi" w:cstheme="majorHAnsi"/>
        </w:rPr>
        <w:t>avancuara</w:t>
      </w:r>
      <w:proofErr w:type="spellEnd"/>
      <w:r w:rsidRPr="006C6830">
        <w:rPr>
          <w:rFonts w:asciiTheme="majorHAnsi" w:hAnsiTheme="majorHAnsi" w:cstheme="majorHAnsi"/>
        </w:rPr>
        <w:t xml:space="preserve"> </w:t>
      </w:r>
      <w:proofErr w:type="spellStart"/>
      <w:r w:rsidRPr="006C6830">
        <w:rPr>
          <w:rFonts w:asciiTheme="majorHAnsi" w:hAnsiTheme="majorHAnsi" w:cstheme="majorHAnsi"/>
        </w:rPr>
        <w:t>ose</w:t>
      </w:r>
      <w:proofErr w:type="spellEnd"/>
      <w:r w:rsidRPr="006C6830">
        <w:rPr>
          <w:rFonts w:asciiTheme="majorHAnsi" w:hAnsiTheme="majorHAnsi" w:cstheme="majorHAnsi"/>
        </w:rPr>
        <w:t xml:space="preserve"> </w:t>
      </w:r>
      <w:proofErr w:type="spellStart"/>
      <w:r w:rsidRPr="006C6830">
        <w:rPr>
          <w:rFonts w:asciiTheme="majorHAnsi" w:hAnsiTheme="majorHAnsi" w:cstheme="majorHAnsi"/>
        </w:rPr>
        <w:t>të</w:t>
      </w:r>
      <w:proofErr w:type="spellEnd"/>
      <w:r w:rsidRPr="006C6830">
        <w:rPr>
          <w:rFonts w:asciiTheme="majorHAnsi" w:hAnsiTheme="majorHAnsi" w:cstheme="majorHAnsi"/>
        </w:rPr>
        <w:t xml:space="preserve"> </w:t>
      </w:r>
      <w:proofErr w:type="spellStart"/>
      <w:r w:rsidRPr="006C6830">
        <w:rPr>
          <w:rFonts w:asciiTheme="majorHAnsi" w:hAnsiTheme="majorHAnsi" w:cstheme="majorHAnsi"/>
        </w:rPr>
        <w:t>kualifikuara</w:t>
      </w:r>
      <w:proofErr w:type="spellEnd"/>
    </w:p>
    <w:p w14:paraId="12FD25E6" w14:textId="48F3AC7D" w:rsidR="003D3D43" w:rsidRPr="00D003F8" w:rsidRDefault="006C6830" w:rsidP="00D003F8">
      <w:pPr>
        <w:pStyle w:val="ListParagraph"/>
        <w:numPr>
          <w:ilvl w:val="0"/>
          <w:numId w:val="17"/>
        </w:numPr>
        <w:jc w:val="both"/>
        <w:rPr>
          <w:rFonts w:asciiTheme="majorHAnsi" w:hAnsiTheme="majorHAnsi" w:cstheme="majorHAnsi"/>
          <w:lang w:val="en-GB"/>
        </w:rPr>
      </w:pPr>
      <w:proofErr w:type="spellStart"/>
      <w:r w:rsidRPr="006C6830">
        <w:rPr>
          <w:rFonts w:asciiTheme="majorHAnsi" w:hAnsiTheme="majorHAnsi" w:cstheme="majorHAnsi"/>
        </w:rPr>
        <w:t>Kryejnë</w:t>
      </w:r>
      <w:proofErr w:type="spellEnd"/>
      <w:r w:rsidRPr="006C6830">
        <w:rPr>
          <w:rFonts w:asciiTheme="majorHAnsi" w:hAnsiTheme="majorHAnsi" w:cstheme="majorHAnsi"/>
        </w:rPr>
        <w:t xml:space="preserve"> </w:t>
      </w:r>
      <w:proofErr w:type="spellStart"/>
      <w:r w:rsidRPr="006C6830">
        <w:rPr>
          <w:rFonts w:asciiTheme="majorHAnsi" w:hAnsiTheme="majorHAnsi" w:cstheme="majorHAnsi"/>
        </w:rPr>
        <w:t>identifikim</w:t>
      </w:r>
      <w:proofErr w:type="spellEnd"/>
      <w:r w:rsidRPr="006C6830">
        <w:rPr>
          <w:rFonts w:asciiTheme="majorHAnsi" w:hAnsiTheme="majorHAnsi" w:cstheme="majorHAnsi"/>
        </w:rPr>
        <w:t xml:space="preserve"> </w:t>
      </w:r>
      <w:proofErr w:type="spellStart"/>
      <w:r w:rsidRPr="006C6830">
        <w:rPr>
          <w:rFonts w:asciiTheme="majorHAnsi" w:hAnsiTheme="majorHAnsi" w:cstheme="majorHAnsi"/>
        </w:rPr>
        <w:t>elektronik</w:t>
      </w:r>
      <w:proofErr w:type="spellEnd"/>
      <w:r w:rsidRPr="006C6830">
        <w:rPr>
          <w:rFonts w:asciiTheme="majorHAnsi" w:hAnsiTheme="majorHAnsi" w:cstheme="majorHAnsi"/>
        </w:rPr>
        <w:t xml:space="preserve"> </w:t>
      </w:r>
      <w:proofErr w:type="spellStart"/>
      <w:r w:rsidRPr="006C6830">
        <w:rPr>
          <w:rFonts w:asciiTheme="majorHAnsi" w:hAnsiTheme="majorHAnsi" w:cstheme="majorHAnsi"/>
        </w:rPr>
        <w:t>të</w:t>
      </w:r>
      <w:proofErr w:type="spellEnd"/>
      <w:r w:rsidRPr="006C6830">
        <w:rPr>
          <w:rFonts w:asciiTheme="majorHAnsi" w:hAnsiTheme="majorHAnsi" w:cstheme="majorHAnsi"/>
        </w:rPr>
        <w:t xml:space="preserve"> </w:t>
      </w:r>
      <w:proofErr w:type="spellStart"/>
      <w:r w:rsidRPr="006C6830">
        <w:rPr>
          <w:rFonts w:asciiTheme="majorHAnsi" w:hAnsiTheme="majorHAnsi" w:cstheme="majorHAnsi"/>
        </w:rPr>
        <w:t>fortë</w:t>
      </w:r>
      <w:proofErr w:type="spellEnd"/>
    </w:p>
    <w:p w14:paraId="64AB44CF" w14:textId="696C542C" w:rsidR="003D3D43" w:rsidRPr="00D003F8" w:rsidRDefault="006C6830" w:rsidP="00D003F8">
      <w:pPr>
        <w:pStyle w:val="ListParagraph"/>
        <w:numPr>
          <w:ilvl w:val="0"/>
          <w:numId w:val="17"/>
        </w:numPr>
        <w:jc w:val="both"/>
        <w:rPr>
          <w:rFonts w:asciiTheme="majorHAnsi" w:hAnsiTheme="majorHAnsi" w:cstheme="majorHAnsi"/>
          <w:lang w:val="en-GB"/>
        </w:rPr>
      </w:pPr>
      <w:proofErr w:type="spellStart"/>
      <w:r w:rsidRPr="006C6830">
        <w:rPr>
          <w:rFonts w:asciiTheme="majorHAnsi" w:hAnsiTheme="majorHAnsi" w:cstheme="majorHAnsi"/>
        </w:rPr>
        <w:t>Verifikojnë</w:t>
      </w:r>
      <w:proofErr w:type="spellEnd"/>
      <w:r w:rsidRPr="006C6830">
        <w:rPr>
          <w:rFonts w:asciiTheme="majorHAnsi" w:hAnsiTheme="majorHAnsi" w:cstheme="majorHAnsi"/>
        </w:rPr>
        <w:t xml:space="preserve"> </w:t>
      </w:r>
      <w:proofErr w:type="spellStart"/>
      <w:r w:rsidRPr="006C6830">
        <w:rPr>
          <w:rFonts w:asciiTheme="majorHAnsi" w:hAnsiTheme="majorHAnsi" w:cstheme="majorHAnsi"/>
        </w:rPr>
        <w:t>dokumente</w:t>
      </w:r>
      <w:proofErr w:type="spellEnd"/>
      <w:r w:rsidRPr="006C6830">
        <w:rPr>
          <w:rFonts w:asciiTheme="majorHAnsi" w:hAnsiTheme="majorHAnsi" w:cstheme="majorHAnsi"/>
        </w:rPr>
        <w:t xml:space="preserve"> </w:t>
      </w:r>
      <w:proofErr w:type="spellStart"/>
      <w:r w:rsidRPr="006C6830">
        <w:rPr>
          <w:rFonts w:asciiTheme="majorHAnsi" w:hAnsiTheme="majorHAnsi" w:cstheme="majorHAnsi"/>
        </w:rPr>
        <w:t>elektronike</w:t>
      </w:r>
      <w:proofErr w:type="spellEnd"/>
      <w:r w:rsidRPr="006C6830">
        <w:rPr>
          <w:rFonts w:asciiTheme="majorHAnsi" w:hAnsiTheme="majorHAnsi" w:cstheme="majorHAnsi"/>
        </w:rPr>
        <w:t xml:space="preserve"> </w:t>
      </w:r>
      <w:proofErr w:type="spellStart"/>
      <w:r w:rsidRPr="006C6830">
        <w:rPr>
          <w:rFonts w:asciiTheme="majorHAnsi" w:hAnsiTheme="majorHAnsi" w:cstheme="majorHAnsi"/>
        </w:rPr>
        <w:t>të</w:t>
      </w:r>
      <w:proofErr w:type="spellEnd"/>
      <w:r w:rsidRPr="006C6830">
        <w:rPr>
          <w:rFonts w:asciiTheme="majorHAnsi" w:hAnsiTheme="majorHAnsi" w:cstheme="majorHAnsi"/>
        </w:rPr>
        <w:t xml:space="preserve"> </w:t>
      </w:r>
      <w:proofErr w:type="spellStart"/>
      <w:proofErr w:type="gramStart"/>
      <w:r w:rsidRPr="006C6830">
        <w:rPr>
          <w:rFonts w:asciiTheme="majorHAnsi" w:hAnsiTheme="majorHAnsi" w:cstheme="majorHAnsi"/>
        </w:rPr>
        <w:t>nënshkruara</w:t>
      </w:r>
      <w:proofErr w:type="spellEnd"/>
      <w:r w:rsidRPr="006C6830">
        <w:rPr>
          <w:rFonts w:asciiTheme="majorHAnsi" w:hAnsiTheme="majorHAnsi" w:cstheme="majorHAnsi"/>
        </w:rPr>
        <w:t>.</w:t>
      </w:r>
      <w:r w:rsidR="00000000" w:rsidRPr="00D003F8">
        <w:rPr>
          <w:rFonts w:asciiTheme="majorHAnsi" w:hAnsiTheme="majorHAnsi" w:cstheme="majorHAnsi"/>
          <w:lang w:val="en-GB"/>
        </w:rPr>
        <w:t>.</w:t>
      </w:r>
      <w:proofErr w:type="gramEnd"/>
    </w:p>
    <w:p w14:paraId="35FE0A36" w14:textId="3DE3A01B" w:rsidR="003D3D43" w:rsidRPr="00D003F8" w:rsidRDefault="006C6830" w:rsidP="00D003F8">
      <w:pPr>
        <w:jc w:val="both"/>
        <w:rPr>
          <w:rFonts w:asciiTheme="majorHAnsi" w:hAnsiTheme="majorHAnsi" w:cstheme="majorHAnsi"/>
          <w:lang w:val="en-GB"/>
        </w:rPr>
      </w:pPr>
      <w:proofErr w:type="spellStart"/>
      <w:r w:rsidRPr="006C6830">
        <w:rPr>
          <w:rFonts w:asciiTheme="majorHAnsi" w:hAnsiTheme="majorHAnsi" w:cstheme="majorHAnsi"/>
        </w:rPr>
        <w:t>Aplikacioni</w:t>
      </w:r>
      <w:proofErr w:type="spellEnd"/>
      <w:r w:rsidRPr="006C6830">
        <w:rPr>
          <w:rFonts w:asciiTheme="majorHAnsi" w:hAnsiTheme="majorHAnsi" w:cstheme="majorHAnsi"/>
        </w:rPr>
        <w:t xml:space="preserve"> </w:t>
      </w:r>
      <w:proofErr w:type="spellStart"/>
      <w:r w:rsidRPr="006C6830">
        <w:rPr>
          <w:rFonts w:asciiTheme="majorHAnsi" w:hAnsiTheme="majorHAnsi" w:cstheme="majorHAnsi"/>
        </w:rPr>
        <w:t>mund</w:t>
      </w:r>
      <w:proofErr w:type="spellEnd"/>
      <w:r w:rsidRPr="006C6830">
        <w:rPr>
          <w:rFonts w:asciiTheme="majorHAnsi" w:hAnsiTheme="majorHAnsi" w:cstheme="majorHAnsi"/>
        </w:rPr>
        <w:t xml:space="preserve"> </w:t>
      </w:r>
      <w:proofErr w:type="spellStart"/>
      <w:r w:rsidRPr="006C6830">
        <w:rPr>
          <w:rFonts w:asciiTheme="majorHAnsi" w:hAnsiTheme="majorHAnsi" w:cstheme="majorHAnsi"/>
        </w:rPr>
        <w:t>të</w:t>
      </w:r>
      <w:proofErr w:type="spellEnd"/>
      <w:r w:rsidRPr="006C6830">
        <w:rPr>
          <w:rFonts w:asciiTheme="majorHAnsi" w:hAnsiTheme="majorHAnsi" w:cstheme="majorHAnsi"/>
        </w:rPr>
        <w:t xml:space="preserve"> </w:t>
      </w:r>
      <w:proofErr w:type="spellStart"/>
      <w:r w:rsidRPr="006C6830">
        <w:rPr>
          <w:rFonts w:asciiTheme="majorHAnsi" w:hAnsiTheme="majorHAnsi" w:cstheme="majorHAnsi"/>
        </w:rPr>
        <w:t>funksionojë</w:t>
      </w:r>
      <w:proofErr w:type="spellEnd"/>
      <w:r w:rsidRPr="006C6830">
        <w:rPr>
          <w:rFonts w:asciiTheme="majorHAnsi" w:hAnsiTheme="majorHAnsi" w:cstheme="majorHAnsi"/>
        </w:rPr>
        <w:t xml:space="preserve"> </w:t>
      </w:r>
      <w:proofErr w:type="spellStart"/>
      <w:r w:rsidRPr="006C6830">
        <w:rPr>
          <w:rFonts w:asciiTheme="majorHAnsi" w:hAnsiTheme="majorHAnsi" w:cstheme="majorHAnsi"/>
        </w:rPr>
        <w:t>si</w:t>
      </w:r>
      <w:proofErr w:type="spellEnd"/>
      <w:r w:rsidRPr="006C6830">
        <w:rPr>
          <w:rFonts w:asciiTheme="majorHAnsi" w:hAnsiTheme="majorHAnsi" w:cstheme="majorHAnsi"/>
        </w:rPr>
        <w:t xml:space="preserve"> </w:t>
      </w:r>
      <w:proofErr w:type="spellStart"/>
      <w:r w:rsidRPr="006C6830">
        <w:rPr>
          <w:rFonts w:asciiTheme="majorHAnsi" w:hAnsiTheme="majorHAnsi" w:cstheme="majorHAnsi"/>
        </w:rPr>
        <w:t>komponent</w:t>
      </w:r>
      <w:proofErr w:type="spellEnd"/>
      <w:r w:rsidRPr="006C6830">
        <w:rPr>
          <w:rFonts w:asciiTheme="majorHAnsi" w:hAnsiTheme="majorHAnsi" w:cstheme="majorHAnsi"/>
        </w:rPr>
        <w:t xml:space="preserve"> </w:t>
      </w:r>
      <w:proofErr w:type="spellStart"/>
      <w:r w:rsidRPr="006C6830">
        <w:rPr>
          <w:rFonts w:asciiTheme="majorHAnsi" w:hAnsiTheme="majorHAnsi" w:cstheme="majorHAnsi"/>
        </w:rPr>
        <w:t>i</w:t>
      </w:r>
      <w:proofErr w:type="spellEnd"/>
      <w:r w:rsidRPr="006C6830">
        <w:rPr>
          <w:rFonts w:asciiTheme="majorHAnsi" w:hAnsiTheme="majorHAnsi" w:cstheme="majorHAnsi"/>
        </w:rPr>
        <w:t xml:space="preserve"> </w:t>
      </w:r>
      <w:proofErr w:type="spellStart"/>
      <w:r w:rsidRPr="006C6830">
        <w:rPr>
          <w:rFonts w:asciiTheme="majorHAnsi" w:hAnsiTheme="majorHAnsi" w:cstheme="majorHAnsi"/>
        </w:rPr>
        <w:t>një</w:t>
      </w:r>
      <w:proofErr w:type="spellEnd"/>
      <w:r w:rsidRPr="006C6830">
        <w:rPr>
          <w:rFonts w:asciiTheme="majorHAnsi" w:hAnsiTheme="majorHAnsi" w:cstheme="majorHAnsi"/>
        </w:rPr>
        <w:t xml:space="preserve"> </w:t>
      </w:r>
      <w:proofErr w:type="spellStart"/>
      <w:r w:rsidRPr="006C6830">
        <w:rPr>
          <w:rFonts w:asciiTheme="majorHAnsi" w:hAnsiTheme="majorHAnsi" w:cstheme="majorHAnsi"/>
        </w:rPr>
        <w:t>skeme</w:t>
      </w:r>
      <w:proofErr w:type="spellEnd"/>
      <w:r w:rsidRPr="006C6830">
        <w:rPr>
          <w:rFonts w:asciiTheme="majorHAnsi" w:hAnsiTheme="majorHAnsi" w:cstheme="majorHAnsi"/>
        </w:rPr>
        <w:t xml:space="preserve"> </w:t>
      </w:r>
      <w:proofErr w:type="spellStart"/>
      <w:r w:rsidRPr="006C6830">
        <w:rPr>
          <w:rFonts w:asciiTheme="majorHAnsi" w:hAnsiTheme="majorHAnsi" w:cstheme="majorHAnsi"/>
        </w:rPr>
        <w:t>kombëtare</w:t>
      </w:r>
      <w:proofErr w:type="spellEnd"/>
      <w:r w:rsidRPr="006C6830">
        <w:rPr>
          <w:rFonts w:asciiTheme="majorHAnsi" w:hAnsiTheme="majorHAnsi" w:cstheme="majorHAnsi"/>
        </w:rPr>
        <w:t xml:space="preserve"> </w:t>
      </w:r>
      <w:proofErr w:type="spellStart"/>
      <w:r w:rsidRPr="006C6830">
        <w:rPr>
          <w:rFonts w:asciiTheme="majorHAnsi" w:hAnsiTheme="majorHAnsi" w:cstheme="majorHAnsi"/>
        </w:rPr>
        <w:t>të</w:t>
      </w:r>
      <w:proofErr w:type="spellEnd"/>
      <w:r w:rsidRPr="006C6830">
        <w:rPr>
          <w:rFonts w:asciiTheme="majorHAnsi" w:hAnsiTheme="majorHAnsi" w:cstheme="majorHAnsi"/>
        </w:rPr>
        <w:t xml:space="preserve"> </w:t>
      </w:r>
      <w:proofErr w:type="spellStart"/>
      <w:r w:rsidRPr="006C6830">
        <w:rPr>
          <w:rFonts w:asciiTheme="majorHAnsi" w:hAnsiTheme="majorHAnsi" w:cstheme="majorHAnsi"/>
        </w:rPr>
        <w:t>identifikimit</w:t>
      </w:r>
      <w:proofErr w:type="spellEnd"/>
      <w:r w:rsidRPr="006C6830">
        <w:rPr>
          <w:rFonts w:asciiTheme="majorHAnsi" w:hAnsiTheme="majorHAnsi" w:cstheme="majorHAnsi"/>
        </w:rPr>
        <w:t xml:space="preserve"> </w:t>
      </w:r>
      <w:proofErr w:type="spellStart"/>
      <w:r w:rsidRPr="006C6830">
        <w:rPr>
          <w:rFonts w:asciiTheme="majorHAnsi" w:hAnsiTheme="majorHAnsi" w:cstheme="majorHAnsi"/>
        </w:rPr>
        <w:t>elektronik</w:t>
      </w:r>
      <w:proofErr w:type="spellEnd"/>
      <w:r w:rsidRPr="006C6830">
        <w:rPr>
          <w:rFonts w:asciiTheme="majorHAnsi" w:hAnsiTheme="majorHAnsi" w:cstheme="majorHAnsi"/>
        </w:rPr>
        <w:t xml:space="preserve">, e </w:t>
      </w:r>
      <w:proofErr w:type="spellStart"/>
      <w:r w:rsidRPr="006C6830">
        <w:rPr>
          <w:rFonts w:asciiTheme="majorHAnsi" w:hAnsiTheme="majorHAnsi" w:cstheme="majorHAnsi"/>
        </w:rPr>
        <w:t>njoftuar</w:t>
      </w:r>
      <w:proofErr w:type="spellEnd"/>
      <w:r w:rsidRPr="006C6830">
        <w:rPr>
          <w:rFonts w:asciiTheme="majorHAnsi" w:hAnsiTheme="majorHAnsi" w:cstheme="majorHAnsi"/>
        </w:rPr>
        <w:t xml:space="preserve"> </w:t>
      </w:r>
      <w:proofErr w:type="spellStart"/>
      <w:r w:rsidRPr="006C6830">
        <w:rPr>
          <w:rFonts w:asciiTheme="majorHAnsi" w:hAnsiTheme="majorHAnsi" w:cstheme="majorHAnsi"/>
        </w:rPr>
        <w:t>në</w:t>
      </w:r>
      <w:proofErr w:type="spellEnd"/>
      <w:r w:rsidRPr="006C6830">
        <w:rPr>
          <w:rFonts w:asciiTheme="majorHAnsi" w:hAnsiTheme="majorHAnsi" w:cstheme="majorHAnsi"/>
        </w:rPr>
        <w:t xml:space="preserve"> </w:t>
      </w:r>
      <w:proofErr w:type="spellStart"/>
      <w:r w:rsidRPr="006C6830">
        <w:rPr>
          <w:rFonts w:asciiTheme="majorHAnsi" w:hAnsiTheme="majorHAnsi" w:cstheme="majorHAnsi"/>
        </w:rPr>
        <w:t>përputhje</w:t>
      </w:r>
      <w:proofErr w:type="spellEnd"/>
      <w:r w:rsidRPr="006C6830">
        <w:rPr>
          <w:rFonts w:asciiTheme="majorHAnsi" w:hAnsiTheme="majorHAnsi" w:cstheme="majorHAnsi"/>
        </w:rPr>
        <w:t xml:space="preserve"> me </w:t>
      </w:r>
      <w:proofErr w:type="spellStart"/>
      <w:r w:rsidRPr="006C6830">
        <w:rPr>
          <w:rFonts w:asciiTheme="majorHAnsi" w:hAnsiTheme="majorHAnsi" w:cstheme="majorHAnsi"/>
        </w:rPr>
        <w:t>Rregulloren</w:t>
      </w:r>
      <w:proofErr w:type="spellEnd"/>
      <w:r w:rsidRPr="006C6830">
        <w:rPr>
          <w:rFonts w:asciiTheme="majorHAnsi" w:hAnsiTheme="majorHAnsi" w:cstheme="majorHAnsi"/>
        </w:rPr>
        <w:t xml:space="preserve"> </w:t>
      </w:r>
      <w:proofErr w:type="spellStart"/>
      <w:r w:rsidRPr="006C6830">
        <w:rPr>
          <w:rFonts w:asciiTheme="majorHAnsi" w:hAnsiTheme="majorHAnsi" w:cstheme="majorHAnsi"/>
        </w:rPr>
        <w:t>eIDAS</w:t>
      </w:r>
      <w:proofErr w:type="spellEnd"/>
      <w:r w:rsidR="00000000" w:rsidRPr="00D003F8">
        <w:rPr>
          <w:rFonts w:asciiTheme="majorHAnsi" w:hAnsiTheme="majorHAnsi" w:cstheme="majorHAnsi"/>
          <w:lang w:val="en-GB"/>
        </w:rPr>
        <w:t>.</w:t>
      </w:r>
    </w:p>
    <w:p w14:paraId="6DDA77CE" w14:textId="12289BEF" w:rsidR="003D3D43" w:rsidRPr="00D003F8" w:rsidRDefault="00000000" w:rsidP="00D003F8">
      <w:pPr>
        <w:pStyle w:val="Heading1"/>
        <w:jc w:val="both"/>
        <w:rPr>
          <w:sz w:val="22"/>
          <w:szCs w:val="22"/>
          <w:lang w:val="en-GB"/>
        </w:rPr>
      </w:pPr>
      <w:r w:rsidRPr="00D003F8">
        <w:rPr>
          <w:sz w:val="22"/>
          <w:szCs w:val="22"/>
          <w:lang w:val="en-GB"/>
        </w:rPr>
        <w:t xml:space="preserve">3. </w:t>
      </w:r>
      <w:proofErr w:type="spellStart"/>
      <w:r w:rsidR="006C6830" w:rsidRPr="006C6830">
        <w:rPr>
          <w:sz w:val="22"/>
          <w:szCs w:val="22"/>
        </w:rPr>
        <w:t>Korniza</w:t>
      </w:r>
      <w:proofErr w:type="spellEnd"/>
      <w:r w:rsidR="006C6830" w:rsidRPr="006C6830">
        <w:rPr>
          <w:sz w:val="22"/>
          <w:szCs w:val="22"/>
        </w:rPr>
        <w:t xml:space="preserve"> </w:t>
      </w:r>
      <w:proofErr w:type="spellStart"/>
      <w:r w:rsidR="006C6830" w:rsidRPr="006C6830">
        <w:rPr>
          <w:sz w:val="22"/>
          <w:szCs w:val="22"/>
        </w:rPr>
        <w:t>ligjore</w:t>
      </w:r>
      <w:proofErr w:type="spellEnd"/>
    </w:p>
    <w:p w14:paraId="713310E5" w14:textId="45C21BC7" w:rsidR="003D3D43" w:rsidRPr="00D003F8" w:rsidRDefault="006C6830" w:rsidP="00D003F8">
      <w:pPr>
        <w:jc w:val="both"/>
        <w:rPr>
          <w:rFonts w:asciiTheme="majorHAnsi" w:hAnsiTheme="majorHAnsi" w:cstheme="majorHAnsi"/>
          <w:lang w:val="en-GB"/>
        </w:rPr>
      </w:pPr>
      <w:proofErr w:type="spellStart"/>
      <w:r w:rsidRPr="006C6830">
        <w:rPr>
          <w:rFonts w:asciiTheme="majorHAnsi" w:hAnsiTheme="majorHAnsi" w:cstheme="majorHAnsi"/>
        </w:rPr>
        <w:t>Aplikacioni</w:t>
      </w:r>
      <w:proofErr w:type="spellEnd"/>
      <w:r w:rsidRPr="006C6830">
        <w:rPr>
          <w:rFonts w:asciiTheme="majorHAnsi" w:hAnsiTheme="majorHAnsi" w:cstheme="majorHAnsi"/>
        </w:rPr>
        <w:t xml:space="preserve"> </w:t>
      </w:r>
      <w:proofErr w:type="spellStart"/>
      <w:r w:rsidRPr="006C6830">
        <w:rPr>
          <w:rFonts w:asciiTheme="majorHAnsi" w:hAnsiTheme="majorHAnsi" w:cstheme="majorHAnsi"/>
        </w:rPr>
        <w:t>funksionon</w:t>
      </w:r>
      <w:proofErr w:type="spellEnd"/>
      <w:r w:rsidRPr="006C6830">
        <w:rPr>
          <w:rFonts w:asciiTheme="majorHAnsi" w:hAnsiTheme="majorHAnsi" w:cstheme="majorHAnsi"/>
        </w:rPr>
        <w:t xml:space="preserve"> </w:t>
      </w:r>
      <w:proofErr w:type="spellStart"/>
      <w:r w:rsidRPr="006C6830">
        <w:rPr>
          <w:rFonts w:asciiTheme="majorHAnsi" w:hAnsiTheme="majorHAnsi" w:cstheme="majorHAnsi"/>
        </w:rPr>
        <w:t>në</w:t>
      </w:r>
      <w:proofErr w:type="spellEnd"/>
      <w:r w:rsidRPr="006C6830">
        <w:rPr>
          <w:rFonts w:asciiTheme="majorHAnsi" w:hAnsiTheme="majorHAnsi" w:cstheme="majorHAnsi"/>
        </w:rPr>
        <w:t xml:space="preserve"> </w:t>
      </w:r>
      <w:proofErr w:type="spellStart"/>
      <w:r w:rsidRPr="006C6830">
        <w:rPr>
          <w:rFonts w:asciiTheme="majorHAnsi" w:hAnsiTheme="majorHAnsi" w:cstheme="majorHAnsi"/>
        </w:rPr>
        <w:t>përputhje</w:t>
      </w:r>
      <w:proofErr w:type="spellEnd"/>
      <w:r w:rsidRPr="006C6830">
        <w:rPr>
          <w:rFonts w:asciiTheme="majorHAnsi" w:hAnsiTheme="majorHAnsi" w:cstheme="majorHAnsi"/>
        </w:rPr>
        <w:t xml:space="preserve"> me:</w:t>
      </w:r>
    </w:p>
    <w:p w14:paraId="4F1C1328" w14:textId="5C2BAA46" w:rsidR="003D3D43" w:rsidRPr="00D003F8" w:rsidRDefault="006C6830" w:rsidP="00D003F8">
      <w:pPr>
        <w:pStyle w:val="ListParagraph"/>
        <w:numPr>
          <w:ilvl w:val="0"/>
          <w:numId w:val="15"/>
        </w:numPr>
        <w:jc w:val="both"/>
        <w:rPr>
          <w:rFonts w:asciiTheme="majorHAnsi" w:hAnsiTheme="majorHAnsi" w:cstheme="majorHAnsi"/>
          <w:lang w:val="en-GB"/>
        </w:rPr>
      </w:pPr>
      <w:proofErr w:type="spellStart"/>
      <w:r w:rsidRPr="006C6830">
        <w:rPr>
          <w:rFonts w:asciiTheme="majorHAnsi" w:hAnsiTheme="majorHAnsi" w:cstheme="majorHAnsi"/>
        </w:rPr>
        <w:t>Rregulloren</w:t>
      </w:r>
      <w:proofErr w:type="spellEnd"/>
      <w:r w:rsidRPr="006C6830">
        <w:rPr>
          <w:rFonts w:asciiTheme="majorHAnsi" w:hAnsiTheme="majorHAnsi" w:cstheme="majorHAnsi"/>
        </w:rPr>
        <w:t xml:space="preserve"> (BE) Nr. 910/2014 (</w:t>
      </w:r>
      <w:proofErr w:type="spellStart"/>
      <w:r w:rsidRPr="006C6830">
        <w:rPr>
          <w:rFonts w:asciiTheme="majorHAnsi" w:hAnsiTheme="majorHAnsi" w:cstheme="majorHAnsi"/>
        </w:rPr>
        <w:t>Rregullorja</w:t>
      </w:r>
      <w:proofErr w:type="spellEnd"/>
      <w:r w:rsidRPr="006C6830">
        <w:rPr>
          <w:rFonts w:asciiTheme="majorHAnsi" w:hAnsiTheme="majorHAnsi" w:cstheme="majorHAnsi"/>
        </w:rPr>
        <w:t xml:space="preserve"> </w:t>
      </w:r>
      <w:proofErr w:type="spellStart"/>
      <w:r w:rsidRPr="006C6830">
        <w:rPr>
          <w:rFonts w:asciiTheme="majorHAnsi" w:hAnsiTheme="majorHAnsi" w:cstheme="majorHAnsi"/>
        </w:rPr>
        <w:t>eIDAS</w:t>
      </w:r>
      <w:proofErr w:type="spellEnd"/>
      <w:r w:rsidRPr="006C6830">
        <w:rPr>
          <w:rFonts w:asciiTheme="majorHAnsi" w:hAnsiTheme="majorHAnsi" w:cstheme="majorHAnsi"/>
        </w:rPr>
        <w:t>);</w:t>
      </w:r>
    </w:p>
    <w:p w14:paraId="0317CA04" w14:textId="24F42AC1" w:rsidR="003D3D43" w:rsidRPr="00D003F8" w:rsidRDefault="006C6830" w:rsidP="00D003F8">
      <w:pPr>
        <w:pStyle w:val="ListParagraph"/>
        <w:numPr>
          <w:ilvl w:val="0"/>
          <w:numId w:val="15"/>
        </w:numPr>
        <w:jc w:val="both"/>
        <w:rPr>
          <w:rFonts w:asciiTheme="majorHAnsi" w:hAnsiTheme="majorHAnsi" w:cstheme="majorHAnsi"/>
          <w:lang w:val="en-GB"/>
        </w:rPr>
      </w:pPr>
      <w:proofErr w:type="spellStart"/>
      <w:r w:rsidRPr="006C6830">
        <w:rPr>
          <w:rFonts w:asciiTheme="majorHAnsi" w:hAnsiTheme="majorHAnsi" w:cstheme="majorHAnsi"/>
        </w:rPr>
        <w:t>Legjislacionin</w:t>
      </w:r>
      <w:proofErr w:type="spellEnd"/>
      <w:r w:rsidRPr="006C6830">
        <w:rPr>
          <w:rFonts w:asciiTheme="majorHAnsi" w:hAnsiTheme="majorHAnsi" w:cstheme="majorHAnsi"/>
        </w:rPr>
        <w:t xml:space="preserve"> </w:t>
      </w:r>
      <w:proofErr w:type="spellStart"/>
      <w:r w:rsidRPr="006C6830">
        <w:rPr>
          <w:rFonts w:asciiTheme="majorHAnsi" w:hAnsiTheme="majorHAnsi" w:cstheme="majorHAnsi"/>
        </w:rPr>
        <w:t>kombëtar</w:t>
      </w:r>
      <w:proofErr w:type="spellEnd"/>
      <w:r w:rsidRPr="006C6830">
        <w:rPr>
          <w:rFonts w:asciiTheme="majorHAnsi" w:hAnsiTheme="majorHAnsi" w:cstheme="majorHAnsi"/>
        </w:rPr>
        <w:t xml:space="preserve"> </w:t>
      </w:r>
      <w:proofErr w:type="spellStart"/>
      <w:r w:rsidRPr="006C6830">
        <w:rPr>
          <w:rFonts w:asciiTheme="majorHAnsi" w:hAnsiTheme="majorHAnsi" w:cstheme="majorHAnsi"/>
        </w:rPr>
        <w:t>në</w:t>
      </w:r>
      <w:proofErr w:type="spellEnd"/>
      <w:r w:rsidRPr="006C6830">
        <w:rPr>
          <w:rFonts w:asciiTheme="majorHAnsi" w:hAnsiTheme="majorHAnsi" w:cstheme="majorHAnsi"/>
        </w:rPr>
        <w:t xml:space="preserve"> </w:t>
      </w:r>
      <w:proofErr w:type="spellStart"/>
      <w:r w:rsidRPr="006C6830">
        <w:rPr>
          <w:rFonts w:asciiTheme="majorHAnsi" w:hAnsiTheme="majorHAnsi" w:cstheme="majorHAnsi"/>
        </w:rPr>
        <w:t>fuqi</w:t>
      </w:r>
      <w:proofErr w:type="spellEnd"/>
      <w:r w:rsidRPr="006C6830">
        <w:rPr>
          <w:rFonts w:asciiTheme="majorHAnsi" w:hAnsiTheme="majorHAnsi" w:cstheme="majorHAnsi"/>
        </w:rPr>
        <w:t xml:space="preserve"> </w:t>
      </w:r>
      <w:proofErr w:type="spellStart"/>
      <w:r w:rsidRPr="006C6830">
        <w:rPr>
          <w:rFonts w:asciiTheme="majorHAnsi" w:hAnsiTheme="majorHAnsi" w:cstheme="majorHAnsi"/>
        </w:rPr>
        <w:t>për</w:t>
      </w:r>
      <w:proofErr w:type="spellEnd"/>
      <w:r w:rsidRPr="006C6830">
        <w:rPr>
          <w:rFonts w:asciiTheme="majorHAnsi" w:hAnsiTheme="majorHAnsi" w:cstheme="majorHAnsi"/>
        </w:rPr>
        <w:t xml:space="preserve"> </w:t>
      </w:r>
      <w:proofErr w:type="spellStart"/>
      <w:r w:rsidRPr="006C6830">
        <w:rPr>
          <w:rFonts w:asciiTheme="majorHAnsi" w:hAnsiTheme="majorHAnsi" w:cstheme="majorHAnsi"/>
        </w:rPr>
        <w:t>identifikimin</w:t>
      </w:r>
      <w:proofErr w:type="spellEnd"/>
      <w:r w:rsidRPr="006C6830">
        <w:rPr>
          <w:rFonts w:asciiTheme="majorHAnsi" w:hAnsiTheme="majorHAnsi" w:cstheme="majorHAnsi"/>
        </w:rPr>
        <w:t xml:space="preserve"> </w:t>
      </w:r>
      <w:proofErr w:type="spellStart"/>
      <w:r w:rsidRPr="006C6830">
        <w:rPr>
          <w:rFonts w:asciiTheme="majorHAnsi" w:hAnsiTheme="majorHAnsi" w:cstheme="majorHAnsi"/>
        </w:rPr>
        <w:t>elektronik</w:t>
      </w:r>
      <w:proofErr w:type="spellEnd"/>
      <w:r w:rsidRPr="006C6830">
        <w:rPr>
          <w:rFonts w:asciiTheme="majorHAnsi" w:hAnsiTheme="majorHAnsi" w:cstheme="majorHAnsi"/>
        </w:rPr>
        <w:t xml:space="preserve"> </w:t>
      </w:r>
      <w:proofErr w:type="spellStart"/>
      <w:r w:rsidRPr="006C6830">
        <w:rPr>
          <w:rFonts w:asciiTheme="majorHAnsi" w:hAnsiTheme="majorHAnsi" w:cstheme="majorHAnsi"/>
        </w:rPr>
        <w:t>dhe</w:t>
      </w:r>
      <w:proofErr w:type="spellEnd"/>
      <w:r w:rsidRPr="006C6830">
        <w:rPr>
          <w:rFonts w:asciiTheme="majorHAnsi" w:hAnsiTheme="majorHAnsi" w:cstheme="majorHAnsi"/>
        </w:rPr>
        <w:t xml:space="preserve"> </w:t>
      </w:r>
      <w:proofErr w:type="spellStart"/>
      <w:r w:rsidRPr="006C6830">
        <w:rPr>
          <w:rFonts w:asciiTheme="majorHAnsi" w:hAnsiTheme="majorHAnsi" w:cstheme="majorHAnsi"/>
        </w:rPr>
        <w:t>shërbimet</w:t>
      </w:r>
      <w:proofErr w:type="spellEnd"/>
      <w:r w:rsidRPr="006C6830">
        <w:rPr>
          <w:rFonts w:asciiTheme="majorHAnsi" w:hAnsiTheme="majorHAnsi" w:cstheme="majorHAnsi"/>
        </w:rPr>
        <w:t xml:space="preserve"> e </w:t>
      </w:r>
      <w:proofErr w:type="spellStart"/>
      <w:r w:rsidRPr="006C6830">
        <w:rPr>
          <w:rFonts w:asciiTheme="majorHAnsi" w:hAnsiTheme="majorHAnsi" w:cstheme="majorHAnsi"/>
        </w:rPr>
        <w:t>besimit</w:t>
      </w:r>
      <w:proofErr w:type="spellEnd"/>
      <w:r w:rsidRPr="006C6830">
        <w:rPr>
          <w:rFonts w:asciiTheme="majorHAnsi" w:hAnsiTheme="majorHAnsi" w:cstheme="majorHAnsi"/>
        </w:rPr>
        <w:t>;</w:t>
      </w:r>
    </w:p>
    <w:p w14:paraId="42AD9ED2" w14:textId="5A47D436" w:rsidR="003D3D43" w:rsidRPr="00D003F8" w:rsidRDefault="006C6830" w:rsidP="00D003F8">
      <w:pPr>
        <w:pStyle w:val="ListParagraph"/>
        <w:numPr>
          <w:ilvl w:val="0"/>
          <w:numId w:val="15"/>
        </w:numPr>
        <w:jc w:val="both"/>
        <w:rPr>
          <w:rFonts w:asciiTheme="majorHAnsi" w:hAnsiTheme="majorHAnsi" w:cstheme="majorHAnsi"/>
          <w:lang w:val="en-GB"/>
        </w:rPr>
      </w:pPr>
      <w:proofErr w:type="spellStart"/>
      <w:r w:rsidRPr="006C6830">
        <w:rPr>
          <w:rFonts w:asciiTheme="majorHAnsi" w:hAnsiTheme="majorHAnsi" w:cstheme="majorHAnsi"/>
        </w:rPr>
        <w:t>Legjislacionin</w:t>
      </w:r>
      <w:proofErr w:type="spellEnd"/>
      <w:r w:rsidRPr="006C6830">
        <w:rPr>
          <w:rFonts w:asciiTheme="majorHAnsi" w:hAnsiTheme="majorHAnsi" w:cstheme="majorHAnsi"/>
        </w:rPr>
        <w:t xml:space="preserve"> </w:t>
      </w:r>
      <w:proofErr w:type="spellStart"/>
      <w:r w:rsidRPr="006C6830">
        <w:rPr>
          <w:rFonts w:asciiTheme="majorHAnsi" w:hAnsiTheme="majorHAnsi" w:cstheme="majorHAnsi"/>
        </w:rPr>
        <w:t>përkatës</w:t>
      </w:r>
      <w:proofErr w:type="spellEnd"/>
      <w:r w:rsidRPr="006C6830">
        <w:rPr>
          <w:rFonts w:asciiTheme="majorHAnsi" w:hAnsiTheme="majorHAnsi" w:cstheme="majorHAnsi"/>
        </w:rPr>
        <w:t xml:space="preserve"> </w:t>
      </w:r>
      <w:proofErr w:type="spellStart"/>
      <w:r w:rsidRPr="006C6830">
        <w:rPr>
          <w:rFonts w:asciiTheme="majorHAnsi" w:hAnsiTheme="majorHAnsi" w:cstheme="majorHAnsi"/>
        </w:rPr>
        <w:t>për</w:t>
      </w:r>
      <w:proofErr w:type="spellEnd"/>
      <w:r w:rsidRPr="006C6830">
        <w:rPr>
          <w:rFonts w:asciiTheme="majorHAnsi" w:hAnsiTheme="majorHAnsi" w:cstheme="majorHAnsi"/>
        </w:rPr>
        <w:t xml:space="preserve"> </w:t>
      </w:r>
      <w:proofErr w:type="spellStart"/>
      <w:r w:rsidRPr="006C6830">
        <w:rPr>
          <w:rFonts w:asciiTheme="majorHAnsi" w:hAnsiTheme="majorHAnsi" w:cstheme="majorHAnsi"/>
        </w:rPr>
        <w:t>sigurinë</w:t>
      </w:r>
      <w:proofErr w:type="spellEnd"/>
      <w:r w:rsidRPr="006C6830">
        <w:rPr>
          <w:rFonts w:asciiTheme="majorHAnsi" w:hAnsiTheme="majorHAnsi" w:cstheme="majorHAnsi"/>
        </w:rPr>
        <w:t xml:space="preserve"> </w:t>
      </w:r>
      <w:proofErr w:type="spellStart"/>
      <w:r w:rsidRPr="006C6830">
        <w:rPr>
          <w:rFonts w:asciiTheme="majorHAnsi" w:hAnsiTheme="majorHAnsi" w:cstheme="majorHAnsi"/>
        </w:rPr>
        <w:t>kibernetike</w:t>
      </w:r>
      <w:proofErr w:type="spellEnd"/>
      <w:r w:rsidRPr="006C6830">
        <w:rPr>
          <w:rFonts w:asciiTheme="majorHAnsi" w:hAnsiTheme="majorHAnsi" w:cstheme="majorHAnsi"/>
        </w:rPr>
        <w:t xml:space="preserve"> </w:t>
      </w:r>
      <w:proofErr w:type="spellStart"/>
      <w:r w:rsidRPr="006C6830">
        <w:rPr>
          <w:rFonts w:asciiTheme="majorHAnsi" w:hAnsiTheme="majorHAnsi" w:cstheme="majorHAnsi"/>
        </w:rPr>
        <w:t>dhe</w:t>
      </w:r>
      <w:proofErr w:type="spellEnd"/>
      <w:r w:rsidRPr="006C6830">
        <w:rPr>
          <w:rFonts w:asciiTheme="majorHAnsi" w:hAnsiTheme="majorHAnsi" w:cstheme="majorHAnsi"/>
        </w:rPr>
        <w:t xml:space="preserve"> </w:t>
      </w:r>
      <w:proofErr w:type="spellStart"/>
      <w:r w:rsidRPr="006C6830">
        <w:rPr>
          <w:rFonts w:asciiTheme="majorHAnsi" w:hAnsiTheme="majorHAnsi" w:cstheme="majorHAnsi"/>
        </w:rPr>
        <w:t>mbrojtjen</w:t>
      </w:r>
      <w:proofErr w:type="spellEnd"/>
      <w:r w:rsidRPr="006C6830">
        <w:rPr>
          <w:rFonts w:asciiTheme="majorHAnsi" w:hAnsiTheme="majorHAnsi" w:cstheme="majorHAnsi"/>
        </w:rPr>
        <w:t xml:space="preserve"> e </w:t>
      </w:r>
      <w:proofErr w:type="spellStart"/>
      <w:r w:rsidRPr="006C6830">
        <w:rPr>
          <w:rFonts w:asciiTheme="majorHAnsi" w:hAnsiTheme="majorHAnsi" w:cstheme="majorHAnsi"/>
        </w:rPr>
        <w:t>të</w:t>
      </w:r>
      <w:proofErr w:type="spellEnd"/>
      <w:r w:rsidRPr="006C6830">
        <w:rPr>
          <w:rFonts w:asciiTheme="majorHAnsi" w:hAnsiTheme="majorHAnsi" w:cstheme="majorHAnsi"/>
        </w:rPr>
        <w:t xml:space="preserve"> </w:t>
      </w:r>
      <w:proofErr w:type="spellStart"/>
      <w:r w:rsidRPr="006C6830">
        <w:rPr>
          <w:rFonts w:asciiTheme="majorHAnsi" w:hAnsiTheme="majorHAnsi" w:cstheme="majorHAnsi"/>
        </w:rPr>
        <w:t>dhënave</w:t>
      </w:r>
      <w:proofErr w:type="spellEnd"/>
      <w:r w:rsidR="00000000" w:rsidRPr="00D003F8">
        <w:rPr>
          <w:rFonts w:asciiTheme="majorHAnsi" w:hAnsiTheme="majorHAnsi" w:cstheme="majorHAnsi"/>
          <w:lang w:val="en-GB"/>
        </w:rPr>
        <w:t>;</w:t>
      </w:r>
    </w:p>
    <w:p w14:paraId="76C7C440" w14:textId="63865D05" w:rsidR="003D3D43" w:rsidRPr="00D003F8" w:rsidRDefault="006C6830" w:rsidP="00D003F8">
      <w:pPr>
        <w:pStyle w:val="ListParagraph"/>
        <w:numPr>
          <w:ilvl w:val="0"/>
          <w:numId w:val="15"/>
        </w:numPr>
        <w:jc w:val="both"/>
        <w:rPr>
          <w:rFonts w:asciiTheme="majorHAnsi" w:hAnsiTheme="majorHAnsi" w:cstheme="majorHAnsi"/>
          <w:lang w:val="en-GB"/>
        </w:rPr>
      </w:pPr>
      <w:proofErr w:type="spellStart"/>
      <w:r w:rsidRPr="006C6830">
        <w:rPr>
          <w:rFonts w:asciiTheme="majorHAnsi" w:hAnsiTheme="majorHAnsi" w:cstheme="majorHAnsi"/>
        </w:rPr>
        <w:t>Aktet</w:t>
      </w:r>
      <w:proofErr w:type="spellEnd"/>
      <w:r w:rsidRPr="006C6830">
        <w:rPr>
          <w:rFonts w:asciiTheme="majorHAnsi" w:hAnsiTheme="majorHAnsi" w:cstheme="majorHAnsi"/>
        </w:rPr>
        <w:t xml:space="preserve"> </w:t>
      </w:r>
      <w:proofErr w:type="spellStart"/>
      <w:r w:rsidRPr="006C6830">
        <w:rPr>
          <w:rFonts w:asciiTheme="majorHAnsi" w:hAnsiTheme="majorHAnsi" w:cstheme="majorHAnsi"/>
        </w:rPr>
        <w:t>zbatuese</w:t>
      </w:r>
      <w:proofErr w:type="spellEnd"/>
      <w:r w:rsidRPr="006C6830">
        <w:rPr>
          <w:rFonts w:asciiTheme="majorHAnsi" w:hAnsiTheme="majorHAnsi" w:cstheme="majorHAnsi"/>
        </w:rPr>
        <w:t xml:space="preserve"> </w:t>
      </w:r>
      <w:proofErr w:type="spellStart"/>
      <w:r w:rsidRPr="006C6830">
        <w:rPr>
          <w:rFonts w:asciiTheme="majorHAnsi" w:hAnsiTheme="majorHAnsi" w:cstheme="majorHAnsi"/>
        </w:rPr>
        <w:t>dhe</w:t>
      </w:r>
      <w:proofErr w:type="spellEnd"/>
      <w:r w:rsidRPr="006C6830">
        <w:rPr>
          <w:rFonts w:asciiTheme="majorHAnsi" w:hAnsiTheme="majorHAnsi" w:cstheme="majorHAnsi"/>
        </w:rPr>
        <w:t xml:space="preserve"> </w:t>
      </w:r>
      <w:proofErr w:type="spellStart"/>
      <w:r w:rsidRPr="006C6830">
        <w:rPr>
          <w:rFonts w:asciiTheme="majorHAnsi" w:hAnsiTheme="majorHAnsi" w:cstheme="majorHAnsi"/>
        </w:rPr>
        <w:t>standardet</w:t>
      </w:r>
      <w:proofErr w:type="spellEnd"/>
      <w:r w:rsidRPr="006C6830">
        <w:rPr>
          <w:rFonts w:asciiTheme="majorHAnsi" w:hAnsiTheme="majorHAnsi" w:cstheme="majorHAnsi"/>
        </w:rPr>
        <w:t xml:space="preserve"> </w:t>
      </w:r>
      <w:proofErr w:type="spellStart"/>
      <w:r w:rsidRPr="006C6830">
        <w:rPr>
          <w:rFonts w:asciiTheme="majorHAnsi" w:hAnsiTheme="majorHAnsi" w:cstheme="majorHAnsi"/>
        </w:rPr>
        <w:t>teknike</w:t>
      </w:r>
      <w:proofErr w:type="spellEnd"/>
      <w:r w:rsidRPr="006C6830">
        <w:rPr>
          <w:rFonts w:asciiTheme="majorHAnsi" w:hAnsiTheme="majorHAnsi" w:cstheme="majorHAnsi"/>
        </w:rPr>
        <w:t xml:space="preserve"> </w:t>
      </w:r>
      <w:proofErr w:type="spellStart"/>
      <w:r w:rsidRPr="006C6830">
        <w:rPr>
          <w:rFonts w:asciiTheme="majorHAnsi" w:hAnsiTheme="majorHAnsi" w:cstheme="majorHAnsi"/>
        </w:rPr>
        <w:t>të</w:t>
      </w:r>
      <w:proofErr w:type="spellEnd"/>
      <w:r w:rsidRPr="006C6830">
        <w:rPr>
          <w:rFonts w:asciiTheme="majorHAnsi" w:hAnsiTheme="majorHAnsi" w:cstheme="majorHAnsi"/>
        </w:rPr>
        <w:t xml:space="preserve"> </w:t>
      </w:r>
      <w:proofErr w:type="spellStart"/>
      <w:r w:rsidRPr="006C6830">
        <w:rPr>
          <w:rFonts w:asciiTheme="majorHAnsi" w:hAnsiTheme="majorHAnsi" w:cstheme="majorHAnsi"/>
        </w:rPr>
        <w:t>miratuara</w:t>
      </w:r>
      <w:proofErr w:type="spellEnd"/>
      <w:r w:rsidRPr="006C6830">
        <w:rPr>
          <w:rFonts w:asciiTheme="majorHAnsi" w:hAnsiTheme="majorHAnsi" w:cstheme="majorHAnsi"/>
        </w:rPr>
        <w:t xml:space="preserve"> </w:t>
      </w:r>
      <w:proofErr w:type="spellStart"/>
      <w:r w:rsidRPr="006C6830">
        <w:rPr>
          <w:rFonts w:asciiTheme="majorHAnsi" w:hAnsiTheme="majorHAnsi" w:cstheme="majorHAnsi"/>
        </w:rPr>
        <w:t>në</w:t>
      </w:r>
      <w:proofErr w:type="spellEnd"/>
      <w:r w:rsidRPr="006C6830">
        <w:rPr>
          <w:rFonts w:asciiTheme="majorHAnsi" w:hAnsiTheme="majorHAnsi" w:cstheme="majorHAnsi"/>
        </w:rPr>
        <w:t xml:space="preserve"> </w:t>
      </w:r>
      <w:proofErr w:type="spellStart"/>
      <w:r w:rsidRPr="006C6830">
        <w:rPr>
          <w:rFonts w:asciiTheme="majorHAnsi" w:hAnsiTheme="majorHAnsi" w:cstheme="majorHAnsi"/>
        </w:rPr>
        <w:t>kuadër</w:t>
      </w:r>
      <w:proofErr w:type="spellEnd"/>
      <w:r w:rsidRPr="006C6830">
        <w:rPr>
          <w:rFonts w:asciiTheme="majorHAnsi" w:hAnsiTheme="majorHAnsi" w:cstheme="majorHAnsi"/>
        </w:rPr>
        <w:t xml:space="preserve"> </w:t>
      </w:r>
      <w:proofErr w:type="spellStart"/>
      <w:r w:rsidRPr="006C6830">
        <w:rPr>
          <w:rFonts w:asciiTheme="majorHAnsi" w:hAnsiTheme="majorHAnsi" w:cstheme="majorHAnsi"/>
        </w:rPr>
        <w:t>të</w:t>
      </w:r>
      <w:proofErr w:type="spellEnd"/>
      <w:r w:rsidRPr="006C6830">
        <w:rPr>
          <w:rFonts w:asciiTheme="majorHAnsi" w:hAnsiTheme="majorHAnsi" w:cstheme="majorHAnsi"/>
        </w:rPr>
        <w:t xml:space="preserve"> </w:t>
      </w:r>
      <w:proofErr w:type="spellStart"/>
      <w:r w:rsidRPr="006C6830">
        <w:rPr>
          <w:rFonts w:asciiTheme="majorHAnsi" w:hAnsiTheme="majorHAnsi" w:cstheme="majorHAnsi"/>
        </w:rPr>
        <w:t>eIDAS</w:t>
      </w:r>
      <w:proofErr w:type="spellEnd"/>
      <w:r w:rsidR="00000000" w:rsidRPr="00D003F8">
        <w:rPr>
          <w:rFonts w:asciiTheme="majorHAnsi" w:hAnsiTheme="majorHAnsi" w:cstheme="majorHAnsi"/>
          <w:lang w:val="en-GB"/>
        </w:rPr>
        <w:t>.</w:t>
      </w:r>
    </w:p>
    <w:p w14:paraId="68C0B2F3" w14:textId="4F0BAAA8" w:rsidR="003D3D43" w:rsidRPr="00D003F8" w:rsidRDefault="00000000" w:rsidP="00D003F8">
      <w:pPr>
        <w:pStyle w:val="Heading1"/>
        <w:jc w:val="both"/>
        <w:rPr>
          <w:sz w:val="22"/>
          <w:szCs w:val="22"/>
          <w:lang w:val="en-GB"/>
        </w:rPr>
      </w:pPr>
      <w:r w:rsidRPr="00D003F8">
        <w:rPr>
          <w:sz w:val="22"/>
          <w:szCs w:val="22"/>
          <w:lang w:val="en-GB"/>
        </w:rPr>
        <w:lastRenderedPageBreak/>
        <w:t xml:space="preserve">4. </w:t>
      </w:r>
      <w:proofErr w:type="spellStart"/>
      <w:r w:rsidR="006C6830" w:rsidRPr="006C6830">
        <w:rPr>
          <w:sz w:val="22"/>
          <w:szCs w:val="22"/>
        </w:rPr>
        <w:t>Efekti</w:t>
      </w:r>
      <w:proofErr w:type="spellEnd"/>
      <w:r w:rsidR="006C6830" w:rsidRPr="006C6830">
        <w:rPr>
          <w:sz w:val="22"/>
          <w:szCs w:val="22"/>
        </w:rPr>
        <w:t xml:space="preserve"> </w:t>
      </w:r>
      <w:proofErr w:type="spellStart"/>
      <w:r w:rsidR="006C6830" w:rsidRPr="006C6830">
        <w:rPr>
          <w:sz w:val="22"/>
          <w:szCs w:val="22"/>
        </w:rPr>
        <w:t>juridik</w:t>
      </w:r>
      <w:proofErr w:type="spellEnd"/>
      <w:r w:rsidR="006C6830" w:rsidRPr="006C6830">
        <w:rPr>
          <w:sz w:val="22"/>
          <w:szCs w:val="22"/>
        </w:rPr>
        <w:t xml:space="preserve"> </w:t>
      </w:r>
      <w:proofErr w:type="spellStart"/>
      <w:r w:rsidR="006C6830" w:rsidRPr="006C6830">
        <w:rPr>
          <w:sz w:val="22"/>
          <w:szCs w:val="22"/>
        </w:rPr>
        <w:t>i</w:t>
      </w:r>
      <w:proofErr w:type="spellEnd"/>
      <w:r w:rsidR="006C6830" w:rsidRPr="006C6830">
        <w:rPr>
          <w:sz w:val="22"/>
          <w:szCs w:val="22"/>
        </w:rPr>
        <w:t xml:space="preserve"> </w:t>
      </w:r>
      <w:proofErr w:type="spellStart"/>
      <w:r w:rsidR="006C6830" w:rsidRPr="006C6830">
        <w:rPr>
          <w:sz w:val="22"/>
          <w:szCs w:val="22"/>
        </w:rPr>
        <w:t>nënshkrimeve</w:t>
      </w:r>
      <w:proofErr w:type="spellEnd"/>
      <w:r w:rsidR="006C6830" w:rsidRPr="006C6830">
        <w:rPr>
          <w:sz w:val="22"/>
          <w:szCs w:val="22"/>
        </w:rPr>
        <w:t xml:space="preserve"> </w:t>
      </w:r>
      <w:proofErr w:type="spellStart"/>
      <w:r w:rsidR="006C6830" w:rsidRPr="006C6830">
        <w:rPr>
          <w:sz w:val="22"/>
          <w:szCs w:val="22"/>
        </w:rPr>
        <w:t>elektronike</w:t>
      </w:r>
      <w:proofErr w:type="spellEnd"/>
    </w:p>
    <w:p w14:paraId="439DFD1A" w14:textId="7AED1FF9" w:rsidR="003D3D43" w:rsidRPr="00D003F8" w:rsidRDefault="006C6830" w:rsidP="00D003F8">
      <w:pPr>
        <w:jc w:val="both"/>
        <w:rPr>
          <w:rFonts w:asciiTheme="majorHAnsi" w:hAnsiTheme="majorHAnsi" w:cstheme="majorHAnsi"/>
          <w:lang w:val="en-GB"/>
        </w:rPr>
      </w:pPr>
      <w:proofErr w:type="spellStart"/>
      <w:r w:rsidRPr="006C6830">
        <w:rPr>
          <w:rFonts w:asciiTheme="majorHAnsi" w:hAnsiTheme="majorHAnsi" w:cstheme="majorHAnsi"/>
        </w:rPr>
        <w:t>Nënshkrimeve</w:t>
      </w:r>
      <w:proofErr w:type="spellEnd"/>
      <w:r w:rsidRPr="006C6830">
        <w:rPr>
          <w:rFonts w:asciiTheme="majorHAnsi" w:hAnsiTheme="majorHAnsi" w:cstheme="majorHAnsi"/>
        </w:rPr>
        <w:t xml:space="preserve"> </w:t>
      </w:r>
      <w:proofErr w:type="spellStart"/>
      <w:r w:rsidRPr="006C6830">
        <w:rPr>
          <w:rFonts w:asciiTheme="majorHAnsi" w:hAnsiTheme="majorHAnsi" w:cstheme="majorHAnsi"/>
        </w:rPr>
        <w:t>elektronike</w:t>
      </w:r>
      <w:proofErr w:type="spellEnd"/>
      <w:r w:rsidRPr="006C6830">
        <w:rPr>
          <w:rFonts w:asciiTheme="majorHAnsi" w:hAnsiTheme="majorHAnsi" w:cstheme="majorHAnsi"/>
        </w:rPr>
        <w:t xml:space="preserve"> </w:t>
      </w:r>
      <w:proofErr w:type="spellStart"/>
      <w:r w:rsidRPr="006C6830">
        <w:rPr>
          <w:rFonts w:asciiTheme="majorHAnsi" w:hAnsiTheme="majorHAnsi" w:cstheme="majorHAnsi"/>
        </w:rPr>
        <w:t>të</w:t>
      </w:r>
      <w:proofErr w:type="spellEnd"/>
      <w:r w:rsidRPr="006C6830">
        <w:rPr>
          <w:rFonts w:asciiTheme="majorHAnsi" w:hAnsiTheme="majorHAnsi" w:cstheme="majorHAnsi"/>
        </w:rPr>
        <w:t xml:space="preserve"> </w:t>
      </w:r>
      <w:proofErr w:type="spellStart"/>
      <w:r w:rsidRPr="006C6830">
        <w:rPr>
          <w:rFonts w:asciiTheme="majorHAnsi" w:hAnsiTheme="majorHAnsi" w:cstheme="majorHAnsi"/>
        </w:rPr>
        <w:t>krijuara</w:t>
      </w:r>
      <w:proofErr w:type="spellEnd"/>
      <w:r w:rsidRPr="006C6830">
        <w:rPr>
          <w:rFonts w:asciiTheme="majorHAnsi" w:hAnsiTheme="majorHAnsi" w:cstheme="majorHAnsi"/>
        </w:rPr>
        <w:t xml:space="preserve"> </w:t>
      </w:r>
      <w:proofErr w:type="spellStart"/>
      <w:r w:rsidRPr="006C6830">
        <w:rPr>
          <w:rFonts w:asciiTheme="majorHAnsi" w:hAnsiTheme="majorHAnsi" w:cstheme="majorHAnsi"/>
        </w:rPr>
        <w:t>përmes</w:t>
      </w:r>
      <w:proofErr w:type="spellEnd"/>
      <w:r w:rsidRPr="006C6830">
        <w:rPr>
          <w:rFonts w:asciiTheme="majorHAnsi" w:hAnsiTheme="majorHAnsi" w:cstheme="majorHAnsi"/>
        </w:rPr>
        <w:t xml:space="preserve"> </w:t>
      </w:r>
      <w:proofErr w:type="spellStart"/>
      <w:r w:rsidRPr="006C6830">
        <w:rPr>
          <w:rFonts w:asciiTheme="majorHAnsi" w:hAnsiTheme="majorHAnsi" w:cstheme="majorHAnsi"/>
        </w:rPr>
        <w:t>Aplikacionit</w:t>
      </w:r>
      <w:proofErr w:type="spellEnd"/>
      <w:r w:rsidRPr="006C6830">
        <w:rPr>
          <w:rFonts w:asciiTheme="majorHAnsi" w:hAnsiTheme="majorHAnsi" w:cstheme="majorHAnsi"/>
        </w:rPr>
        <w:t xml:space="preserve"> </w:t>
      </w:r>
      <w:proofErr w:type="spellStart"/>
      <w:r w:rsidRPr="006C6830">
        <w:rPr>
          <w:rFonts w:asciiTheme="majorHAnsi" w:hAnsiTheme="majorHAnsi" w:cstheme="majorHAnsi"/>
        </w:rPr>
        <w:t>nuk</w:t>
      </w:r>
      <w:proofErr w:type="spellEnd"/>
      <w:r w:rsidRPr="006C6830">
        <w:rPr>
          <w:rFonts w:asciiTheme="majorHAnsi" w:hAnsiTheme="majorHAnsi" w:cstheme="majorHAnsi"/>
        </w:rPr>
        <w:t xml:space="preserve"> </w:t>
      </w:r>
      <w:proofErr w:type="spellStart"/>
      <w:r w:rsidRPr="006C6830">
        <w:rPr>
          <w:rFonts w:asciiTheme="majorHAnsi" w:hAnsiTheme="majorHAnsi" w:cstheme="majorHAnsi"/>
        </w:rPr>
        <w:t>mund</w:t>
      </w:r>
      <w:proofErr w:type="spellEnd"/>
      <w:r w:rsidRPr="006C6830">
        <w:rPr>
          <w:rFonts w:asciiTheme="majorHAnsi" w:hAnsiTheme="majorHAnsi" w:cstheme="majorHAnsi"/>
        </w:rPr>
        <w:t xml:space="preserve"> </w:t>
      </w:r>
      <w:proofErr w:type="spellStart"/>
      <w:r w:rsidRPr="006C6830">
        <w:rPr>
          <w:rFonts w:asciiTheme="majorHAnsi" w:hAnsiTheme="majorHAnsi" w:cstheme="majorHAnsi"/>
        </w:rPr>
        <w:t>t'u</w:t>
      </w:r>
      <w:proofErr w:type="spellEnd"/>
      <w:r w:rsidRPr="006C6830">
        <w:rPr>
          <w:rFonts w:asciiTheme="majorHAnsi" w:hAnsiTheme="majorHAnsi" w:cstheme="majorHAnsi"/>
        </w:rPr>
        <w:t xml:space="preserve"> </w:t>
      </w:r>
      <w:proofErr w:type="spellStart"/>
      <w:r w:rsidRPr="006C6830">
        <w:rPr>
          <w:rFonts w:asciiTheme="majorHAnsi" w:hAnsiTheme="majorHAnsi" w:cstheme="majorHAnsi"/>
        </w:rPr>
        <w:t>mohohet</w:t>
      </w:r>
      <w:proofErr w:type="spellEnd"/>
      <w:r w:rsidRPr="006C6830">
        <w:rPr>
          <w:rFonts w:asciiTheme="majorHAnsi" w:hAnsiTheme="majorHAnsi" w:cstheme="majorHAnsi"/>
        </w:rPr>
        <w:t xml:space="preserve"> </w:t>
      </w:r>
      <w:proofErr w:type="spellStart"/>
      <w:r w:rsidRPr="006C6830">
        <w:rPr>
          <w:rFonts w:asciiTheme="majorHAnsi" w:hAnsiTheme="majorHAnsi" w:cstheme="majorHAnsi"/>
        </w:rPr>
        <w:t>efekti</w:t>
      </w:r>
      <w:proofErr w:type="spellEnd"/>
      <w:r w:rsidRPr="006C6830">
        <w:rPr>
          <w:rFonts w:asciiTheme="majorHAnsi" w:hAnsiTheme="majorHAnsi" w:cstheme="majorHAnsi"/>
        </w:rPr>
        <w:t xml:space="preserve"> </w:t>
      </w:r>
      <w:proofErr w:type="spellStart"/>
      <w:r w:rsidRPr="006C6830">
        <w:rPr>
          <w:rFonts w:asciiTheme="majorHAnsi" w:hAnsiTheme="majorHAnsi" w:cstheme="majorHAnsi"/>
        </w:rPr>
        <w:t>juridik</w:t>
      </w:r>
      <w:proofErr w:type="spellEnd"/>
      <w:r w:rsidRPr="006C6830">
        <w:rPr>
          <w:rFonts w:asciiTheme="majorHAnsi" w:hAnsiTheme="majorHAnsi" w:cstheme="majorHAnsi"/>
        </w:rPr>
        <w:t xml:space="preserve"> </w:t>
      </w:r>
      <w:proofErr w:type="spellStart"/>
      <w:r w:rsidRPr="006C6830">
        <w:rPr>
          <w:rFonts w:asciiTheme="majorHAnsi" w:hAnsiTheme="majorHAnsi" w:cstheme="majorHAnsi"/>
        </w:rPr>
        <w:t>ose</w:t>
      </w:r>
      <w:proofErr w:type="spellEnd"/>
      <w:r w:rsidRPr="006C6830">
        <w:rPr>
          <w:rFonts w:asciiTheme="majorHAnsi" w:hAnsiTheme="majorHAnsi" w:cstheme="majorHAnsi"/>
        </w:rPr>
        <w:t xml:space="preserve"> </w:t>
      </w:r>
      <w:proofErr w:type="spellStart"/>
      <w:r w:rsidRPr="006C6830">
        <w:rPr>
          <w:rFonts w:asciiTheme="majorHAnsi" w:hAnsiTheme="majorHAnsi" w:cstheme="majorHAnsi"/>
        </w:rPr>
        <w:t>pranueshmëria</w:t>
      </w:r>
      <w:proofErr w:type="spellEnd"/>
      <w:r w:rsidRPr="006C6830">
        <w:rPr>
          <w:rFonts w:asciiTheme="majorHAnsi" w:hAnsiTheme="majorHAnsi" w:cstheme="majorHAnsi"/>
        </w:rPr>
        <w:t xml:space="preserve"> </w:t>
      </w:r>
      <w:proofErr w:type="spellStart"/>
      <w:r w:rsidRPr="006C6830">
        <w:rPr>
          <w:rFonts w:asciiTheme="majorHAnsi" w:hAnsiTheme="majorHAnsi" w:cstheme="majorHAnsi"/>
        </w:rPr>
        <w:t>si</w:t>
      </w:r>
      <w:proofErr w:type="spellEnd"/>
      <w:r w:rsidRPr="006C6830">
        <w:rPr>
          <w:rFonts w:asciiTheme="majorHAnsi" w:hAnsiTheme="majorHAnsi" w:cstheme="majorHAnsi"/>
        </w:rPr>
        <w:t xml:space="preserve"> </w:t>
      </w:r>
      <w:proofErr w:type="spellStart"/>
      <w:r w:rsidRPr="006C6830">
        <w:rPr>
          <w:rFonts w:asciiTheme="majorHAnsi" w:hAnsiTheme="majorHAnsi" w:cstheme="majorHAnsi"/>
        </w:rPr>
        <w:t>provë</w:t>
      </w:r>
      <w:proofErr w:type="spellEnd"/>
      <w:r w:rsidRPr="006C6830">
        <w:rPr>
          <w:rFonts w:asciiTheme="majorHAnsi" w:hAnsiTheme="majorHAnsi" w:cstheme="majorHAnsi"/>
        </w:rPr>
        <w:t xml:space="preserve"> </w:t>
      </w:r>
      <w:proofErr w:type="spellStart"/>
      <w:r w:rsidRPr="006C6830">
        <w:rPr>
          <w:rFonts w:asciiTheme="majorHAnsi" w:hAnsiTheme="majorHAnsi" w:cstheme="majorHAnsi"/>
        </w:rPr>
        <w:t>vetëm</w:t>
      </w:r>
      <w:proofErr w:type="spellEnd"/>
      <w:r w:rsidRPr="006C6830">
        <w:rPr>
          <w:rFonts w:asciiTheme="majorHAnsi" w:hAnsiTheme="majorHAnsi" w:cstheme="majorHAnsi"/>
        </w:rPr>
        <w:t xml:space="preserve"> </w:t>
      </w:r>
      <w:proofErr w:type="spellStart"/>
      <w:r w:rsidRPr="006C6830">
        <w:rPr>
          <w:rFonts w:asciiTheme="majorHAnsi" w:hAnsiTheme="majorHAnsi" w:cstheme="majorHAnsi"/>
        </w:rPr>
        <w:t>për</w:t>
      </w:r>
      <w:proofErr w:type="spellEnd"/>
      <w:r w:rsidRPr="006C6830">
        <w:rPr>
          <w:rFonts w:asciiTheme="majorHAnsi" w:hAnsiTheme="majorHAnsi" w:cstheme="majorHAnsi"/>
        </w:rPr>
        <w:t xml:space="preserve"> </w:t>
      </w:r>
      <w:proofErr w:type="spellStart"/>
      <w:r w:rsidRPr="006C6830">
        <w:rPr>
          <w:rFonts w:asciiTheme="majorHAnsi" w:hAnsiTheme="majorHAnsi" w:cstheme="majorHAnsi"/>
        </w:rPr>
        <w:t>shkak</w:t>
      </w:r>
      <w:proofErr w:type="spellEnd"/>
      <w:r w:rsidRPr="006C6830">
        <w:rPr>
          <w:rFonts w:asciiTheme="majorHAnsi" w:hAnsiTheme="majorHAnsi" w:cstheme="majorHAnsi"/>
        </w:rPr>
        <w:t xml:space="preserve"> se </w:t>
      </w:r>
      <w:proofErr w:type="spellStart"/>
      <w:r w:rsidRPr="006C6830">
        <w:rPr>
          <w:rFonts w:asciiTheme="majorHAnsi" w:hAnsiTheme="majorHAnsi" w:cstheme="majorHAnsi"/>
        </w:rPr>
        <w:t>janë</w:t>
      </w:r>
      <w:proofErr w:type="spellEnd"/>
      <w:r w:rsidRPr="006C6830">
        <w:rPr>
          <w:rFonts w:asciiTheme="majorHAnsi" w:hAnsiTheme="majorHAnsi" w:cstheme="majorHAnsi"/>
        </w:rPr>
        <w:t xml:space="preserve"> </w:t>
      </w:r>
      <w:proofErr w:type="spellStart"/>
      <w:r w:rsidRPr="006C6830">
        <w:rPr>
          <w:rFonts w:asciiTheme="majorHAnsi" w:hAnsiTheme="majorHAnsi" w:cstheme="majorHAnsi"/>
        </w:rPr>
        <w:t>në</w:t>
      </w:r>
      <w:proofErr w:type="spellEnd"/>
      <w:r w:rsidRPr="006C6830">
        <w:rPr>
          <w:rFonts w:asciiTheme="majorHAnsi" w:hAnsiTheme="majorHAnsi" w:cstheme="majorHAnsi"/>
        </w:rPr>
        <w:t xml:space="preserve"> </w:t>
      </w:r>
      <w:proofErr w:type="spellStart"/>
      <w:r w:rsidRPr="006C6830">
        <w:rPr>
          <w:rFonts w:asciiTheme="majorHAnsi" w:hAnsiTheme="majorHAnsi" w:cstheme="majorHAnsi"/>
        </w:rPr>
        <w:t>formë</w:t>
      </w:r>
      <w:proofErr w:type="spellEnd"/>
      <w:r w:rsidRPr="006C6830">
        <w:rPr>
          <w:rFonts w:asciiTheme="majorHAnsi" w:hAnsiTheme="majorHAnsi" w:cstheme="majorHAnsi"/>
        </w:rPr>
        <w:t xml:space="preserve"> </w:t>
      </w:r>
      <w:proofErr w:type="spellStart"/>
      <w:r w:rsidRPr="006C6830">
        <w:rPr>
          <w:rFonts w:asciiTheme="majorHAnsi" w:hAnsiTheme="majorHAnsi" w:cstheme="majorHAnsi"/>
        </w:rPr>
        <w:t>elektronike</w:t>
      </w:r>
      <w:proofErr w:type="spellEnd"/>
      <w:r w:rsidRPr="006C6830">
        <w:rPr>
          <w:rFonts w:asciiTheme="majorHAnsi" w:hAnsiTheme="majorHAnsi" w:cstheme="majorHAnsi"/>
        </w:rPr>
        <w:t>.</w:t>
      </w:r>
    </w:p>
    <w:p w14:paraId="6B05628F" w14:textId="1CACD5B3" w:rsidR="003D3D43" w:rsidRPr="00D003F8" w:rsidRDefault="006C6830" w:rsidP="00D003F8">
      <w:pPr>
        <w:jc w:val="both"/>
        <w:rPr>
          <w:rFonts w:asciiTheme="majorHAnsi" w:hAnsiTheme="majorHAnsi" w:cstheme="majorHAnsi"/>
          <w:lang w:val="en-GB"/>
        </w:rPr>
      </w:pPr>
      <w:r w:rsidRPr="006C6830">
        <w:rPr>
          <w:rFonts w:asciiTheme="majorHAnsi" w:hAnsiTheme="majorHAnsi" w:cstheme="majorHAnsi"/>
        </w:rPr>
        <w:t xml:space="preserve">Kur </w:t>
      </w:r>
      <w:proofErr w:type="spellStart"/>
      <w:r w:rsidRPr="006C6830">
        <w:rPr>
          <w:rFonts w:asciiTheme="majorHAnsi" w:hAnsiTheme="majorHAnsi" w:cstheme="majorHAnsi"/>
        </w:rPr>
        <w:t>Aplikacioni</w:t>
      </w:r>
      <w:proofErr w:type="spellEnd"/>
      <w:r w:rsidRPr="006C6830">
        <w:rPr>
          <w:rFonts w:asciiTheme="majorHAnsi" w:hAnsiTheme="majorHAnsi" w:cstheme="majorHAnsi"/>
        </w:rPr>
        <w:t xml:space="preserve"> </w:t>
      </w:r>
      <w:proofErr w:type="spellStart"/>
      <w:r w:rsidRPr="006C6830">
        <w:rPr>
          <w:rFonts w:asciiTheme="majorHAnsi" w:hAnsiTheme="majorHAnsi" w:cstheme="majorHAnsi"/>
        </w:rPr>
        <w:t>mbështet</w:t>
      </w:r>
      <w:proofErr w:type="spellEnd"/>
      <w:r w:rsidRPr="006C6830">
        <w:rPr>
          <w:rFonts w:asciiTheme="majorHAnsi" w:hAnsiTheme="majorHAnsi" w:cstheme="majorHAnsi"/>
        </w:rPr>
        <w:t xml:space="preserve"> </w:t>
      </w:r>
      <w:proofErr w:type="spellStart"/>
      <w:r w:rsidRPr="006C6830">
        <w:rPr>
          <w:rFonts w:asciiTheme="majorHAnsi" w:hAnsiTheme="majorHAnsi" w:cstheme="majorHAnsi"/>
        </w:rPr>
        <w:t>nënshkrime</w:t>
      </w:r>
      <w:proofErr w:type="spellEnd"/>
      <w:r w:rsidRPr="006C6830">
        <w:rPr>
          <w:rFonts w:asciiTheme="majorHAnsi" w:hAnsiTheme="majorHAnsi" w:cstheme="majorHAnsi"/>
        </w:rPr>
        <w:t xml:space="preserve"> </w:t>
      </w:r>
      <w:proofErr w:type="spellStart"/>
      <w:r w:rsidRPr="006C6830">
        <w:rPr>
          <w:rFonts w:asciiTheme="majorHAnsi" w:hAnsiTheme="majorHAnsi" w:cstheme="majorHAnsi"/>
        </w:rPr>
        <w:t>elektronike</w:t>
      </w:r>
      <w:proofErr w:type="spellEnd"/>
      <w:r w:rsidRPr="006C6830">
        <w:rPr>
          <w:rFonts w:asciiTheme="majorHAnsi" w:hAnsiTheme="majorHAnsi" w:cstheme="majorHAnsi"/>
        </w:rPr>
        <w:t xml:space="preserve"> </w:t>
      </w:r>
      <w:proofErr w:type="spellStart"/>
      <w:r w:rsidRPr="006C6830">
        <w:rPr>
          <w:rFonts w:asciiTheme="majorHAnsi" w:hAnsiTheme="majorHAnsi" w:cstheme="majorHAnsi"/>
        </w:rPr>
        <w:t>të</w:t>
      </w:r>
      <w:proofErr w:type="spellEnd"/>
      <w:r w:rsidRPr="006C6830">
        <w:rPr>
          <w:rFonts w:asciiTheme="majorHAnsi" w:hAnsiTheme="majorHAnsi" w:cstheme="majorHAnsi"/>
        </w:rPr>
        <w:t xml:space="preserve"> </w:t>
      </w:r>
      <w:proofErr w:type="spellStart"/>
      <w:r w:rsidRPr="006C6830">
        <w:rPr>
          <w:rFonts w:asciiTheme="majorHAnsi" w:hAnsiTheme="majorHAnsi" w:cstheme="majorHAnsi"/>
        </w:rPr>
        <w:t>kualifikuara</w:t>
      </w:r>
      <w:proofErr w:type="spellEnd"/>
      <w:r w:rsidRPr="006C6830">
        <w:rPr>
          <w:rFonts w:asciiTheme="majorHAnsi" w:hAnsiTheme="majorHAnsi" w:cstheme="majorHAnsi"/>
        </w:rPr>
        <w:t xml:space="preserve">, </w:t>
      </w:r>
      <w:proofErr w:type="spellStart"/>
      <w:r w:rsidRPr="006C6830">
        <w:rPr>
          <w:rFonts w:asciiTheme="majorHAnsi" w:hAnsiTheme="majorHAnsi" w:cstheme="majorHAnsi"/>
        </w:rPr>
        <w:t>këto</w:t>
      </w:r>
      <w:proofErr w:type="spellEnd"/>
      <w:r w:rsidRPr="006C6830">
        <w:rPr>
          <w:rFonts w:asciiTheme="majorHAnsi" w:hAnsiTheme="majorHAnsi" w:cstheme="majorHAnsi"/>
        </w:rPr>
        <w:t xml:space="preserve"> </w:t>
      </w:r>
      <w:proofErr w:type="spellStart"/>
      <w:r w:rsidRPr="006C6830">
        <w:rPr>
          <w:rFonts w:asciiTheme="majorHAnsi" w:hAnsiTheme="majorHAnsi" w:cstheme="majorHAnsi"/>
        </w:rPr>
        <w:t>nënshkrime</w:t>
      </w:r>
      <w:proofErr w:type="spellEnd"/>
      <w:r w:rsidRPr="006C6830">
        <w:rPr>
          <w:rFonts w:asciiTheme="majorHAnsi" w:hAnsiTheme="majorHAnsi" w:cstheme="majorHAnsi"/>
        </w:rPr>
        <w:t xml:space="preserve"> </w:t>
      </w:r>
      <w:proofErr w:type="spellStart"/>
      <w:r w:rsidRPr="006C6830">
        <w:rPr>
          <w:rFonts w:asciiTheme="majorHAnsi" w:hAnsiTheme="majorHAnsi" w:cstheme="majorHAnsi"/>
        </w:rPr>
        <w:t>kanë</w:t>
      </w:r>
      <w:proofErr w:type="spellEnd"/>
      <w:r w:rsidRPr="006C6830">
        <w:rPr>
          <w:rFonts w:asciiTheme="majorHAnsi" w:hAnsiTheme="majorHAnsi" w:cstheme="majorHAnsi"/>
        </w:rPr>
        <w:t xml:space="preserve"> </w:t>
      </w:r>
      <w:proofErr w:type="spellStart"/>
      <w:r w:rsidRPr="006C6830">
        <w:rPr>
          <w:rFonts w:asciiTheme="majorHAnsi" w:hAnsiTheme="majorHAnsi" w:cstheme="majorHAnsi"/>
        </w:rPr>
        <w:t>të</w:t>
      </w:r>
      <w:proofErr w:type="spellEnd"/>
      <w:r w:rsidRPr="006C6830">
        <w:rPr>
          <w:rFonts w:asciiTheme="majorHAnsi" w:hAnsiTheme="majorHAnsi" w:cstheme="majorHAnsi"/>
        </w:rPr>
        <w:t xml:space="preserve"> </w:t>
      </w:r>
      <w:proofErr w:type="spellStart"/>
      <w:r w:rsidRPr="006C6830">
        <w:rPr>
          <w:rFonts w:asciiTheme="majorHAnsi" w:hAnsiTheme="majorHAnsi" w:cstheme="majorHAnsi"/>
        </w:rPr>
        <w:t>njëjtin</w:t>
      </w:r>
      <w:proofErr w:type="spellEnd"/>
      <w:r w:rsidRPr="006C6830">
        <w:rPr>
          <w:rFonts w:asciiTheme="majorHAnsi" w:hAnsiTheme="majorHAnsi" w:cstheme="majorHAnsi"/>
        </w:rPr>
        <w:t xml:space="preserve"> </w:t>
      </w:r>
      <w:proofErr w:type="spellStart"/>
      <w:r w:rsidRPr="006C6830">
        <w:rPr>
          <w:rFonts w:asciiTheme="majorHAnsi" w:hAnsiTheme="majorHAnsi" w:cstheme="majorHAnsi"/>
        </w:rPr>
        <w:t>efekt</w:t>
      </w:r>
      <w:proofErr w:type="spellEnd"/>
      <w:r w:rsidRPr="006C6830">
        <w:rPr>
          <w:rFonts w:asciiTheme="majorHAnsi" w:hAnsiTheme="majorHAnsi" w:cstheme="majorHAnsi"/>
        </w:rPr>
        <w:t xml:space="preserve"> </w:t>
      </w:r>
      <w:proofErr w:type="spellStart"/>
      <w:r w:rsidRPr="006C6830">
        <w:rPr>
          <w:rFonts w:asciiTheme="majorHAnsi" w:hAnsiTheme="majorHAnsi" w:cstheme="majorHAnsi"/>
        </w:rPr>
        <w:t>juridik</w:t>
      </w:r>
      <w:proofErr w:type="spellEnd"/>
      <w:r w:rsidRPr="006C6830">
        <w:rPr>
          <w:rFonts w:asciiTheme="majorHAnsi" w:hAnsiTheme="majorHAnsi" w:cstheme="majorHAnsi"/>
        </w:rPr>
        <w:t xml:space="preserve"> </w:t>
      </w:r>
      <w:proofErr w:type="spellStart"/>
      <w:r w:rsidRPr="006C6830">
        <w:rPr>
          <w:rFonts w:asciiTheme="majorHAnsi" w:hAnsiTheme="majorHAnsi" w:cstheme="majorHAnsi"/>
        </w:rPr>
        <w:t>si</w:t>
      </w:r>
      <w:proofErr w:type="spellEnd"/>
      <w:r w:rsidRPr="006C6830">
        <w:rPr>
          <w:rFonts w:asciiTheme="majorHAnsi" w:hAnsiTheme="majorHAnsi" w:cstheme="majorHAnsi"/>
        </w:rPr>
        <w:t xml:space="preserve"> </w:t>
      </w:r>
      <w:proofErr w:type="spellStart"/>
      <w:r w:rsidRPr="006C6830">
        <w:rPr>
          <w:rFonts w:asciiTheme="majorHAnsi" w:hAnsiTheme="majorHAnsi" w:cstheme="majorHAnsi"/>
        </w:rPr>
        <w:t>nënshkrimet</w:t>
      </w:r>
      <w:proofErr w:type="spellEnd"/>
      <w:r w:rsidRPr="006C6830">
        <w:rPr>
          <w:rFonts w:asciiTheme="majorHAnsi" w:hAnsiTheme="majorHAnsi" w:cstheme="majorHAnsi"/>
        </w:rPr>
        <w:t xml:space="preserve"> me </w:t>
      </w:r>
      <w:proofErr w:type="spellStart"/>
      <w:r w:rsidRPr="006C6830">
        <w:rPr>
          <w:rFonts w:asciiTheme="majorHAnsi" w:hAnsiTheme="majorHAnsi" w:cstheme="majorHAnsi"/>
        </w:rPr>
        <w:t>dorë</w:t>
      </w:r>
      <w:proofErr w:type="spellEnd"/>
      <w:r w:rsidRPr="006C6830">
        <w:rPr>
          <w:rFonts w:asciiTheme="majorHAnsi" w:hAnsiTheme="majorHAnsi" w:cstheme="majorHAnsi"/>
        </w:rPr>
        <w:t xml:space="preserve">, </w:t>
      </w:r>
      <w:proofErr w:type="spellStart"/>
      <w:r w:rsidRPr="006C6830">
        <w:rPr>
          <w:rFonts w:asciiTheme="majorHAnsi" w:hAnsiTheme="majorHAnsi" w:cstheme="majorHAnsi"/>
        </w:rPr>
        <w:t>në</w:t>
      </w:r>
      <w:proofErr w:type="spellEnd"/>
      <w:r w:rsidRPr="006C6830">
        <w:rPr>
          <w:rFonts w:asciiTheme="majorHAnsi" w:hAnsiTheme="majorHAnsi" w:cstheme="majorHAnsi"/>
        </w:rPr>
        <w:t xml:space="preserve"> </w:t>
      </w:r>
      <w:proofErr w:type="spellStart"/>
      <w:r w:rsidRPr="006C6830">
        <w:rPr>
          <w:rFonts w:asciiTheme="majorHAnsi" w:hAnsiTheme="majorHAnsi" w:cstheme="majorHAnsi"/>
        </w:rPr>
        <w:t>përputhje</w:t>
      </w:r>
      <w:proofErr w:type="spellEnd"/>
      <w:r w:rsidRPr="006C6830">
        <w:rPr>
          <w:rFonts w:asciiTheme="majorHAnsi" w:hAnsiTheme="majorHAnsi" w:cstheme="majorHAnsi"/>
        </w:rPr>
        <w:t xml:space="preserve"> me </w:t>
      </w:r>
      <w:proofErr w:type="spellStart"/>
      <w:r w:rsidRPr="006C6830">
        <w:rPr>
          <w:rFonts w:asciiTheme="majorHAnsi" w:hAnsiTheme="majorHAnsi" w:cstheme="majorHAnsi"/>
        </w:rPr>
        <w:t>Rregulloren</w:t>
      </w:r>
      <w:proofErr w:type="spellEnd"/>
      <w:r w:rsidRPr="006C6830">
        <w:rPr>
          <w:rFonts w:asciiTheme="majorHAnsi" w:hAnsiTheme="majorHAnsi" w:cstheme="majorHAnsi"/>
        </w:rPr>
        <w:t xml:space="preserve"> </w:t>
      </w:r>
      <w:proofErr w:type="spellStart"/>
      <w:r w:rsidRPr="006C6830">
        <w:rPr>
          <w:rFonts w:asciiTheme="majorHAnsi" w:hAnsiTheme="majorHAnsi" w:cstheme="majorHAnsi"/>
        </w:rPr>
        <w:t>eIDAS</w:t>
      </w:r>
      <w:proofErr w:type="spellEnd"/>
      <w:r w:rsidR="00000000" w:rsidRPr="00D003F8">
        <w:rPr>
          <w:rFonts w:asciiTheme="majorHAnsi" w:hAnsiTheme="majorHAnsi" w:cstheme="majorHAnsi"/>
          <w:lang w:val="en-GB"/>
        </w:rPr>
        <w:t>;</w:t>
      </w:r>
    </w:p>
    <w:p w14:paraId="77B7B410" w14:textId="6336EF23" w:rsidR="003D3D43" w:rsidRPr="00D003F8" w:rsidRDefault="006C6830" w:rsidP="00D003F8">
      <w:pPr>
        <w:jc w:val="both"/>
        <w:rPr>
          <w:rFonts w:asciiTheme="majorHAnsi" w:hAnsiTheme="majorHAnsi" w:cstheme="majorHAnsi"/>
          <w:lang w:val="en-GB"/>
        </w:rPr>
      </w:pPr>
      <w:proofErr w:type="spellStart"/>
      <w:r w:rsidRPr="006C6830">
        <w:rPr>
          <w:rFonts w:asciiTheme="majorHAnsi" w:hAnsiTheme="majorHAnsi" w:cstheme="majorHAnsi"/>
        </w:rPr>
        <w:t>Autoriteti</w:t>
      </w:r>
      <w:proofErr w:type="spellEnd"/>
      <w:r w:rsidRPr="006C6830">
        <w:rPr>
          <w:rFonts w:asciiTheme="majorHAnsi" w:hAnsiTheme="majorHAnsi" w:cstheme="majorHAnsi"/>
        </w:rPr>
        <w:t xml:space="preserve"> </w:t>
      </w:r>
      <w:proofErr w:type="spellStart"/>
      <w:r w:rsidRPr="006C6830">
        <w:rPr>
          <w:rFonts w:asciiTheme="majorHAnsi" w:hAnsiTheme="majorHAnsi" w:cstheme="majorHAnsi"/>
        </w:rPr>
        <w:t>nuk</w:t>
      </w:r>
      <w:proofErr w:type="spellEnd"/>
      <w:r w:rsidRPr="006C6830">
        <w:rPr>
          <w:rFonts w:asciiTheme="majorHAnsi" w:hAnsiTheme="majorHAnsi" w:cstheme="majorHAnsi"/>
        </w:rPr>
        <w:t xml:space="preserve"> </w:t>
      </w:r>
      <w:proofErr w:type="spellStart"/>
      <w:r w:rsidRPr="006C6830">
        <w:rPr>
          <w:rFonts w:asciiTheme="majorHAnsi" w:hAnsiTheme="majorHAnsi" w:cstheme="majorHAnsi"/>
        </w:rPr>
        <w:t>shqyrton</w:t>
      </w:r>
      <w:proofErr w:type="spellEnd"/>
      <w:r w:rsidRPr="006C6830">
        <w:rPr>
          <w:rFonts w:asciiTheme="majorHAnsi" w:hAnsiTheme="majorHAnsi" w:cstheme="majorHAnsi"/>
        </w:rPr>
        <w:t xml:space="preserve">, </w:t>
      </w:r>
      <w:proofErr w:type="spellStart"/>
      <w:r w:rsidRPr="006C6830">
        <w:rPr>
          <w:rFonts w:asciiTheme="majorHAnsi" w:hAnsiTheme="majorHAnsi" w:cstheme="majorHAnsi"/>
        </w:rPr>
        <w:t>nuk</w:t>
      </w:r>
      <w:proofErr w:type="spellEnd"/>
      <w:r w:rsidRPr="006C6830">
        <w:rPr>
          <w:rFonts w:asciiTheme="majorHAnsi" w:hAnsiTheme="majorHAnsi" w:cstheme="majorHAnsi"/>
        </w:rPr>
        <w:t xml:space="preserve"> </w:t>
      </w:r>
      <w:proofErr w:type="spellStart"/>
      <w:r w:rsidRPr="006C6830">
        <w:rPr>
          <w:rFonts w:asciiTheme="majorHAnsi" w:hAnsiTheme="majorHAnsi" w:cstheme="majorHAnsi"/>
        </w:rPr>
        <w:t>verifikon</w:t>
      </w:r>
      <w:proofErr w:type="spellEnd"/>
      <w:r w:rsidRPr="006C6830">
        <w:rPr>
          <w:rFonts w:asciiTheme="majorHAnsi" w:hAnsiTheme="majorHAnsi" w:cstheme="majorHAnsi"/>
        </w:rPr>
        <w:t xml:space="preserve"> </w:t>
      </w:r>
      <w:proofErr w:type="spellStart"/>
      <w:r w:rsidRPr="006C6830">
        <w:rPr>
          <w:rFonts w:asciiTheme="majorHAnsi" w:hAnsiTheme="majorHAnsi" w:cstheme="majorHAnsi"/>
        </w:rPr>
        <w:t>dhe</w:t>
      </w:r>
      <w:proofErr w:type="spellEnd"/>
      <w:r w:rsidRPr="006C6830">
        <w:rPr>
          <w:rFonts w:asciiTheme="majorHAnsi" w:hAnsiTheme="majorHAnsi" w:cstheme="majorHAnsi"/>
        </w:rPr>
        <w:t xml:space="preserve"> </w:t>
      </w:r>
      <w:proofErr w:type="spellStart"/>
      <w:r w:rsidRPr="006C6830">
        <w:rPr>
          <w:rFonts w:asciiTheme="majorHAnsi" w:hAnsiTheme="majorHAnsi" w:cstheme="majorHAnsi"/>
        </w:rPr>
        <w:t>nuk</w:t>
      </w:r>
      <w:proofErr w:type="spellEnd"/>
      <w:r w:rsidRPr="006C6830">
        <w:rPr>
          <w:rFonts w:asciiTheme="majorHAnsi" w:hAnsiTheme="majorHAnsi" w:cstheme="majorHAnsi"/>
        </w:rPr>
        <w:t xml:space="preserve"> </w:t>
      </w:r>
      <w:proofErr w:type="spellStart"/>
      <w:r w:rsidRPr="006C6830">
        <w:rPr>
          <w:rFonts w:asciiTheme="majorHAnsi" w:hAnsiTheme="majorHAnsi" w:cstheme="majorHAnsi"/>
        </w:rPr>
        <w:t>merr</w:t>
      </w:r>
      <w:proofErr w:type="spellEnd"/>
      <w:r w:rsidRPr="006C6830">
        <w:rPr>
          <w:rFonts w:asciiTheme="majorHAnsi" w:hAnsiTheme="majorHAnsi" w:cstheme="majorHAnsi"/>
        </w:rPr>
        <w:t xml:space="preserve"> </w:t>
      </w:r>
      <w:proofErr w:type="spellStart"/>
      <w:r w:rsidRPr="006C6830">
        <w:rPr>
          <w:rFonts w:asciiTheme="majorHAnsi" w:hAnsiTheme="majorHAnsi" w:cstheme="majorHAnsi"/>
        </w:rPr>
        <w:t>përgjegjësi</w:t>
      </w:r>
      <w:proofErr w:type="spellEnd"/>
      <w:r w:rsidRPr="006C6830">
        <w:rPr>
          <w:rFonts w:asciiTheme="majorHAnsi" w:hAnsiTheme="majorHAnsi" w:cstheme="majorHAnsi"/>
        </w:rPr>
        <w:t xml:space="preserve"> </w:t>
      </w:r>
      <w:proofErr w:type="spellStart"/>
      <w:r w:rsidRPr="006C6830">
        <w:rPr>
          <w:rFonts w:asciiTheme="majorHAnsi" w:hAnsiTheme="majorHAnsi" w:cstheme="majorHAnsi"/>
        </w:rPr>
        <w:t>për</w:t>
      </w:r>
      <w:proofErr w:type="spellEnd"/>
      <w:r w:rsidRPr="006C6830">
        <w:rPr>
          <w:rFonts w:asciiTheme="majorHAnsi" w:hAnsiTheme="majorHAnsi" w:cstheme="majorHAnsi"/>
        </w:rPr>
        <w:t xml:space="preserve"> </w:t>
      </w:r>
      <w:proofErr w:type="spellStart"/>
      <w:r w:rsidRPr="006C6830">
        <w:rPr>
          <w:rFonts w:asciiTheme="majorHAnsi" w:hAnsiTheme="majorHAnsi" w:cstheme="majorHAnsi"/>
        </w:rPr>
        <w:t>përmbajtjen</w:t>
      </w:r>
      <w:proofErr w:type="spellEnd"/>
      <w:r w:rsidRPr="006C6830">
        <w:rPr>
          <w:rFonts w:asciiTheme="majorHAnsi" w:hAnsiTheme="majorHAnsi" w:cstheme="majorHAnsi"/>
        </w:rPr>
        <w:t xml:space="preserve"> e </w:t>
      </w:r>
      <w:proofErr w:type="spellStart"/>
      <w:r w:rsidRPr="006C6830">
        <w:rPr>
          <w:rFonts w:asciiTheme="majorHAnsi" w:hAnsiTheme="majorHAnsi" w:cstheme="majorHAnsi"/>
        </w:rPr>
        <w:t>dokumenteve</w:t>
      </w:r>
      <w:proofErr w:type="spellEnd"/>
      <w:r w:rsidRPr="006C6830">
        <w:rPr>
          <w:rFonts w:asciiTheme="majorHAnsi" w:hAnsiTheme="majorHAnsi" w:cstheme="majorHAnsi"/>
        </w:rPr>
        <w:t xml:space="preserve"> </w:t>
      </w:r>
      <w:proofErr w:type="spellStart"/>
      <w:r w:rsidRPr="006C6830">
        <w:rPr>
          <w:rFonts w:asciiTheme="majorHAnsi" w:hAnsiTheme="majorHAnsi" w:cstheme="majorHAnsi"/>
        </w:rPr>
        <w:t>të</w:t>
      </w:r>
      <w:proofErr w:type="spellEnd"/>
      <w:r w:rsidRPr="006C6830">
        <w:rPr>
          <w:rFonts w:asciiTheme="majorHAnsi" w:hAnsiTheme="majorHAnsi" w:cstheme="majorHAnsi"/>
        </w:rPr>
        <w:t xml:space="preserve"> </w:t>
      </w:r>
      <w:proofErr w:type="spellStart"/>
      <w:r w:rsidRPr="006C6830">
        <w:rPr>
          <w:rFonts w:asciiTheme="majorHAnsi" w:hAnsiTheme="majorHAnsi" w:cstheme="majorHAnsi"/>
        </w:rPr>
        <w:t>nënshkruara</w:t>
      </w:r>
      <w:proofErr w:type="spellEnd"/>
      <w:r w:rsidRPr="006C6830">
        <w:rPr>
          <w:rFonts w:asciiTheme="majorHAnsi" w:hAnsiTheme="majorHAnsi" w:cstheme="majorHAnsi"/>
        </w:rPr>
        <w:t>.</w:t>
      </w:r>
    </w:p>
    <w:p w14:paraId="5D83C811" w14:textId="4D4D2305" w:rsidR="003D3D43" w:rsidRPr="00D003F8" w:rsidRDefault="00000000" w:rsidP="00D003F8">
      <w:pPr>
        <w:pStyle w:val="Heading1"/>
        <w:jc w:val="both"/>
        <w:rPr>
          <w:sz w:val="22"/>
          <w:szCs w:val="22"/>
          <w:lang w:val="en-GB"/>
        </w:rPr>
      </w:pPr>
      <w:r w:rsidRPr="00D003F8">
        <w:rPr>
          <w:sz w:val="22"/>
          <w:szCs w:val="22"/>
          <w:lang w:val="en-GB"/>
        </w:rPr>
        <w:t xml:space="preserve">5. </w:t>
      </w:r>
      <w:r w:rsidR="006C6830" w:rsidRPr="006C6830">
        <w:rPr>
          <w:sz w:val="22"/>
          <w:szCs w:val="22"/>
        </w:rPr>
        <w:t xml:space="preserve">Rolet </w:t>
      </w:r>
      <w:proofErr w:type="spellStart"/>
      <w:r w:rsidR="006C6830" w:rsidRPr="006C6830">
        <w:rPr>
          <w:sz w:val="22"/>
          <w:szCs w:val="22"/>
        </w:rPr>
        <w:t>në</w:t>
      </w:r>
      <w:proofErr w:type="spellEnd"/>
      <w:r w:rsidR="006C6830" w:rsidRPr="006C6830">
        <w:rPr>
          <w:sz w:val="22"/>
          <w:szCs w:val="22"/>
        </w:rPr>
        <w:t xml:space="preserve"> </w:t>
      </w:r>
      <w:proofErr w:type="spellStart"/>
      <w:r w:rsidR="006C6830" w:rsidRPr="006C6830">
        <w:rPr>
          <w:sz w:val="22"/>
          <w:szCs w:val="22"/>
        </w:rPr>
        <w:t>ofrimin</w:t>
      </w:r>
      <w:proofErr w:type="spellEnd"/>
      <w:r w:rsidR="006C6830" w:rsidRPr="006C6830">
        <w:rPr>
          <w:sz w:val="22"/>
          <w:szCs w:val="22"/>
        </w:rPr>
        <w:t xml:space="preserve"> e </w:t>
      </w:r>
      <w:proofErr w:type="spellStart"/>
      <w:r w:rsidR="006C6830" w:rsidRPr="006C6830">
        <w:rPr>
          <w:sz w:val="22"/>
          <w:szCs w:val="22"/>
        </w:rPr>
        <w:t>shërbimeve</w:t>
      </w:r>
      <w:proofErr w:type="spellEnd"/>
      <w:r w:rsidR="006C6830" w:rsidRPr="006C6830">
        <w:rPr>
          <w:sz w:val="22"/>
          <w:szCs w:val="22"/>
        </w:rPr>
        <w:t xml:space="preserve"> </w:t>
      </w:r>
      <w:proofErr w:type="spellStart"/>
      <w:r w:rsidR="006C6830" w:rsidRPr="006C6830">
        <w:rPr>
          <w:sz w:val="22"/>
          <w:szCs w:val="22"/>
        </w:rPr>
        <w:t>të</w:t>
      </w:r>
      <w:proofErr w:type="spellEnd"/>
      <w:r w:rsidR="006C6830" w:rsidRPr="006C6830">
        <w:rPr>
          <w:sz w:val="22"/>
          <w:szCs w:val="22"/>
        </w:rPr>
        <w:t xml:space="preserve"> </w:t>
      </w:r>
      <w:proofErr w:type="spellStart"/>
      <w:r w:rsidR="006C6830" w:rsidRPr="006C6830">
        <w:rPr>
          <w:sz w:val="22"/>
          <w:szCs w:val="22"/>
        </w:rPr>
        <w:t>besimit</w:t>
      </w:r>
      <w:proofErr w:type="spellEnd"/>
    </w:p>
    <w:p w14:paraId="239F1090" w14:textId="1572FAB0" w:rsidR="003D3D43" w:rsidRPr="00D003F8" w:rsidRDefault="006C6830" w:rsidP="00D003F8">
      <w:pPr>
        <w:jc w:val="both"/>
        <w:rPr>
          <w:rFonts w:asciiTheme="majorHAnsi" w:hAnsiTheme="majorHAnsi" w:cstheme="majorHAnsi"/>
          <w:lang w:val="en-GB"/>
        </w:rPr>
      </w:pPr>
      <w:proofErr w:type="spellStart"/>
      <w:r w:rsidRPr="006C6830">
        <w:rPr>
          <w:rFonts w:asciiTheme="majorHAnsi" w:hAnsiTheme="majorHAnsi" w:cstheme="majorHAnsi"/>
        </w:rPr>
        <w:t>Autoriteti</w:t>
      </w:r>
      <w:proofErr w:type="spellEnd"/>
      <w:r w:rsidRPr="006C6830">
        <w:rPr>
          <w:rFonts w:asciiTheme="majorHAnsi" w:hAnsiTheme="majorHAnsi" w:cstheme="majorHAnsi"/>
        </w:rPr>
        <w:t xml:space="preserve"> </w:t>
      </w:r>
      <w:proofErr w:type="spellStart"/>
      <w:r w:rsidRPr="006C6830">
        <w:rPr>
          <w:rFonts w:asciiTheme="majorHAnsi" w:hAnsiTheme="majorHAnsi" w:cstheme="majorHAnsi"/>
        </w:rPr>
        <w:t>mund</w:t>
      </w:r>
      <w:proofErr w:type="spellEnd"/>
      <w:r w:rsidRPr="006C6830">
        <w:rPr>
          <w:rFonts w:asciiTheme="majorHAnsi" w:hAnsiTheme="majorHAnsi" w:cstheme="majorHAnsi"/>
        </w:rPr>
        <w:t xml:space="preserve"> </w:t>
      </w:r>
      <w:proofErr w:type="spellStart"/>
      <w:r w:rsidRPr="006C6830">
        <w:rPr>
          <w:rFonts w:asciiTheme="majorHAnsi" w:hAnsiTheme="majorHAnsi" w:cstheme="majorHAnsi"/>
        </w:rPr>
        <w:t>të</w:t>
      </w:r>
      <w:proofErr w:type="spellEnd"/>
      <w:r w:rsidRPr="006C6830">
        <w:rPr>
          <w:rFonts w:asciiTheme="majorHAnsi" w:hAnsiTheme="majorHAnsi" w:cstheme="majorHAnsi"/>
        </w:rPr>
        <w:t xml:space="preserve"> </w:t>
      </w:r>
      <w:proofErr w:type="spellStart"/>
      <w:r w:rsidRPr="006C6830">
        <w:rPr>
          <w:rFonts w:asciiTheme="majorHAnsi" w:hAnsiTheme="majorHAnsi" w:cstheme="majorHAnsi"/>
        </w:rPr>
        <w:t>veprojë</w:t>
      </w:r>
      <w:proofErr w:type="spellEnd"/>
      <w:r w:rsidRPr="006C6830">
        <w:rPr>
          <w:rFonts w:asciiTheme="majorHAnsi" w:hAnsiTheme="majorHAnsi" w:cstheme="majorHAnsi"/>
        </w:rPr>
        <w:t xml:space="preserve"> </w:t>
      </w:r>
      <w:proofErr w:type="spellStart"/>
      <w:r w:rsidRPr="006C6830">
        <w:rPr>
          <w:rFonts w:asciiTheme="majorHAnsi" w:hAnsiTheme="majorHAnsi" w:cstheme="majorHAnsi"/>
        </w:rPr>
        <w:t>si</w:t>
      </w:r>
      <w:proofErr w:type="spellEnd"/>
      <w:r w:rsidRPr="006C6830">
        <w:rPr>
          <w:rFonts w:asciiTheme="majorHAnsi" w:hAnsiTheme="majorHAnsi" w:cstheme="majorHAnsi"/>
        </w:rPr>
        <w:t>:</w:t>
      </w:r>
    </w:p>
    <w:p w14:paraId="284B3CBB" w14:textId="5CD38968" w:rsidR="003D3D43" w:rsidRPr="00D003F8" w:rsidRDefault="006C6830" w:rsidP="00D003F8">
      <w:pPr>
        <w:pStyle w:val="ListParagraph"/>
        <w:numPr>
          <w:ilvl w:val="0"/>
          <w:numId w:val="13"/>
        </w:numPr>
        <w:jc w:val="both"/>
        <w:rPr>
          <w:rFonts w:asciiTheme="majorHAnsi" w:hAnsiTheme="majorHAnsi" w:cstheme="majorHAnsi"/>
          <w:lang w:val="en-GB"/>
        </w:rPr>
      </w:pPr>
      <w:r w:rsidRPr="006C6830">
        <w:rPr>
          <w:rFonts w:asciiTheme="majorHAnsi" w:hAnsiTheme="majorHAnsi" w:cstheme="majorHAnsi"/>
        </w:rPr>
        <w:t xml:space="preserve">Operator </w:t>
      </w:r>
      <w:proofErr w:type="spellStart"/>
      <w:r w:rsidRPr="006C6830">
        <w:rPr>
          <w:rFonts w:asciiTheme="majorHAnsi" w:hAnsiTheme="majorHAnsi" w:cstheme="majorHAnsi"/>
        </w:rPr>
        <w:t>i</w:t>
      </w:r>
      <w:proofErr w:type="spellEnd"/>
      <w:r w:rsidRPr="006C6830">
        <w:rPr>
          <w:rFonts w:asciiTheme="majorHAnsi" w:hAnsiTheme="majorHAnsi" w:cstheme="majorHAnsi"/>
        </w:rPr>
        <w:t xml:space="preserve"> </w:t>
      </w:r>
      <w:proofErr w:type="spellStart"/>
      <w:r w:rsidRPr="006C6830">
        <w:rPr>
          <w:rFonts w:asciiTheme="majorHAnsi" w:hAnsiTheme="majorHAnsi" w:cstheme="majorHAnsi"/>
        </w:rPr>
        <w:t>një</w:t>
      </w:r>
      <w:proofErr w:type="spellEnd"/>
      <w:r w:rsidRPr="006C6830">
        <w:rPr>
          <w:rFonts w:asciiTheme="majorHAnsi" w:hAnsiTheme="majorHAnsi" w:cstheme="majorHAnsi"/>
        </w:rPr>
        <w:t xml:space="preserve"> </w:t>
      </w:r>
      <w:proofErr w:type="spellStart"/>
      <w:r w:rsidRPr="006C6830">
        <w:rPr>
          <w:rFonts w:asciiTheme="majorHAnsi" w:hAnsiTheme="majorHAnsi" w:cstheme="majorHAnsi"/>
        </w:rPr>
        <w:t>skeme</w:t>
      </w:r>
      <w:proofErr w:type="spellEnd"/>
      <w:r w:rsidRPr="006C6830">
        <w:rPr>
          <w:rFonts w:asciiTheme="majorHAnsi" w:hAnsiTheme="majorHAnsi" w:cstheme="majorHAnsi"/>
        </w:rPr>
        <w:t xml:space="preserve"> </w:t>
      </w:r>
      <w:proofErr w:type="spellStart"/>
      <w:r w:rsidRPr="006C6830">
        <w:rPr>
          <w:rFonts w:asciiTheme="majorHAnsi" w:hAnsiTheme="majorHAnsi" w:cstheme="majorHAnsi"/>
        </w:rPr>
        <w:t>të</w:t>
      </w:r>
      <w:proofErr w:type="spellEnd"/>
      <w:r w:rsidRPr="006C6830">
        <w:rPr>
          <w:rFonts w:asciiTheme="majorHAnsi" w:hAnsiTheme="majorHAnsi" w:cstheme="majorHAnsi"/>
        </w:rPr>
        <w:t xml:space="preserve"> </w:t>
      </w:r>
      <w:proofErr w:type="spellStart"/>
      <w:r w:rsidRPr="006C6830">
        <w:rPr>
          <w:rFonts w:asciiTheme="majorHAnsi" w:hAnsiTheme="majorHAnsi" w:cstheme="majorHAnsi"/>
        </w:rPr>
        <w:t>identifikimit</w:t>
      </w:r>
      <w:proofErr w:type="spellEnd"/>
      <w:r w:rsidRPr="006C6830">
        <w:rPr>
          <w:rFonts w:asciiTheme="majorHAnsi" w:hAnsiTheme="majorHAnsi" w:cstheme="majorHAnsi"/>
        </w:rPr>
        <w:t xml:space="preserve"> </w:t>
      </w:r>
      <w:proofErr w:type="spellStart"/>
      <w:r w:rsidRPr="006C6830">
        <w:rPr>
          <w:rFonts w:asciiTheme="majorHAnsi" w:hAnsiTheme="majorHAnsi" w:cstheme="majorHAnsi"/>
        </w:rPr>
        <w:t>elektronik</w:t>
      </w:r>
      <w:proofErr w:type="spellEnd"/>
      <w:r w:rsidR="00000000" w:rsidRPr="00D003F8">
        <w:rPr>
          <w:rFonts w:asciiTheme="majorHAnsi" w:hAnsiTheme="majorHAnsi" w:cstheme="majorHAnsi"/>
          <w:lang w:val="en-GB"/>
        </w:rPr>
        <w:t>;</w:t>
      </w:r>
    </w:p>
    <w:p w14:paraId="6965924B" w14:textId="1F33023D" w:rsidR="003D3D43" w:rsidRPr="00D003F8" w:rsidRDefault="006C6830" w:rsidP="00D003F8">
      <w:pPr>
        <w:pStyle w:val="ListParagraph"/>
        <w:numPr>
          <w:ilvl w:val="0"/>
          <w:numId w:val="13"/>
        </w:numPr>
        <w:jc w:val="both"/>
        <w:rPr>
          <w:rFonts w:asciiTheme="majorHAnsi" w:hAnsiTheme="majorHAnsi" w:cstheme="majorHAnsi"/>
          <w:lang w:val="en-GB"/>
        </w:rPr>
      </w:pPr>
      <w:proofErr w:type="spellStart"/>
      <w:r w:rsidRPr="006C6830">
        <w:rPr>
          <w:rFonts w:asciiTheme="majorHAnsi" w:hAnsiTheme="majorHAnsi" w:cstheme="majorHAnsi"/>
        </w:rPr>
        <w:t>Ofrues</w:t>
      </w:r>
      <w:proofErr w:type="spellEnd"/>
      <w:r w:rsidRPr="006C6830">
        <w:rPr>
          <w:rFonts w:asciiTheme="majorHAnsi" w:hAnsiTheme="majorHAnsi" w:cstheme="majorHAnsi"/>
        </w:rPr>
        <w:t xml:space="preserve"> </w:t>
      </w:r>
      <w:proofErr w:type="spellStart"/>
      <w:r w:rsidRPr="006C6830">
        <w:rPr>
          <w:rFonts w:asciiTheme="majorHAnsi" w:hAnsiTheme="majorHAnsi" w:cstheme="majorHAnsi"/>
        </w:rPr>
        <w:t>i</w:t>
      </w:r>
      <w:proofErr w:type="spellEnd"/>
      <w:r w:rsidRPr="006C6830">
        <w:rPr>
          <w:rFonts w:asciiTheme="majorHAnsi" w:hAnsiTheme="majorHAnsi" w:cstheme="majorHAnsi"/>
        </w:rPr>
        <w:t xml:space="preserve"> </w:t>
      </w:r>
      <w:proofErr w:type="spellStart"/>
      <w:r w:rsidRPr="006C6830">
        <w:rPr>
          <w:rFonts w:asciiTheme="majorHAnsi" w:hAnsiTheme="majorHAnsi" w:cstheme="majorHAnsi"/>
        </w:rPr>
        <w:t>shërbimeve</w:t>
      </w:r>
      <w:proofErr w:type="spellEnd"/>
      <w:r w:rsidRPr="006C6830">
        <w:rPr>
          <w:rFonts w:asciiTheme="majorHAnsi" w:hAnsiTheme="majorHAnsi" w:cstheme="majorHAnsi"/>
        </w:rPr>
        <w:t xml:space="preserve"> </w:t>
      </w:r>
      <w:proofErr w:type="spellStart"/>
      <w:r w:rsidRPr="006C6830">
        <w:rPr>
          <w:rFonts w:asciiTheme="majorHAnsi" w:hAnsiTheme="majorHAnsi" w:cstheme="majorHAnsi"/>
        </w:rPr>
        <w:t>të</w:t>
      </w:r>
      <w:proofErr w:type="spellEnd"/>
      <w:r w:rsidRPr="006C6830">
        <w:rPr>
          <w:rFonts w:asciiTheme="majorHAnsi" w:hAnsiTheme="majorHAnsi" w:cstheme="majorHAnsi"/>
        </w:rPr>
        <w:t xml:space="preserve"> </w:t>
      </w:r>
      <w:proofErr w:type="spellStart"/>
      <w:r w:rsidRPr="006C6830">
        <w:rPr>
          <w:rFonts w:asciiTheme="majorHAnsi" w:hAnsiTheme="majorHAnsi" w:cstheme="majorHAnsi"/>
        </w:rPr>
        <w:t>besimit</w:t>
      </w:r>
      <w:proofErr w:type="spellEnd"/>
      <w:r w:rsidRPr="006C6830">
        <w:rPr>
          <w:rFonts w:asciiTheme="majorHAnsi" w:hAnsiTheme="majorHAnsi" w:cstheme="majorHAnsi"/>
        </w:rPr>
        <w:t xml:space="preserve">; </w:t>
      </w:r>
      <w:proofErr w:type="spellStart"/>
      <w:r w:rsidRPr="006C6830">
        <w:rPr>
          <w:rFonts w:asciiTheme="majorHAnsi" w:hAnsiTheme="majorHAnsi" w:cstheme="majorHAnsi"/>
        </w:rPr>
        <w:t>ose</w:t>
      </w:r>
      <w:proofErr w:type="spellEnd"/>
    </w:p>
    <w:p w14:paraId="78AA4892" w14:textId="4B367850" w:rsidR="003D3D43" w:rsidRPr="00D003F8" w:rsidRDefault="006C6830" w:rsidP="00D003F8">
      <w:pPr>
        <w:pStyle w:val="ListParagraph"/>
        <w:numPr>
          <w:ilvl w:val="0"/>
          <w:numId w:val="13"/>
        </w:numPr>
        <w:jc w:val="both"/>
        <w:rPr>
          <w:rFonts w:asciiTheme="majorHAnsi" w:hAnsiTheme="majorHAnsi" w:cstheme="majorHAnsi"/>
          <w:lang w:val="en-GB"/>
        </w:rPr>
      </w:pPr>
      <w:proofErr w:type="spellStart"/>
      <w:r w:rsidRPr="006C6830">
        <w:rPr>
          <w:rFonts w:asciiTheme="majorHAnsi" w:hAnsiTheme="majorHAnsi" w:cstheme="majorHAnsi"/>
        </w:rPr>
        <w:t>Autoritet</w:t>
      </w:r>
      <w:proofErr w:type="spellEnd"/>
      <w:r w:rsidRPr="006C6830">
        <w:rPr>
          <w:rFonts w:asciiTheme="majorHAnsi" w:hAnsiTheme="majorHAnsi" w:cstheme="majorHAnsi"/>
        </w:rPr>
        <w:t xml:space="preserve"> </w:t>
      </w:r>
      <w:proofErr w:type="spellStart"/>
      <w:r w:rsidRPr="006C6830">
        <w:rPr>
          <w:rFonts w:asciiTheme="majorHAnsi" w:hAnsiTheme="majorHAnsi" w:cstheme="majorHAnsi"/>
        </w:rPr>
        <w:t>mbikëqyrës</w:t>
      </w:r>
      <w:proofErr w:type="spellEnd"/>
      <w:r w:rsidRPr="006C6830">
        <w:rPr>
          <w:rFonts w:asciiTheme="majorHAnsi" w:hAnsiTheme="majorHAnsi" w:cstheme="majorHAnsi"/>
        </w:rPr>
        <w:t xml:space="preserve"> </w:t>
      </w:r>
      <w:proofErr w:type="spellStart"/>
      <w:r w:rsidRPr="006C6830">
        <w:rPr>
          <w:rFonts w:asciiTheme="majorHAnsi" w:hAnsiTheme="majorHAnsi" w:cstheme="majorHAnsi"/>
        </w:rPr>
        <w:t>ose</w:t>
      </w:r>
      <w:proofErr w:type="spellEnd"/>
      <w:r w:rsidRPr="006C6830">
        <w:rPr>
          <w:rFonts w:asciiTheme="majorHAnsi" w:hAnsiTheme="majorHAnsi" w:cstheme="majorHAnsi"/>
        </w:rPr>
        <w:t xml:space="preserve"> </w:t>
      </w:r>
      <w:proofErr w:type="spellStart"/>
      <w:r w:rsidRPr="006C6830">
        <w:rPr>
          <w:rFonts w:asciiTheme="majorHAnsi" w:hAnsiTheme="majorHAnsi" w:cstheme="majorHAnsi"/>
        </w:rPr>
        <w:t>koordinues</w:t>
      </w:r>
      <w:proofErr w:type="spellEnd"/>
      <w:r w:rsidR="00000000" w:rsidRPr="00D003F8">
        <w:rPr>
          <w:rFonts w:asciiTheme="majorHAnsi" w:hAnsiTheme="majorHAnsi" w:cstheme="majorHAnsi"/>
          <w:lang w:val="en-GB"/>
        </w:rPr>
        <w:t>,</w:t>
      </w:r>
    </w:p>
    <w:p w14:paraId="4E33C19A" w14:textId="0F367FAA" w:rsidR="003D3D43" w:rsidRPr="00D003F8" w:rsidRDefault="006C6830" w:rsidP="00D003F8">
      <w:pPr>
        <w:jc w:val="both"/>
        <w:rPr>
          <w:rFonts w:asciiTheme="majorHAnsi" w:hAnsiTheme="majorHAnsi" w:cstheme="majorHAnsi"/>
          <w:lang w:val="en-GB"/>
        </w:rPr>
      </w:pPr>
      <w:proofErr w:type="spellStart"/>
      <w:r w:rsidRPr="006C6830">
        <w:rPr>
          <w:rFonts w:asciiTheme="majorHAnsi" w:hAnsiTheme="majorHAnsi" w:cstheme="majorHAnsi"/>
        </w:rPr>
        <w:t>në</w:t>
      </w:r>
      <w:proofErr w:type="spellEnd"/>
      <w:r w:rsidRPr="006C6830">
        <w:rPr>
          <w:rFonts w:asciiTheme="majorHAnsi" w:hAnsiTheme="majorHAnsi" w:cstheme="majorHAnsi"/>
        </w:rPr>
        <w:t xml:space="preserve"> </w:t>
      </w:r>
      <w:proofErr w:type="spellStart"/>
      <w:r w:rsidRPr="006C6830">
        <w:rPr>
          <w:rFonts w:asciiTheme="majorHAnsi" w:hAnsiTheme="majorHAnsi" w:cstheme="majorHAnsi"/>
        </w:rPr>
        <w:t>varësi</w:t>
      </w:r>
      <w:proofErr w:type="spellEnd"/>
      <w:r w:rsidRPr="006C6830">
        <w:rPr>
          <w:rFonts w:asciiTheme="majorHAnsi" w:hAnsiTheme="majorHAnsi" w:cstheme="majorHAnsi"/>
        </w:rPr>
        <w:t xml:space="preserve"> </w:t>
      </w:r>
      <w:proofErr w:type="spellStart"/>
      <w:r w:rsidRPr="006C6830">
        <w:rPr>
          <w:rFonts w:asciiTheme="majorHAnsi" w:hAnsiTheme="majorHAnsi" w:cstheme="majorHAnsi"/>
        </w:rPr>
        <w:t>të</w:t>
      </w:r>
      <w:proofErr w:type="spellEnd"/>
      <w:r w:rsidRPr="006C6830">
        <w:rPr>
          <w:rFonts w:asciiTheme="majorHAnsi" w:hAnsiTheme="majorHAnsi" w:cstheme="majorHAnsi"/>
        </w:rPr>
        <w:t xml:space="preserve"> </w:t>
      </w:r>
      <w:proofErr w:type="spellStart"/>
      <w:r w:rsidRPr="006C6830">
        <w:rPr>
          <w:rFonts w:asciiTheme="majorHAnsi" w:hAnsiTheme="majorHAnsi" w:cstheme="majorHAnsi"/>
        </w:rPr>
        <w:t>rregullimeve</w:t>
      </w:r>
      <w:proofErr w:type="spellEnd"/>
      <w:r w:rsidRPr="006C6830">
        <w:rPr>
          <w:rFonts w:asciiTheme="majorHAnsi" w:hAnsiTheme="majorHAnsi" w:cstheme="majorHAnsi"/>
        </w:rPr>
        <w:t xml:space="preserve"> </w:t>
      </w:r>
      <w:proofErr w:type="spellStart"/>
      <w:r w:rsidRPr="006C6830">
        <w:rPr>
          <w:rFonts w:asciiTheme="majorHAnsi" w:hAnsiTheme="majorHAnsi" w:cstheme="majorHAnsi"/>
        </w:rPr>
        <w:t>ligjore</w:t>
      </w:r>
      <w:proofErr w:type="spellEnd"/>
      <w:r w:rsidRPr="006C6830">
        <w:rPr>
          <w:rFonts w:asciiTheme="majorHAnsi" w:hAnsiTheme="majorHAnsi" w:cstheme="majorHAnsi"/>
        </w:rPr>
        <w:t xml:space="preserve"> </w:t>
      </w:r>
      <w:proofErr w:type="spellStart"/>
      <w:r w:rsidRPr="006C6830">
        <w:rPr>
          <w:rFonts w:asciiTheme="majorHAnsi" w:hAnsiTheme="majorHAnsi" w:cstheme="majorHAnsi"/>
        </w:rPr>
        <w:t>kombëtare</w:t>
      </w:r>
      <w:proofErr w:type="spellEnd"/>
      <w:r w:rsidR="00000000" w:rsidRPr="00D003F8">
        <w:rPr>
          <w:rFonts w:asciiTheme="majorHAnsi" w:hAnsiTheme="majorHAnsi" w:cstheme="majorHAnsi"/>
          <w:lang w:val="en-GB"/>
        </w:rPr>
        <w:t>.</w:t>
      </w:r>
    </w:p>
    <w:p w14:paraId="32970BC2" w14:textId="019A644A" w:rsidR="003D3D43" w:rsidRPr="00D003F8" w:rsidRDefault="00000000" w:rsidP="00D003F8">
      <w:pPr>
        <w:pStyle w:val="Heading1"/>
        <w:jc w:val="both"/>
        <w:rPr>
          <w:sz w:val="22"/>
          <w:szCs w:val="22"/>
          <w:lang w:val="en-GB"/>
        </w:rPr>
      </w:pPr>
      <w:r w:rsidRPr="00D003F8">
        <w:rPr>
          <w:sz w:val="22"/>
          <w:szCs w:val="22"/>
          <w:lang w:val="en-GB"/>
        </w:rPr>
        <w:t>6.</w:t>
      </w:r>
      <w:r w:rsidR="006C6830" w:rsidRPr="006C6830">
        <w:rPr>
          <w:rFonts w:asciiTheme="minorHAnsi" w:eastAsiaTheme="minorEastAsia" w:hAnsiTheme="minorHAnsi" w:cstheme="minorBidi"/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="006C6830" w:rsidRPr="006C6830">
        <w:rPr>
          <w:sz w:val="22"/>
          <w:szCs w:val="22"/>
        </w:rPr>
        <w:t>Kushtet</w:t>
      </w:r>
      <w:proofErr w:type="spellEnd"/>
      <w:r w:rsidR="006C6830" w:rsidRPr="006C6830">
        <w:rPr>
          <w:sz w:val="22"/>
          <w:szCs w:val="22"/>
        </w:rPr>
        <w:t xml:space="preserve"> e </w:t>
      </w:r>
      <w:proofErr w:type="spellStart"/>
      <w:r w:rsidR="006C6830" w:rsidRPr="006C6830">
        <w:rPr>
          <w:sz w:val="22"/>
          <w:szCs w:val="22"/>
        </w:rPr>
        <w:t>pranueshmërisë</w:t>
      </w:r>
      <w:proofErr w:type="spellEnd"/>
    </w:p>
    <w:p w14:paraId="67AAF102" w14:textId="7903F132" w:rsidR="003D3D43" w:rsidRPr="00D003F8" w:rsidRDefault="006C6830" w:rsidP="00D003F8">
      <w:pPr>
        <w:jc w:val="both"/>
        <w:rPr>
          <w:rFonts w:asciiTheme="majorHAnsi" w:hAnsiTheme="majorHAnsi" w:cstheme="majorHAnsi"/>
          <w:lang w:val="en-GB"/>
        </w:rPr>
      </w:pPr>
      <w:proofErr w:type="spellStart"/>
      <w:r w:rsidRPr="006C6830">
        <w:rPr>
          <w:rFonts w:asciiTheme="majorHAnsi" w:hAnsiTheme="majorHAnsi" w:cstheme="majorHAnsi"/>
        </w:rPr>
        <w:t>Përdoruesit</w:t>
      </w:r>
      <w:proofErr w:type="spellEnd"/>
      <w:r w:rsidRPr="006C6830">
        <w:rPr>
          <w:rFonts w:asciiTheme="majorHAnsi" w:hAnsiTheme="majorHAnsi" w:cstheme="majorHAnsi"/>
        </w:rPr>
        <w:t xml:space="preserve"> </w:t>
      </w:r>
      <w:proofErr w:type="spellStart"/>
      <w:r w:rsidRPr="006C6830">
        <w:rPr>
          <w:rFonts w:asciiTheme="majorHAnsi" w:hAnsiTheme="majorHAnsi" w:cstheme="majorHAnsi"/>
        </w:rPr>
        <w:t>duhet</w:t>
      </w:r>
      <w:proofErr w:type="spellEnd"/>
      <w:r w:rsidRPr="006C6830">
        <w:rPr>
          <w:rFonts w:asciiTheme="majorHAnsi" w:hAnsiTheme="majorHAnsi" w:cstheme="majorHAnsi"/>
        </w:rPr>
        <w:t xml:space="preserve"> </w:t>
      </w:r>
      <w:proofErr w:type="spellStart"/>
      <w:r w:rsidRPr="006C6830">
        <w:rPr>
          <w:rFonts w:asciiTheme="majorHAnsi" w:hAnsiTheme="majorHAnsi" w:cstheme="majorHAnsi"/>
        </w:rPr>
        <w:t>të</w:t>
      </w:r>
      <w:proofErr w:type="spellEnd"/>
      <w:r w:rsidRPr="006C6830">
        <w:rPr>
          <w:rFonts w:asciiTheme="majorHAnsi" w:hAnsiTheme="majorHAnsi" w:cstheme="majorHAnsi"/>
        </w:rPr>
        <w:t>:</w:t>
      </w:r>
    </w:p>
    <w:p w14:paraId="23ECCA45" w14:textId="2E6DECCC" w:rsidR="003D3D43" w:rsidRPr="008C0EAF" w:rsidRDefault="006C6830" w:rsidP="008C0EAF">
      <w:pPr>
        <w:pStyle w:val="ListParagraph"/>
        <w:numPr>
          <w:ilvl w:val="0"/>
          <w:numId w:val="13"/>
        </w:numPr>
        <w:jc w:val="both"/>
        <w:rPr>
          <w:rFonts w:asciiTheme="majorHAnsi" w:hAnsiTheme="majorHAnsi" w:cstheme="majorHAnsi"/>
          <w:lang w:val="en-GB"/>
        </w:rPr>
      </w:pPr>
      <w:proofErr w:type="spellStart"/>
      <w:r w:rsidRPr="006C6830">
        <w:rPr>
          <w:rFonts w:asciiTheme="majorHAnsi" w:hAnsiTheme="majorHAnsi" w:cstheme="majorHAnsi"/>
        </w:rPr>
        <w:t>Zotërojnë</w:t>
      </w:r>
      <w:proofErr w:type="spellEnd"/>
      <w:r w:rsidRPr="006C6830">
        <w:rPr>
          <w:rFonts w:asciiTheme="majorHAnsi" w:hAnsiTheme="majorHAnsi" w:cstheme="majorHAnsi"/>
        </w:rPr>
        <w:t xml:space="preserve"> </w:t>
      </w:r>
      <w:proofErr w:type="spellStart"/>
      <w:r w:rsidRPr="006C6830">
        <w:rPr>
          <w:rFonts w:asciiTheme="majorHAnsi" w:hAnsiTheme="majorHAnsi" w:cstheme="majorHAnsi"/>
        </w:rPr>
        <w:t>një</w:t>
      </w:r>
      <w:proofErr w:type="spellEnd"/>
      <w:r w:rsidRPr="006C6830">
        <w:rPr>
          <w:rFonts w:asciiTheme="majorHAnsi" w:hAnsiTheme="majorHAnsi" w:cstheme="majorHAnsi"/>
        </w:rPr>
        <w:t xml:space="preserve"> </w:t>
      </w:r>
      <w:proofErr w:type="spellStart"/>
      <w:r w:rsidRPr="006C6830">
        <w:rPr>
          <w:rFonts w:asciiTheme="majorHAnsi" w:hAnsiTheme="majorHAnsi" w:cstheme="majorHAnsi"/>
        </w:rPr>
        <w:t>kredencial</w:t>
      </w:r>
      <w:proofErr w:type="spellEnd"/>
      <w:r w:rsidRPr="006C6830">
        <w:rPr>
          <w:rFonts w:asciiTheme="majorHAnsi" w:hAnsiTheme="majorHAnsi" w:cstheme="majorHAnsi"/>
        </w:rPr>
        <w:t xml:space="preserve"> </w:t>
      </w:r>
      <w:proofErr w:type="spellStart"/>
      <w:r w:rsidRPr="006C6830">
        <w:rPr>
          <w:rFonts w:asciiTheme="majorHAnsi" w:hAnsiTheme="majorHAnsi" w:cstheme="majorHAnsi"/>
        </w:rPr>
        <w:t>të</w:t>
      </w:r>
      <w:proofErr w:type="spellEnd"/>
      <w:r w:rsidRPr="006C6830">
        <w:rPr>
          <w:rFonts w:asciiTheme="majorHAnsi" w:hAnsiTheme="majorHAnsi" w:cstheme="majorHAnsi"/>
        </w:rPr>
        <w:t xml:space="preserve"> </w:t>
      </w:r>
      <w:proofErr w:type="spellStart"/>
      <w:r w:rsidRPr="006C6830">
        <w:rPr>
          <w:rFonts w:asciiTheme="majorHAnsi" w:hAnsiTheme="majorHAnsi" w:cstheme="majorHAnsi"/>
        </w:rPr>
        <w:t>vlefshëm</w:t>
      </w:r>
      <w:proofErr w:type="spellEnd"/>
      <w:r w:rsidRPr="006C6830">
        <w:rPr>
          <w:rFonts w:asciiTheme="majorHAnsi" w:hAnsiTheme="majorHAnsi" w:cstheme="majorHAnsi"/>
        </w:rPr>
        <w:t xml:space="preserve"> </w:t>
      </w:r>
      <w:proofErr w:type="spellStart"/>
      <w:r w:rsidRPr="006C6830">
        <w:rPr>
          <w:rFonts w:asciiTheme="majorHAnsi" w:hAnsiTheme="majorHAnsi" w:cstheme="majorHAnsi"/>
        </w:rPr>
        <w:t>të</w:t>
      </w:r>
      <w:proofErr w:type="spellEnd"/>
      <w:r w:rsidRPr="006C6830">
        <w:rPr>
          <w:rFonts w:asciiTheme="majorHAnsi" w:hAnsiTheme="majorHAnsi" w:cstheme="majorHAnsi"/>
        </w:rPr>
        <w:t xml:space="preserve"> </w:t>
      </w:r>
      <w:proofErr w:type="spellStart"/>
      <w:r w:rsidRPr="006C6830">
        <w:rPr>
          <w:rFonts w:asciiTheme="majorHAnsi" w:hAnsiTheme="majorHAnsi" w:cstheme="majorHAnsi"/>
        </w:rPr>
        <w:t>identitetit</w:t>
      </w:r>
      <w:proofErr w:type="spellEnd"/>
      <w:r w:rsidRPr="006C6830">
        <w:rPr>
          <w:rFonts w:asciiTheme="majorHAnsi" w:hAnsiTheme="majorHAnsi" w:cstheme="majorHAnsi"/>
        </w:rPr>
        <w:t xml:space="preserve"> </w:t>
      </w:r>
      <w:proofErr w:type="spellStart"/>
      <w:r w:rsidRPr="006C6830">
        <w:rPr>
          <w:rFonts w:asciiTheme="majorHAnsi" w:hAnsiTheme="majorHAnsi" w:cstheme="majorHAnsi"/>
        </w:rPr>
        <w:t>elektronik</w:t>
      </w:r>
      <w:proofErr w:type="spellEnd"/>
      <w:r w:rsidRPr="006C6830">
        <w:rPr>
          <w:rFonts w:asciiTheme="majorHAnsi" w:hAnsiTheme="majorHAnsi" w:cstheme="majorHAnsi"/>
        </w:rPr>
        <w:t xml:space="preserve">, </w:t>
      </w:r>
      <w:proofErr w:type="spellStart"/>
      <w:r w:rsidRPr="006C6830">
        <w:rPr>
          <w:rFonts w:asciiTheme="majorHAnsi" w:hAnsiTheme="majorHAnsi" w:cstheme="majorHAnsi"/>
        </w:rPr>
        <w:t>të</w:t>
      </w:r>
      <w:proofErr w:type="spellEnd"/>
      <w:r w:rsidRPr="006C6830">
        <w:rPr>
          <w:rFonts w:asciiTheme="majorHAnsi" w:hAnsiTheme="majorHAnsi" w:cstheme="majorHAnsi"/>
        </w:rPr>
        <w:t xml:space="preserve"> </w:t>
      </w:r>
      <w:proofErr w:type="spellStart"/>
      <w:r w:rsidRPr="006C6830">
        <w:rPr>
          <w:rFonts w:asciiTheme="majorHAnsi" w:hAnsiTheme="majorHAnsi" w:cstheme="majorHAnsi"/>
        </w:rPr>
        <w:t>lëshuar</w:t>
      </w:r>
      <w:proofErr w:type="spellEnd"/>
      <w:r w:rsidRPr="006C6830">
        <w:rPr>
          <w:rFonts w:asciiTheme="majorHAnsi" w:hAnsiTheme="majorHAnsi" w:cstheme="majorHAnsi"/>
        </w:rPr>
        <w:t xml:space="preserve"> </w:t>
      </w:r>
      <w:proofErr w:type="spellStart"/>
      <w:r w:rsidRPr="006C6830">
        <w:rPr>
          <w:rFonts w:asciiTheme="majorHAnsi" w:hAnsiTheme="majorHAnsi" w:cstheme="majorHAnsi"/>
        </w:rPr>
        <w:t>ose</w:t>
      </w:r>
      <w:proofErr w:type="spellEnd"/>
      <w:r w:rsidRPr="006C6830">
        <w:rPr>
          <w:rFonts w:asciiTheme="majorHAnsi" w:hAnsiTheme="majorHAnsi" w:cstheme="majorHAnsi"/>
        </w:rPr>
        <w:t xml:space="preserve"> </w:t>
      </w:r>
      <w:proofErr w:type="spellStart"/>
      <w:r w:rsidRPr="006C6830">
        <w:rPr>
          <w:rFonts w:asciiTheme="majorHAnsi" w:hAnsiTheme="majorHAnsi" w:cstheme="majorHAnsi"/>
        </w:rPr>
        <w:t>të</w:t>
      </w:r>
      <w:proofErr w:type="spellEnd"/>
      <w:r w:rsidRPr="006C6830">
        <w:rPr>
          <w:rFonts w:asciiTheme="majorHAnsi" w:hAnsiTheme="majorHAnsi" w:cstheme="majorHAnsi"/>
        </w:rPr>
        <w:t xml:space="preserve"> </w:t>
      </w:r>
      <w:proofErr w:type="spellStart"/>
      <w:r w:rsidRPr="006C6830">
        <w:rPr>
          <w:rFonts w:asciiTheme="majorHAnsi" w:hAnsiTheme="majorHAnsi" w:cstheme="majorHAnsi"/>
        </w:rPr>
        <w:t>njohur</w:t>
      </w:r>
      <w:proofErr w:type="spellEnd"/>
      <w:r w:rsidRPr="006C6830">
        <w:rPr>
          <w:rFonts w:asciiTheme="majorHAnsi" w:hAnsiTheme="majorHAnsi" w:cstheme="majorHAnsi"/>
        </w:rPr>
        <w:t xml:space="preserve"> </w:t>
      </w:r>
      <w:proofErr w:type="spellStart"/>
      <w:r w:rsidRPr="006C6830">
        <w:rPr>
          <w:rFonts w:asciiTheme="majorHAnsi" w:hAnsiTheme="majorHAnsi" w:cstheme="majorHAnsi"/>
        </w:rPr>
        <w:t>nga</w:t>
      </w:r>
      <w:proofErr w:type="spellEnd"/>
      <w:r w:rsidRPr="006C6830">
        <w:rPr>
          <w:rFonts w:asciiTheme="majorHAnsi" w:hAnsiTheme="majorHAnsi" w:cstheme="majorHAnsi"/>
        </w:rPr>
        <w:t xml:space="preserve"> </w:t>
      </w:r>
      <w:proofErr w:type="spellStart"/>
      <w:r w:rsidRPr="006C6830">
        <w:rPr>
          <w:rFonts w:asciiTheme="majorHAnsi" w:hAnsiTheme="majorHAnsi" w:cstheme="majorHAnsi"/>
        </w:rPr>
        <w:t>Autoriteti</w:t>
      </w:r>
      <w:proofErr w:type="spellEnd"/>
      <w:r w:rsidR="00000000" w:rsidRPr="008C0EAF">
        <w:rPr>
          <w:rFonts w:asciiTheme="majorHAnsi" w:hAnsiTheme="majorHAnsi" w:cstheme="majorHAnsi"/>
          <w:lang w:val="en-GB"/>
        </w:rPr>
        <w:t>;</w:t>
      </w:r>
    </w:p>
    <w:p w14:paraId="4E188C29" w14:textId="1C81C46A" w:rsidR="003D3D43" w:rsidRPr="008C0EAF" w:rsidRDefault="006C6830" w:rsidP="008C0EAF">
      <w:pPr>
        <w:pStyle w:val="ListParagraph"/>
        <w:numPr>
          <w:ilvl w:val="0"/>
          <w:numId w:val="13"/>
        </w:numPr>
        <w:jc w:val="both"/>
        <w:rPr>
          <w:rFonts w:asciiTheme="majorHAnsi" w:hAnsiTheme="majorHAnsi" w:cstheme="majorHAnsi"/>
          <w:lang w:val="en-GB"/>
        </w:rPr>
      </w:pPr>
      <w:proofErr w:type="spellStart"/>
      <w:r w:rsidRPr="006C6830">
        <w:rPr>
          <w:rFonts w:asciiTheme="majorHAnsi" w:hAnsiTheme="majorHAnsi" w:cstheme="majorHAnsi"/>
        </w:rPr>
        <w:t>Përfundojnë</w:t>
      </w:r>
      <w:proofErr w:type="spellEnd"/>
      <w:r w:rsidRPr="006C6830">
        <w:rPr>
          <w:rFonts w:asciiTheme="majorHAnsi" w:hAnsiTheme="majorHAnsi" w:cstheme="majorHAnsi"/>
        </w:rPr>
        <w:t xml:space="preserve"> me </w:t>
      </w:r>
      <w:proofErr w:type="spellStart"/>
      <w:r w:rsidRPr="006C6830">
        <w:rPr>
          <w:rFonts w:asciiTheme="majorHAnsi" w:hAnsiTheme="majorHAnsi" w:cstheme="majorHAnsi"/>
        </w:rPr>
        <w:t>sukses</w:t>
      </w:r>
      <w:proofErr w:type="spellEnd"/>
      <w:r w:rsidRPr="006C6830">
        <w:rPr>
          <w:rFonts w:asciiTheme="majorHAnsi" w:hAnsiTheme="majorHAnsi" w:cstheme="majorHAnsi"/>
        </w:rPr>
        <w:t xml:space="preserve"> </w:t>
      </w:r>
      <w:proofErr w:type="spellStart"/>
      <w:r w:rsidRPr="006C6830">
        <w:rPr>
          <w:rFonts w:asciiTheme="majorHAnsi" w:hAnsiTheme="majorHAnsi" w:cstheme="majorHAnsi"/>
        </w:rPr>
        <w:t>procedurat</w:t>
      </w:r>
      <w:proofErr w:type="spellEnd"/>
      <w:r w:rsidRPr="006C6830">
        <w:rPr>
          <w:rFonts w:asciiTheme="majorHAnsi" w:hAnsiTheme="majorHAnsi" w:cstheme="majorHAnsi"/>
        </w:rPr>
        <w:t xml:space="preserve"> e </w:t>
      </w:r>
      <w:proofErr w:type="spellStart"/>
      <w:r w:rsidRPr="006C6830">
        <w:rPr>
          <w:rFonts w:asciiTheme="majorHAnsi" w:hAnsiTheme="majorHAnsi" w:cstheme="majorHAnsi"/>
        </w:rPr>
        <w:t>verifikimit</w:t>
      </w:r>
      <w:proofErr w:type="spellEnd"/>
      <w:r w:rsidRPr="006C6830">
        <w:rPr>
          <w:rFonts w:asciiTheme="majorHAnsi" w:hAnsiTheme="majorHAnsi" w:cstheme="majorHAnsi"/>
        </w:rPr>
        <w:t xml:space="preserve"> </w:t>
      </w:r>
      <w:proofErr w:type="spellStart"/>
      <w:r w:rsidRPr="006C6830">
        <w:rPr>
          <w:rFonts w:asciiTheme="majorHAnsi" w:hAnsiTheme="majorHAnsi" w:cstheme="majorHAnsi"/>
        </w:rPr>
        <w:t>të</w:t>
      </w:r>
      <w:proofErr w:type="spellEnd"/>
      <w:r w:rsidRPr="006C6830">
        <w:rPr>
          <w:rFonts w:asciiTheme="majorHAnsi" w:hAnsiTheme="majorHAnsi" w:cstheme="majorHAnsi"/>
        </w:rPr>
        <w:t xml:space="preserve"> </w:t>
      </w:r>
      <w:proofErr w:type="spellStart"/>
      <w:r w:rsidRPr="006C6830">
        <w:rPr>
          <w:rFonts w:asciiTheme="majorHAnsi" w:hAnsiTheme="majorHAnsi" w:cstheme="majorHAnsi"/>
        </w:rPr>
        <w:t>identitetit</w:t>
      </w:r>
      <w:proofErr w:type="spellEnd"/>
      <w:r w:rsidRPr="006C6830">
        <w:rPr>
          <w:rFonts w:asciiTheme="majorHAnsi" w:hAnsiTheme="majorHAnsi" w:cstheme="majorHAnsi"/>
        </w:rPr>
        <w:t xml:space="preserve"> </w:t>
      </w:r>
      <w:proofErr w:type="spellStart"/>
      <w:r w:rsidRPr="006C6830">
        <w:rPr>
          <w:rFonts w:asciiTheme="majorHAnsi" w:hAnsiTheme="majorHAnsi" w:cstheme="majorHAnsi"/>
        </w:rPr>
        <w:t>në</w:t>
      </w:r>
      <w:proofErr w:type="spellEnd"/>
      <w:r w:rsidRPr="006C6830">
        <w:rPr>
          <w:rFonts w:asciiTheme="majorHAnsi" w:hAnsiTheme="majorHAnsi" w:cstheme="majorHAnsi"/>
        </w:rPr>
        <w:t xml:space="preserve"> </w:t>
      </w:r>
      <w:proofErr w:type="spellStart"/>
      <w:r w:rsidRPr="006C6830">
        <w:rPr>
          <w:rFonts w:asciiTheme="majorHAnsi" w:hAnsiTheme="majorHAnsi" w:cstheme="majorHAnsi"/>
        </w:rPr>
        <w:t>përputhje</w:t>
      </w:r>
      <w:proofErr w:type="spellEnd"/>
      <w:r w:rsidRPr="006C6830">
        <w:rPr>
          <w:rFonts w:asciiTheme="majorHAnsi" w:hAnsiTheme="majorHAnsi" w:cstheme="majorHAnsi"/>
        </w:rPr>
        <w:t xml:space="preserve"> me </w:t>
      </w:r>
      <w:proofErr w:type="spellStart"/>
      <w:r w:rsidRPr="006C6830">
        <w:rPr>
          <w:rFonts w:asciiTheme="majorHAnsi" w:hAnsiTheme="majorHAnsi" w:cstheme="majorHAnsi"/>
        </w:rPr>
        <w:t>nivelet</w:t>
      </w:r>
      <w:proofErr w:type="spellEnd"/>
      <w:r w:rsidRPr="006C6830">
        <w:rPr>
          <w:rFonts w:asciiTheme="majorHAnsi" w:hAnsiTheme="majorHAnsi" w:cstheme="majorHAnsi"/>
        </w:rPr>
        <w:t xml:space="preserve"> e </w:t>
      </w:r>
      <w:proofErr w:type="spellStart"/>
      <w:r w:rsidRPr="006C6830">
        <w:rPr>
          <w:rFonts w:asciiTheme="majorHAnsi" w:hAnsiTheme="majorHAnsi" w:cstheme="majorHAnsi"/>
        </w:rPr>
        <w:t>sigurimit</w:t>
      </w:r>
      <w:proofErr w:type="spellEnd"/>
      <w:r w:rsidRPr="006C6830">
        <w:rPr>
          <w:rFonts w:asciiTheme="majorHAnsi" w:hAnsiTheme="majorHAnsi" w:cstheme="majorHAnsi"/>
        </w:rPr>
        <w:t xml:space="preserve"> </w:t>
      </w:r>
      <w:proofErr w:type="spellStart"/>
      <w:r w:rsidRPr="006C6830">
        <w:rPr>
          <w:rFonts w:asciiTheme="majorHAnsi" w:hAnsiTheme="majorHAnsi" w:cstheme="majorHAnsi"/>
        </w:rPr>
        <w:t>të</w:t>
      </w:r>
      <w:proofErr w:type="spellEnd"/>
      <w:r w:rsidRPr="006C6830">
        <w:rPr>
          <w:rFonts w:asciiTheme="majorHAnsi" w:hAnsiTheme="majorHAnsi" w:cstheme="majorHAnsi"/>
        </w:rPr>
        <w:t xml:space="preserve"> </w:t>
      </w:r>
      <w:proofErr w:type="spellStart"/>
      <w:r w:rsidRPr="006C6830">
        <w:rPr>
          <w:rFonts w:asciiTheme="majorHAnsi" w:hAnsiTheme="majorHAnsi" w:cstheme="majorHAnsi"/>
        </w:rPr>
        <w:t>përcaktuara</w:t>
      </w:r>
      <w:proofErr w:type="spellEnd"/>
      <w:r w:rsidRPr="006C6830">
        <w:rPr>
          <w:rFonts w:asciiTheme="majorHAnsi" w:hAnsiTheme="majorHAnsi" w:cstheme="majorHAnsi"/>
        </w:rPr>
        <w:t xml:space="preserve"> </w:t>
      </w:r>
      <w:proofErr w:type="spellStart"/>
      <w:r w:rsidRPr="006C6830">
        <w:rPr>
          <w:rFonts w:asciiTheme="majorHAnsi" w:hAnsiTheme="majorHAnsi" w:cstheme="majorHAnsi"/>
        </w:rPr>
        <w:t>nga</w:t>
      </w:r>
      <w:proofErr w:type="spellEnd"/>
      <w:r w:rsidRPr="006C6830">
        <w:rPr>
          <w:rFonts w:asciiTheme="majorHAnsi" w:hAnsiTheme="majorHAnsi" w:cstheme="majorHAnsi"/>
        </w:rPr>
        <w:t xml:space="preserve"> </w:t>
      </w:r>
      <w:proofErr w:type="spellStart"/>
      <w:r w:rsidRPr="006C6830">
        <w:rPr>
          <w:rFonts w:asciiTheme="majorHAnsi" w:hAnsiTheme="majorHAnsi" w:cstheme="majorHAnsi"/>
        </w:rPr>
        <w:t>eIDAS</w:t>
      </w:r>
      <w:proofErr w:type="spellEnd"/>
      <w:r w:rsidR="00000000" w:rsidRPr="008C0EAF">
        <w:rPr>
          <w:rFonts w:asciiTheme="majorHAnsi" w:hAnsiTheme="majorHAnsi" w:cstheme="majorHAnsi"/>
          <w:lang w:val="en-GB"/>
        </w:rPr>
        <w:t>;</w:t>
      </w:r>
    </w:p>
    <w:p w14:paraId="29EBF2DF" w14:textId="3083954C" w:rsidR="003D3D43" w:rsidRPr="008C0EAF" w:rsidRDefault="006C6830" w:rsidP="008C0EAF">
      <w:pPr>
        <w:pStyle w:val="ListParagraph"/>
        <w:numPr>
          <w:ilvl w:val="0"/>
          <w:numId w:val="13"/>
        </w:numPr>
        <w:jc w:val="both"/>
        <w:rPr>
          <w:rFonts w:asciiTheme="majorHAnsi" w:hAnsiTheme="majorHAnsi" w:cstheme="majorHAnsi"/>
          <w:lang w:val="en-GB"/>
        </w:rPr>
      </w:pPr>
      <w:proofErr w:type="spellStart"/>
      <w:r w:rsidRPr="006C6830">
        <w:rPr>
          <w:rFonts w:asciiTheme="majorHAnsi" w:hAnsiTheme="majorHAnsi" w:cstheme="majorHAnsi"/>
        </w:rPr>
        <w:t>Ruajnë</w:t>
      </w:r>
      <w:proofErr w:type="spellEnd"/>
      <w:r w:rsidRPr="006C6830">
        <w:rPr>
          <w:rFonts w:asciiTheme="majorHAnsi" w:hAnsiTheme="majorHAnsi" w:cstheme="majorHAnsi"/>
        </w:rPr>
        <w:t xml:space="preserve"> </w:t>
      </w:r>
      <w:proofErr w:type="spellStart"/>
      <w:r w:rsidRPr="006C6830">
        <w:rPr>
          <w:rFonts w:asciiTheme="majorHAnsi" w:hAnsiTheme="majorHAnsi" w:cstheme="majorHAnsi"/>
        </w:rPr>
        <w:t>kontrollin</w:t>
      </w:r>
      <w:proofErr w:type="spellEnd"/>
      <w:r w:rsidRPr="006C6830">
        <w:rPr>
          <w:rFonts w:asciiTheme="majorHAnsi" w:hAnsiTheme="majorHAnsi" w:cstheme="majorHAnsi"/>
        </w:rPr>
        <w:t xml:space="preserve"> </w:t>
      </w:r>
      <w:proofErr w:type="spellStart"/>
      <w:r w:rsidRPr="006C6830">
        <w:rPr>
          <w:rFonts w:asciiTheme="majorHAnsi" w:hAnsiTheme="majorHAnsi" w:cstheme="majorHAnsi"/>
        </w:rPr>
        <w:t>mbi</w:t>
      </w:r>
      <w:proofErr w:type="spellEnd"/>
      <w:r w:rsidRPr="006C6830">
        <w:rPr>
          <w:rFonts w:asciiTheme="majorHAnsi" w:hAnsiTheme="majorHAnsi" w:cstheme="majorHAnsi"/>
        </w:rPr>
        <w:t xml:space="preserve"> </w:t>
      </w:r>
      <w:proofErr w:type="spellStart"/>
      <w:r w:rsidRPr="006C6830">
        <w:rPr>
          <w:rFonts w:asciiTheme="majorHAnsi" w:hAnsiTheme="majorHAnsi" w:cstheme="majorHAnsi"/>
        </w:rPr>
        <w:t>kredencialet</w:t>
      </w:r>
      <w:proofErr w:type="spellEnd"/>
      <w:r w:rsidRPr="006C6830">
        <w:rPr>
          <w:rFonts w:asciiTheme="majorHAnsi" w:hAnsiTheme="majorHAnsi" w:cstheme="majorHAnsi"/>
        </w:rPr>
        <w:t xml:space="preserve"> </w:t>
      </w:r>
      <w:proofErr w:type="spellStart"/>
      <w:r w:rsidRPr="006C6830">
        <w:rPr>
          <w:rFonts w:asciiTheme="majorHAnsi" w:hAnsiTheme="majorHAnsi" w:cstheme="majorHAnsi"/>
        </w:rPr>
        <w:t>dhe</w:t>
      </w:r>
      <w:proofErr w:type="spellEnd"/>
      <w:r w:rsidRPr="006C6830">
        <w:rPr>
          <w:rFonts w:asciiTheme="majorHAnsi" w:hAnsiTheme="majorHAnsi" w:cstheme="majorHAnsi"/>
        </w:rPr>
        <w:t xml:space="preserve"> </w:t>
      </w:r>
      <w:proofErr w:type="spellStart"/>
      <w:r w:rsidRPr="006C6830">
        <w:rPr>
          <w:rFonts w:asciiTheme="majorHAnsi" w:hAnsiTheme="majorHAnsi" w:cstheme="majorHAnsi"/>
        </w:rPr>
        <w:t>pajisjet</w:t>
      </w:r>
      <w:proofErr w:type="spellEnd"/>
      <w:r w:rsidRPr="006C6830">
        <w:rPr>
          <w:rFonts w:asciiTheme="majorHAnsi" w:hAnsiTheme="majorHAnsi" w:cstheme="majorHAnsi"/>
        </w:rPr>
        <w:t xml:space="preserve"> e </w:t>
      </w:r>
      <w:proofErr w:type="spellStart"/>
      <w:r w:rsidRPr="006C6830">
        <w:rPr>
          <w:rFonts w:asciiTheme="majorHAnsi" w:hAnsiTheme="majorHAnsi" w:cstheme="majorHAnsi"/>
        </w:rPr>
        <w:t>autentifikimit</w:t>
      </w:r>
      <w:proofErr w:type="spellEnd"/>
      <w:r w:rsidR="00000000" w:rsidRPr="008C0EAF">
        <w:rPr>
          <w:rFonts w:asciiTheme="majorHAnsi" w:hAnsiTheme="majorHAnsi" w:cstheme="majorHAnsi"/>
          <w:lang w:val="en-GB"/>
        </w:rPr>
        <w:t>.</w:t>
      </w:r>
    </w:p>
    <w:p w14:paraId="5BD127E2" w14:textId="51DEDDE9" w:rsidR="003D3D43" w:rsidRPr="00D003F8" w:rsidRDefault="00000000" w:rsidP="00D003F8">
      <w:pPr>
        <w:pStyle w:val="Heading1"/>
        <w:jc w:val="both"/>
        <w:rPr>
          <w:sz w:val="22"/>
          <w:szCs w:val="22"/>
          <w:lang w:val="en-GB"/>
        </w:rPr>
      </w:pPr>
      <w:r w:rsidRPr="00D003F8">
        <w:rPr>
          <w:sz w:val="22"/>
          <w:szCs w:val="22"/>
          <w:lang w:val="en-GB"/>
        </w:rPr>
        <w:t xml:space="preserve">7. </w:t>
      </w:r>
      <w:proofErr w:type="spellStart"/>
      <w:r w:rsidR="006C6830" w:rsidRPr="006C6830">
        <w:rPr>
          <w:sz w:val="22"/>
          <w:szCs w:val="22"/>
        </w:rPr>
        <w:t>Autentifikimi</w:t>
      </w:r>
      <w:proofErr w:type="spellEnd"/>
      <w:r w:rsidR="006C6830" w:rsidRPr="006C6830">
        <w:rPr>
          <w:sz w:val="22"/>
          <w:szCs w:val="22"/>
        </w:rPr>
        <w:t xml:space="preserve"> </w:t>
      </w:r>
      <w:proofErr w:type="spellStart"/>
      <w:r w:rsidR="006C6830" w:rsidRPr="006C6830">
        <w:rPr>
          <w:sz w:val="22"/>
          <w:szCs w:val="22"/>
        </w:rPr>
        <w:t>dhe</w:t>
      </w:r>
      <w:proofErr w:type="spellEnd"/>
      <w:r w:rsidR="006C6830" w:rsidRPr="006C6830">
        <w:rPr>
          <w:sz w:val="22"/>
          <w:szCs w:val="22"/>
        </w:rPr>
        <w:t xml:space="preserve"> </w:t>
      </w:r>
      <w:proofErr w:type="spellStart"/>
      <w:r w:rsidR="006C6830" w:rsidRPr="006C6830">
        <w:rPr>
          <w:sz w:val="22"/>
          <w:szCs w:val="22"/>
        </w:rPr>
        <w:t>krijimi</w:t>
      </w:r>
      <w:proofErr w:type="spellEnd"/>
      <w:r w:rsidR="006C6830" w:rsidRPr="006C6830">
        <w:rPr>
          <w:sz w:val="22"/>
          <w:szCs w:val="22"/>
        </w:rPr>
        <w:t xml:space="preserve"> </w:t>
      </w:r>
      <w:proofErr w:type="spellStart"/>
      <w:r w:rsidR="006C6830" w:rsidRPr="006C6830">
        <w:rPr>
          <w:sz w:val="22"/>
          <w:szCs w:val="22"/>
        </w:rPr>
        <w:t>i</w:t>
      </w:r>
      <w:proofErr w:type="spellEnd"/>
      <w:r w:rsidR="006C6830" w:rsidRPr="006C6830">
        <w:rPr>
          <w:sz w:val="22"/>
          <w:szCs w:val="22"/>
        </w:rPr>
        <w:t xml:space="preserve"> </w:t>
      </w:r>
      <w:proofErr w:type="spellStart"/>
      <w:r w:rsidR="006C6830" w:rsidRPr="006C6830">
        <w:rPr>
          <w:sz w:val="22"/>
          <w:szCs w:val="22"/>
        </w:rPr>
        <w:t>nënshkrimit</w:t>
      </w:r>
      <w:proofErr w:type="spellEnd"/>
    </w:p>
    <w:p w14:paraId="01F3DEE6" w14:textId="65C89F1E" w:rsidR="003D3D43" w:rsidRPr="00D003F8" w:rsidRDefault="006C6830" w:rsidP="00D003F8">
      <w:pPr>
        <w:jc w:val="both"/>
        <w:rPr>
          <w:rFonts w:asciiTheme="majorHAnsi" w:hAnsiTheme="majorHAnsi" w:cstheme="majorHAnsi"/>
          <w:lang w:val="en-GB"/>
        </w:rPr>
      </w:pPr>
      <w:proofErr w:type="spellStart"/>
      <w:r w:rsidRPr="006C6830">
        <w:rPr>
          <w:rFonts w:asciiTheme="majorHAnsi" w:hAnsiTheme="majorHAnsi" w:cstheme="majorHAnsi"/>
        </w:rPr>
        <w:t>Aplikacioni</w:t>
      </w:r>
      <w:proofErr w:type="spellEnd"/>
      <w:r w:rsidRPr="006C6830">
        <w:rPr>
          <w:rFonts w:asciiTheme="majorHAnsi" w:hAnsiTheme="majorHAnsi" w:cstheme="majorHAnsi"/>
        </w:rPr>
        <w:t xml:space="preserve"> </w:t>
      </w:r>
      <w:proofErr w:type="spellStart"/>
      <w:r w:rsidRPr="006C6830">
        <w:rPr>
          <w:rFonts w:asciiTheme="majorHAnsi" w:hAnsiTheme="majorHAnsi" w:cstheme="majorHAnsi"/>
        </w:rPr>
        <w:t>mund</w:t>
      </w:r>
      <w:proofErr w:type="spellEnd"/>
      <w:r w:rsidRPr="006C6830">
        <w:rPr>
          <w:rFonts w:asciiTheme="majorHAnsi" w:hAnsiTheme="majorHAnsi" w:cstheme="majorHAnsi"/>
        </w:rPr>
        <w:t xml:space="preserve"> </w:t>
      </w:r>
      <w:proofErr w:type="spellStart"/>
      <w:r w:rsidRPr="006C6830">
        <w:rPr>
          <w:rFonts w:asciiTheme="majorHAnsi" w:hAnsiTheme="majorHAnsi" w:cstheme="majorHAnsi"/>
        </w:rPr>
        <w:t>të</w:t>
      </w:r>
      <w:proofErr w:type="spellEnd"/>
      <w:r w:rsidRPr="006C6830">
        <w:rPr>
          <w:rFonts w:asciiTheme="majorHAnsi" w:hAnsiTheme="majorHAnsi" w:cstheme="majorHAnsi"/>
        </w:rPr>
        <w:t xml:space="preserve"> </w:t>
      </w:r>
      <w:proofErr w:type="spellStart"/>
      <w:r w:rsidRPr="006C6830">
        <w:rPr>
          <w:rFonts w:asciiTheme="majorHAnsi" w:hAnsiTheme="majorHAnsi" w:cstheme="majorHAnsi"/>
        </w:rPr>
        <w:t>përdorë</w:t>
      </w:r>
      <w:proofErr w:type="spellEnd"/>
      <w:r w:rsidRPr="006C6830">
        <w:rPr>
          <w:rFonts w:asciiTheme="majorHAnsi" w:hAnsiTheme="majorHAnsi" w:cstheme="majorHAnsi"/>
        </w:rPr>
        <w:t xml:space="preserve"> </w:t>
      </w:r>
      <w:proofErr w:type="spellStart"/>
      <w:r w:rsidRPr="006C6830">
        <w:rPr>
          <w:rFonts w:asciiTheme="majorHAnsi" w:hAnsiTheme="majorHAnsi" w:cstheme="majorHAnsi"/>
        </w:rPr>
        <w:t>mekanizma</w:t>
      </w:r>
      <w:proofErr w:type="spellEnd"/>
      <w:r w:rsidRPr="006C6830">
        <w:rPr>
          <w:rFonts w:asciiTheme="majorHAnsi" w:hAnsiTheme="majorHAnsi" w:cstheme="majorHAnsi"/>
        </w:rPr>
        <w:t xml:space="preserve"> </w:t>
      </w:r>
      <w:proofErr w:type="spellStart"/>
      <w:r w:rsidRPr="006C6830">
        <w:rPr>
          <w:rFonts w:asciiTheme="majorHAnsi" w:hAnsiTheme="majorHAnsi" w:cstheme="majorHAnsi"/>
        </w:rPr>
        <w:t>të</w:t>
      </w:r>
      <w:proofErr w:type="spellEnd"/>
      <w:r w:rsidRPr="006C6830">
        <w:rPr>
          <w:rFonts w:asciiTheme="majorHAnsi" w:hAnsiTheme="majorHAnsi" w:cstheme="majorHAnsi"/>
        </w:rPr>
        <w:t xml:space="preserve"> </w:t>
      </w:r>
      <w:proofErr w:type="spellStart"/>
      <w:r w:rsidRPr="006C6830">
        <w:rPr>
          <w:rFonts w:asciiTheme="majorHAnsi" w:hAnsiTheme="majorHAnsi" w:cstheme="majorHAnsi"/>
        </w:rPr>
        <w:t>fortë</w:t>
      </w:r>
      <w:proofErr w:type="spellEnd"/>
      <w:r w:rsidRPr="006C6830">
        <w:rPr>
          <w:rFonts w:asciiTheme="majorHAnsi" w:hAnsiTheme="majorHAnsi" w:cstheme="majorHAnsi"/>
        </w:rPr>
        <w:t xml:space="preserve"> </w:t>
      </w:r>
      <w:proofErr w:type="spellStart"/>
      <w:r w:rsidRPr="006C6830">
        <w:rPr>
          <w:rFonts w:asciiTheme="majorHAnsi" w:hAnsiTheme="majorHAnsi" w:cstheme="majorHAnsi"/>
        </w:rPr>
        <w:t>të</w:t>
      </w:r>
      <w:proofErr w:type="spellEnd"/>
      <w:r w:rsidRPr="006C6830">
        <w:rPr>
          <w:rFonts w:asciiTheme="majorHAnsi" w:hAnsiTheme="majorHAnsi" w:cstheme="majorHAnsi"/>
        </w:rPr>
        <w:t xml:space="preserve"> </w:t>
      </w:r>
      <w:proofErr w:type="spellStart"/>
      <w:r w:rsidRPr="006C6830">
        <w:rPr>
          <w:rFonts w:asciiTheme="majorHAnsi" w:hAnsiTheme="majorHAnsi" w:cstheme="majorHAnsi"/>
        </w:rPr>
        <w:t>autentifikimit</w:t>
      </w:r>
      <w:proofErr w:type="spellEnd"/>
      <w:r w:rsidRPr="006C6830">
        <w:rPr>
          <w:rFonts w:asciiTheme="majorHAnsi" w:hAnsiTheme="majorHAnsi" w:cstheme="majorHAnsi"/>
        </w:rPr>
        <w:t xml:space="preserve">, duke </w:t>
      </w:r>
      <w:proofErr w:type="spellStart"/>
      <w:r w:rsidRPr="006C6830">
        <w:rPr>
          <w:rFonts w:asciiTheme="majorHAnsi" w:hAnsiTheme="majorHAnsi" w:cstheme="majorHAnsi"/>
        </w:rPr>
        <w:t>përfshirë</w:t>
      </w:r>
      <w:proofErr w:type="spellEnd"/>
      <w:r w:rsidR="00000000" w:rsidRPr="00D003F8">
        <w:rPr>
          <w:rFonts w:asciiTheme="majorHAnsi" w:hAnsiTheme="majorHAnsi" w:cstheme="majorHAnsi"/>
          <w:lang w:val="en-GB"/>
        </w:rPr>
        <w:t>:</w:t>
      </w:r>
    </w:p>
    <w:p w14:paraId="03BAD036" w14:textId="6B51638B" w:rsidR="003D3D43" w:rsidRPr="00D003F8" w:rsidRDefault="006C6830" w:rsidP="00D003F8">
      <w:pPr>
        <w:pStyle w:val="ListParagraph"/>
        <w:numPr>
          <w:ilvl w:val="0"/>
          <w:numId w:val="11"/>
        </w:numPr>
        <w:jc w:val="both"/>
        <w:rPr>
          <w:rFonts w:asciiTheme="majorHAnsi" w:hAnsiTheme="majorHAnsi" w:cstheme="majorHAnsi"/>
          <w:lang w:val="en-GB"/>
        </w:rPr>
      </w:pPr>
      <w:proofErr w:type="spellStart"/>
      <w:r w:rsidRPr="006C6830">
        <w:rPr>
          <w:rFonts w:asciiTheme="majorHAnsi" w:hAnsiTheme="majorHAnsi" w:cstheme="majorHAnsi"/>
        </w:rPr>
        <w:t>Fjalëkalime</w:t>
      </w:r>
      <w:proofErr w:type="spellEnd"/>
      <w:r w:rsidRPr="006C6830">
        <w:rPr>
          <w:rFonts w:asciiTheme="majorHAnsi" w:hAnsiTheme="majorHAnsi" w:cstheme="majorHAnsi"/>
        </w:rPr>
        <w:t xml:space="preserve"> </w:t>
      </w:r>
      <w:proofErr w:type="spellStart"/>
      <w:r w:rsidRPr="006C6830">
        <w:rPr>
          <w:rFonts w:asciiTheme="majorHAnsi" w:hAnsiTheme="majorHAnsi" w:cstheme="majorHAnsi"/>
        </w:rPr>
        <w:t>njëpërdorimëshe</w:t>
      </w:r>
      <w:proofErr w:type="spellEnd"/>
      <w:r w:rsidRPr="006C6830">
        <w:rPr>
          <w:rFonts w:asciiTheme="majorHAnsi" w:hAnsiTheme="majorHAnsi" w:cstheme="majorHAnsi"/>
        </w:rPr>
        <w:t xml:space="preserve"> (OTP) </w:t>
      </w:r>
      <w:proofErr w:type="spellStart"/>
      <w:r w:rsidRPr="006C6830">
        <w:rPr>
          <w:rFonts w:asciiTheme="majorHAnsi" w:hAnsiTheme="majorHAnsi" w:cstheme="majorHAnsi"/>
        </w:rPr>
        <w:t>të</w:t>
      </w:r>
      <w:proofErr w:type="spellEnd"/>
      <w:r w:rsidRPr="006C6830">
        <w:rPr>
          <w:rFonts w:asciiTheme="majorHAnsi" w:hAnsiTheme="majorHAnsi" w:cstheme="majorHAnsi"/>
        </w:rPr>
        <w:t xml:space="preserve"> </w:t>
      </w:r>
      <w:proofErr w:type="spellStart"/>
      <w:r w:rsidRPr="006C6830">
        <w:rPr>
          <w:rFonts w:asciiTheme="majorHAnsi" w:hAnsiTheme="majorHAnsi" w:cstheme="majorHAnsi"/>
        </w:rPr>
        <w:t>dërguara</w:t>
      </w:r>
      <w:proofErr w:type="spellEnd"/>
      <w:r w:rsidRPr="006C6830">
        <w:rPr>
          <w:rFonts w:asciiTheme="majorHAnsi" w:hAnsiTheme="majorHAnsi" w:cstheme="majorHAnsi"/>
        </w:rPr>
        <w:t xml:space="preserve"> </w:t>
      </w:r>
      <w:proofErr w:type="spellStart"/>
      <w:r w:rsidRPr="006C6830">
        <w:rPr>
          <w:rFonts w:asciiTheme="majorHAnsi" w:hAnsiTheme="majorHAnsi" w:cstheme="majorHAnsi"/>
        </w:rPr>
        <w:t>përmes</w:t>
      </w:r>
      <w:proofErr w:type="spellEnd"/>
      <w:r w:rsidRPr="006C6830">
        <w:rPr>
          <w:rFonts w:asciiTheme="majorHAnsi" w:hAnsiTheme="majorHAnsi" w:cstheme="majorHAnsi"/>
        </w:rPr>
        <w:t xml:space="preserve"> SMS-</w:t>
      </w:r>
      <w:proofErr w:type="spellStart"/>
      <w:r w:rsidRPr="006C6830">
        <w:rPr>
          <w:rFonts w:asciiTheme="majorHAnsi" w:hAnsiTheme="majorHAnsi" w:cstheme="majorHAnsi"/>
        </w:rPr>
        <w:t>së</w:t>
      </w:r>
      <w:proofErr w:type="spellEnd"/>
      <w:r w:rsidRPr="006C6830">
        <w:rPr>
          <w:rFonts w:asciiTheme="majorHAnsi" w:hAnsiTheme="majorHAnsi" w:cstheme="majorHAnsi"/>
        </w:rPr>
        <w:t xml:space="preserve"> </w:t>
      </w:r>
      <w:proofErr w:type="spellStart"/>
      <w:r w:rsidRPr="006C6830">
        <w:rPr>
          <w:rFonts w:asciiTheme="majorHAnsi" w:hAnsiTheme="majorHAnsi" w:cstheme="majorHAnsi"/>
        </w:rPr>
        <w:t>ose</w:t>
      </w:r>
      <w:proofErr w:type="spellEnd"/>
      <w:r w:rsidRPr="006C6830">
        <w:rPr>
          <w:rFonts w:asciiTheme="majorHAnsi" w:hAnsiTheme="majorHAnsi" w:cstheme="majorHAnsi"/>
        </w:rPr>
        <w:t xml:space="preserve"> </w:t>
      </w:r>
      <w:proofErr w:type="spellStart"/>
      <w:r w:rsidRPr="006C6830">
        <w:rPr>
          <w:rFonts w:asciiTheme="majorHAnsi" w:hAnsiTheme="majorHAnsi" w:cstheme="majorHAnsi"/>
        </w:rPr>
        <w:t>kanaleve</w:t>
      </w:r>
      <w:proofErr w:type="spellEnd"/>
      <w:r w:rsidRPr="006C6830">
        <w:rPr>
          <w:rFonts w:asciiTheme="majorHAnsi" w:hAnsiTheme="majorHAnsi" w:cstheme="majorHAnsi"/>
        </w:rPr>
        <w:t xml:space="preserve"> </w:t>
      </w:r>
      <w:proofErr w:type="spellStart"/>
      <w:r w:rsidRPr="006C6830">
        <w:rPr>
          <w:rFonts w:asciiTheme="majorHAnsi" w:hAnsiTheme="majorHAnsi" w:cstheme="majorHAnsi"/>
        </w:rPr>
        <w:t>të</w:t>
      </w:r>
      <w:proofErr w:type="spellEnd"/>
      <w:r w:rsidRPr="006C6830">
        <w:rPr>
          <w:rFonts w:asciiTheme="majorHAnsi" w:hAnsiTheme="majorHAnsi" w:cstheme="majorHAnsi"/>
        </w:rPr>
        <w:t xml:space="preserve"> </w:t>
      </w:r>
      <w:proofErr w:type="spellStart"/>
      <w:r w:rsidRPr="006C6830">
        <w:rPr>
          <w:rFonts w:asciiTheme="majorHAnsi" w:hAnsiTheme="majorHAnsi" w:cstheme="majorHAnsi"/>
        </w:rPr>
        <w:t>tjera</w:t>
      </w:r>
      <w:proofErr w:type="spellEnd"/>
      <w:r w:rsidRPr="006C6830">
        <w:rPr>
          <w:rFonts w:asciiTheme="majorHAnsi" w:hAnsiTheme="majorHAnsi" w:cstheme="majorHAnsi"/>
        </w:rPr>
        <w:t xml:space="preserve"> </w:t>
      </w:r>
      <w:proofErr w:type="spellStart"/>
      <w:r w:rsidRPr="006C6830">
        <w:rPr>
          <w:rFonts w:asciiTheme="majorHAnsi" w:hAnsiTheme="majorHAnsi" w:cstheme="majorHAnsi"/>
        </w:rPr>
        <w:t>të</w:t>
      </w:r>
      <w:proofErr w:type="spellEnd"/>
      <w:r w:rsidRPr="006C6830">
        <w:rPr>
          <w:rFonts w:asciiTheme="majorHAnsi" w:hAnsiTheme="majorHAnsi" w:cstheme="majorHAnsi"/>
        </w:rPr>
        <w:t xml:space="preserve"> </w:t>
      </w:r>
      <w:proofErr w:type="spellStart"/>
      <w:r w:rsidRPr="006C6830">
        <w:rPr>
          <w:rFonts w:asciiTheme="majorHAnsi" w:hAnsiTheme="majorHAnsi" w:cstheme="majorHAnsi"/>
        </w:rPr>
        <w:t>komunikimit</w:t>
      </w:r>
      <w:proofErr w:type="spellEnd"/>
      <w:r w:rsidR="00000000" w:rsidRPr="00D003F8">
        <w:rPr>
          <w:rFonts w:asciiTheme="majorHAnsi" w:hAnsiTheme="majorHAnsi" w:cstheme="majorHAnsi"/>
          <w:lang w:val="en-GB"/>
        </w:rPr>
        <w:t>;</w:t>
      </w:r>
    </w:p>
    <w:p w14:paraId="30D25301" w14:textId="5A9DEA19" w:rsidR="003D3D43" w:rsidRPr="00D003F8" w:rsidRDefault="006C6830" w:rsidP="00D003F8">
      <w:pPr>
        <w:pStyle w:val="ListParagraph"/>
        <w:numPr>
          <w:ilvl w:val="0"/>
          <w:numId w:val="11"/>
        </w:numPr>
        <w:jc w:val="both"/>
        <w:rPr>
          <w:rFonts w:asciiTheme="majorHAnsi" w:hAnsiTheme="majorHAnsi" w:cstheme="majorHAnsi"/>
          <w:lang w:val="en-GB"/>
        </w:rPr>
      </w:pPr>
      <w:proofErr w:type="spellStart"/>
      <w:r w:rsidRPr="006C6830">
        <w:rPr>
          <w:rFonts w:asciiTheme="majorHAnsi" w:hAnsiTheme="majorHAnsi" w:cstheme="majorHAnsi"/>
        </w:rPr>
        <w:t>Çelësa</w:t>
      </w:r>
      <w:proofErr w:type="spellEnd"/>
      <w:r w:rsidRPr="006C6830">
        <w:rPr>
          <w:rFonts w:asciiTheme="majorHAnsi" w:hAnsiTheme="majorHAnsi" w:cstheme="majorHAnsi"/>
        </w:rPr>
        <w:t xml:space="preserve"> </w:t>
      </w:r>
      <w:proofErr w:type="spellStart"/>
      <w:r w:rsidRPr="006C6830">
        <w:rPr>
          <w:rFonts w:asciiTheme="majorHAnsi" w:hAnsiTheme="majorHAnsi" w:cstheme="majorHAnsi"/>
        </w:rPr>
        <w:t>kriptografikë</w:t>
      </w:r>
      <w:proofErr w:type="spellEnd"/>
      <w:r w:rsidRPr="006C6830">
        <w:rPr>
          <w:rFonts w:asciiTheme="majorHAnsi" w:hAnsiTheme="majorHAnsi" w:cstheme="majorHAnsi"/>
        </w:rPr>
        <w:t xml:space="preserve"> </w:t>
      </w:r>
      <w:proofErr w:type="spellStart"/>
      <w:r w:rsidRPr="006C6830">
        <w:rPr>
          <w:rFonts w:asciiTheme="majorHAnsi" w:hAnsiTheme="majorHAnsi" w:cstheme="majorHAnsi"/>
        </w:rPr>
        <w:t>të</w:t>
      </w:r>
      <w:proofErr w:type="spellEnd"/>
      <w:r w:rsidRPr="006C6830">
        <w:rPr>
          <w:rFonts w:asciiTheme="majorHAnsi" w:hAnsiTheme="majorHAnsi" w:cstheme="majorHAnsi"/>
        </w:rPr>
        <w:t xml:space="preserve"> </w:t>
      </w:r>
      <w:proofErr w:type="spellStart"/>
      <w:r w:rsidRPr="006C6830">
        <w:rPr>
          <w:rFonts w:asciiTheme="majorHAnsi" w:hAnsiTheme="majorHAnsi" w:cstheme="majorHAnsi"/>
        </w:rPr>
        <w:t>lidhur</w:t>
      </w:r>
      <w:proofErr w:type="spellEnd"/>
      <w:r w:rsidRPr="006C6830">
        <w:rPr>
          <w:rFonts w:asciiTheme="majorHAnsi" w:hAnsiTheme="majorHAnsi" w:cstheme="majorHAnsi"/>
        </w:rPr>
        <w:t xml:space="preserve"> me </w:t>
      </w:r>
      <w:proofErr w:type="spellStart"/>
      <w:r w:rsidRPr="006C6830">
        <w:rPr>
          <w:rFonts w:asciiTheme="majorHAnsi" w:hAnsiTheme="majorHAnsi" w:cstheme="majorHAnsi"/>
        </w:rPr>
        <w:t>pajisjen</w:t>
      </w:r>
      <w:proofErr w:type="spellEnd"/>
      <w:r w:rsidR="00000000" w:rsidRPr="00D003F8">
        <w:rPr>
          <w:rFonts w:asciiTheme="majorHAnsi" w:hAnsiTheme="majorHAnsi" w:cstheme="majorHAnsi"/>
          <w:lang w:val="en-GB"/>
        </w:rPr>
        <w:t>;</w:t>
      </w:r>
    </w:p>
    <w:p w14:paraId="0FC71E5B" w14:textId="14F507DE" w:rsidR="003D3D43" w:rsidRPr="00D003F8" w:rsidRDefault="006C6830" w:rsidP="00D003F8">
      <w:pPr>
        <w:pStyle w:val="ListParagraph"/>
        <w:numPr>
          <w:ilvl w:val="0"/>
          <w:numId w:val="11"/>
        </w:numPr>
        <w:jc w:val="both"/>
        <w:rPr>
          <w:rFonts w:asciiTheme="majorHAnsi" w:hAnsiTheme="majorHAnsi" w:cstheme="majorHAnsi"/>
          <w:lang w:val="en-GB"/>
        </w:rPr>
      </w:pPr>
      <w:proofErr w:type="spellStart"/>
      <w:r w:rsidRPr="006C6830">
        <w:rPr>
          <w:rFonts w:asciiTheme="majorHAnsi" w:hAnsiTheme="majorHAnsi" w:cstheme="majorHAnsi"/>
        </w:rPr>
        <w:t>Autentifikim</w:t>
      </w:r>
      <w:proofErr w:type="spellEnd"/>
      <w:r w:rsidRPr="006C6830">
        <w:rPr>
          <w:rFonts w:asciiTheme="majorHAnsi" w:hAnsiTheme="majorHAnsi" w:cstheme="majorHAnsi"/>
        </w:rPr>
        <w:t xml:space="preserve"> </w:t>
      </w:r>
      <w:proofErr w:type="spellStart"/>
      <w:r w:rsidRPr="006C6830">
        <w:rPr>
          <w:rFonts w:asciiTheme="majorHAnsi" w:hAnsiTheme="majorHAnsi" w:cstheme="majorHAnsi"/>
        </w:rPr>
        <w:t>biometrik</w:t>
      </w:r>
      <w:proofErr w:type="spellEnd"/>
      <w:r w:rsidRPr="006C6830">
        <w:rPr>
          <w:rFonts w:asciiTheme="majorHAnsi" w:hAnsiTheme="majorHAnsi" w:cstheme="majorHAnsi"/>
        </w:rPr>
        <w:t xml:space="preserve"> </w:t>
      </w:r>
      <w:proofErr w:type="spellStart"/>
      <w:r w:rsidRPr="006C6830">
        <w:rPr>
          <w:rFonts w:asciiTheme="majorHAnsi" w:hAnsiTheme="majorHAnsi" w:cstheme="majorHAnsi"/>
        </w:rPr>
        <w:t>të</w:t>
      </w:r>
      <w:proofErr w:type="spellEnd"/>
      <w:r w:rsidRPr="006C6830">
        <w:rPr>
          <w:rFonts w:asciiTheme="majorHAnsi" w:hAnsiTheme="majorHAnsi" w:cstheme="majorHAnsi"/>
        </w:rPr>
        <w:t xml:space="preserve"> </w:t>
      </w:r>
      <w:proofErr w:type="spellStart"/>
      <w:r w:rsidRPr="006C6830">
        <w:rPr>
          <w:rFonts w:asciiTheme="majorHAnsi" w:hAnsiTheme="majorHAnsi" w:cstheme="majorHAnsi"/>
        </w:rPr>
        <w:t>mbështetur</w:t>
      </w:r>
      <w:proofErr w:type="spellEnd"/>
      <w:r w:rsidRPr="006C6830">
        <w:rPr>
          <w:rFonts w:asciiTheme="majorHAnsi" w:hAnsiTheme="majorHAnsi" w:cstheme="majorHAnsi"/>
        </w:rPr>
        <w:t xml:space="preserve"> </w:t>
      </w:r>
      <w:proofErr w:type="spellStart"/>
      <w:r w:rsidRPr="006C6830">
        <w:rPr>
          <w:rFonts w:asciiTheme="majorHAnsi" w:hAnsiTheme="majorHAnsi" w:cstheme="majorHAnsi"/>
        </w:rPr>
        <w:t>nga</w:t>
      </w:r>
      <w:proofErr w:type="spellEnd"/>
      <w:r w:rsidRPr="006C6830">
        <w:rPr>
          <w:rFonts w:asciiTheme="majorHAnsi" w:hAnsiTheme="majorHAnsi" w:cstheme="majorHAnsi"/>
        </w:rPr>
        <w:t xml:space="preserve"> </w:t>
      </w:r>
      <w:proofErr w:type="spellStart"/>
      <w:r w:rsidRPr="006C6830">
        <w:rPr>
          <w:rFonts w:asciiTheme="majorHAnsi" w:hAnsiTheme="majorHAnsi" w:cstheme="majorHAnsi"/>
        </w:rPr>
        <w:t>pajisja</w:t>
      </w:r>
      <w:proofErr w:type="spellEnd"/>
      <w:r w:rsidRPr="006C6830">
        <w:rPr>
          <w:rFonts w:asciiTheme="majorHAnsi" w:hAnsiTheme="majorHAnsi" w:cstheme="majorHAnsi"/>
        </w:rPr>
        <w:t xml:space="preserve"> e </w:t>
      </w:r>
      <w:proofErr w:type="spellStart"/>
      <w:r w:rsidRPr="006C6830">
        <w:rPr>
          <w:rFonts w:asciiTheme="majorHAnsi" w:hAnsiTheme="majorHAnsi" w:cstheme="majorHAnsi"/>
        </w:rPr>
        <w:t>Përdoruesit</w:t>
      </w:r>
      <w:proofErr w:type="spellEnd"/>
      <w:r w:rsidR="00000000" w:rsidRPr="00D003F8">
        <w:rPr>
          <w:rFonts w:asciiTheme="majorHAnsi" w:hAnsiTheme="majorHAnsi" w:cstheme="majorHAnsi"/>
          <w:lang w:val="en-GB"/>
        </w:rPr>
        <w:t>;</w:t>
      </w:r>
    </w:p>
    <w:p w14:paraId="64E43AD9" w14:textId="3B1A694E" w:rsidR="003D3D43" w:rsidRPr="00D003F8" w:rsidRDefault="006C6830" w:rsidP="00D003F8">
      <w:pPr>
        <w:pStyle w:val="ListParagraph"/>
        <w:numPr>
          <w:ilvl w:val="0"/>
          <w:numId w:val="11"/>
        </w:numPr>
        <w:jc w:val="both"/>
        <w:rPr>
          <w:rFonts w:asciiTheme="majorHAnsi" w:hAnsiTheme="majorHAnsi" w:cstheme="majorHAnsi"/>
          <w:lang w:val="en-GB"/>
        </w:rPr>
      </w:pPr>
      <w:proofErr w:type="spellStart"/>
      <w:r w:rsidRPr="006C6830">
        <w:rPr>
          <w:rFonts w:asciiTheme="majorHAnsi" w:hAnsiTheme="majorHAnsi" w:cstheme="majorHAnsi"/>
        </w:rPr>
        <w:t>Mjedise</w:t>
      </w:r>
      <w:proofErr w:type="spellEnd"/>
      <w:r w:rsidRPr="006C6830">
        <w:rPr>
          <w:rFonts w:asciiTheme="majorHAnsi" w:hAnsiTheme="majorHAnsi" w:cstheme="majorHAnsi"/>
        </w:rPr>
        <w:t xml:space="preserve"> </w:t>
      </w:r>
      <w:proofErr w:type="spellStart"/>
      <w:r w:rsidRPr="006C6830">
        <w:rPr>
          <w:rFonts w:asciiTheme="majorHAnsi" w:hAnsiTheme="majorHAnsi" w:cstheme="majorHAnsi"/>
        </w:rPr>
        <w:t>të</w:t>
      </w:r>
      <w:proofErr w:type="spellEnd"/>
      <w:r w:rsidRPr="006C6830">
        <w:rPr>
          <w:rFonts w:asciiTheme="majorHAnsi" w:hAnsiTheme="majorHAnsi" w:cstheme="majorHAnsi"/>
        </w:rPr>
        <w:t xml:space="preserve"> </w:t>
      </w:r>
      <w:proofErr w:type="spellStart"/>
      <w:r w:rsidRPr="006C6830">
        <w:rPr>
          <w:rFonts w:asciiTheme="majorHAnsi" w:hAnsiTheme="majorHAnsi" w:cstheme="majorHAnsi"/>
        </w:rPr>
        <w:t>sigurta</w:t>
      </w:r>
      <w:proofErr w:type="spellEnd"/>
      <w:r w:rsidRPr="006C6830">
        <w:rPr>
          <w:rFonts w:asciiTheme="majorHAnsi" w:hAnsiTheme="majorHAnsi" w:cstheme="majorHAnsi"/>
        </w:rPr>
        <w:t xml:space="preserve"> </w:t>
      </w:r>
      <w:proofErr w:type="spellStart"/>
      <w:r w:rsidRPr="006C6830">
        <w:rPr>
          <w:rFonts w:asciiTheme="majorHAnsi" w:hAnsiTheme="majorHAnsi" w:cstheme="majorHAnsi"/>
        </w:rPr>
        <w:t>për</w:t>
      </w:r>
      <w:proofErr w:type="spellEnd"/>
      <w:r w:rsidRPr="006C6830">
        <w:rPr>
          <w:rFonts w:asciiTheme="majorHAnsi" w:hAnsiTheme="majorHAnsi" w:cstheme="majorHAnsi"/>
        </w:rPr>
        <w:t xml:space="preserve"> </w:t>
      </w:r>
      <w:proofErr w:type="spellStart"/>
      <w:r w:rsidRPr="006C6830">
        <w:rPr>
          <w:rFonts w:asciiTheme="majorHAnsi" w:hAnsiTheme="majorHAnsi" w:cstheme="majorHAnsi"/>
        </w:rPr>
        <w:t>krijimin</w:t>
      </w:r>
      <w:proofErr w:type="spellEnd"/>
      <w:r w:rsidRPr="006C6830">
        <w:rPr>
          <w:rFonts w:asciiTheme="majorHAnsi" w:hAnsiTheme="majorHAnsi" w:cstheme="majorHAnsi"/>
        </w:rPr>
        <w:t xml:space="preserve"> e </w:t>
      </w:r>
      <w:proofErr w:type="spellStart"/>
      <w:proofErr w:type="gramStart"/>
      <w:r w:rsidRPr="006C6830">
        <w:rPr>
          <w:rFonts w:asciiTheme="majorHAnsi" w:hAnsiTheme="majorHAnsi" w:cstheme="majorHAnsi"/>
        </w:rPr>
        <w:t>nënshkrimit</w:t>
      </w:r>
      <w:proofErr w:type="spellEnd"/>
      <w:r w:rsidRPr="006C6830">
        <w:rPr>
          <w:rFonts w:asciiTheme="majorHAnsi" w:hAnsiTheme="majorHAnsi" w:cstheme="majorHAnsi"/>
        </w:rPr>
        <w:t>.</w:t>
      </w:r>
      <w:r w:rsidR="00000000" w:rsidRPr="00D003F8">
        <w:rPr>
          <w:rFonts w:asciiTheme="majorHAnsi" w:hAnsiTheme="majorHAnsi" w:cstheme="majorHAnsi"/>
          <w:lang w:val="en-GB"/>
        </w:rPr>
        <w:t>.</w:t>
      </w:r>
      <w:proofErr w:type="gramEnd"/>
    </w:p>
    <w:p w14:paraId="33BFEADD" w14:textId="0495DA9E" w:rsidR="003D3D43" w:rsidRPr="00D003F8" w:rsidRDefault="006C6830" w:rsidP="00D003F8">
      <w:pPr>
        <w:jc w:val="both"/>
        <w:rPr>
          <w:rFonts w:asciiTheme="majorHAnsi" w:hAnsiTheme="majorHAnsi" w:cstheme="majorHAnsi"/>
          <w:lang w:val="en-GB"/>
        </w:rPr>
      </w:pPr>
      <w:proofErr w:type="spellStart"/>
      <w:r w:rsidRPr="006C6830">
        <w:rPr>
          <w:rFonts w:asciiTheme="majorHAnsi" w:hAnsiTheme="majorHAnsi" w:cstheme="majorHAnsi"/>
        </w:rPr>
        <w:t>Përdoruesi</w:t>
      </w:r>
      <w:proofErr w:type="spellEnd"/>
      <w:r w:rsidRPr="006C6830">
        <w:rPr>
          <w:rFonts w:asciiTheme="majorHAnsi" w:hAnsiTheme="majorHAnsi" w:cstheme="majorHAnsi"/>
        </w:rPr>
        <w:t xml:space="preserve"> </w:t>
      </w:r>
      <w:proofErr w:type="spellStart"/>
      <w:r w:rsidRPr="006C6830">
        <w:rPr>
          <w:rFonts w:asciiTheme="majorHAnsi" w:hAnsiTheme="majorHAnsi" w:cstheme="majorHAnsi"/>
        </w:rPr>
        <w:t>pranon</w:t>
      </w:r>
      <w:proofErr w:type="spellEnd"/>
      <w:r w:rsidRPr="006C6830">
        <w:rPr>
          <w:rFonts w:asciiTheme="majorHAnsi" w:hAnsiTheme="majorHAnsi" w:cstheme="majorHAnsi"/>
        </w:rPr>
        <w:t xml:space="preserve"> se </w:t>
      </w:r>
      <w:proofErr w:type="spellStart"/>
      <w:r w:rsidRPr="006C6830">
        <w:rPr>
          <w:rFonts w:asciiTheme="majorHAnsi" w:hAnsiTheme="majorHAnsi" w:cstheme="majorHAnsi"/>
        </w:rPr>
        <w:t>autentifikimi</w:t>
      </w:r>
      <w:proofErr w:type="spellEnd"/>
      <w:r w:rsidRPr="006C6830">
        <w:rPr>
          <w:rFonts w:asciiTheme="majorHAnsi" w:hAnsiTheme="majorHAnsi" w:cstheme="majorHAnsi"/>
        </w:rPr>
        <w:t xml:space="preserve"> </w:t>
      </w:r>
      <w:proofErr w:type="spellStart"/>
      <w:r w:rsidRPr="006C6830">
        <w:rPr>
          <w:rFonts w:asciiTheme="majorHAnsi" w:hAnsiTheme="majorHAnsi" w:cstheme="majorHAnsi"/>
        </w:rPr>
        <w:t>i</w:t>
      </w:r>
      <w:proofErr w:type="spellEnd"/>
      <w:r w:rsidRPr="006C6830">
        <w:rPr>
          <w:rFonts w:asciiTheme="majorHAnsi" w:hAnsiTheme="majorHAnsi" w:cstheme="majorHAnsi"/>
        </w:rPr>
        <w:t xml:space="preserve"> </w:t>
      </w:r>
      <w:proofErr w:type="spellStart"/>
      <w:r w:rsidRPr="006C6830">
        <w:rPr>
          <w:rFonts w:asciiTheme="majorHAnsi" w:hAnsiTheme="majorHAnsi" w:cstheme="majorHAnsi"/>
        </w:rPr>
        <w:t>suksesshëm</w:t>
      </w:r>
      <w:proofErr w:type="spellEnd"/>
      <w:r w:rsidRPr="006C6830">
        <w:rPr>
          <w:rFonts w:asciiTheme="majorHAnsi" w:hAnsiTheme="majorHAnsi" w:cstheme="majorHAnsi"/>
        </w:rPr>
        <w:t xml:space="preserve"> </w:t>
      </w:r>
      <w:proofErr w:type="spellStart"/>
      <w:r w:rsidRPr="006C6830">
        <w:rPr>
          <w:rFonts w:asciiTheme="majorHAnsi" w:hAnsiTheme="majorHAnsi" w:cstheme="majorHAnsi"/>
        </w:rPr>
        <w:t>autorizon</w:t>
      </w:r>
      <w:proofErr w:type="spellEnd"/>
      <w:r w:rsidRPr="006C6830">
        <w:rPr>
          <w:rFonts w:asciiTheme="majorHAnsi" w:hAnsiTheme="majorHAnsi" w:cstheme="majorHAnsi"/>
        </w:rPr>
        <w:t xml:space="preserve"> </w:t>
      </w:r>
      <w:proofErr w:type="spellStart"/>
      <w:r w:rsidRPr="006C6830">
        <w:rPr>
          <w:rFonts w:asciiTheme="majorHAnsi" w:hAnsiTheme="majorHAnsi" w:cstheme="majorHAnsi"/>
        </w:rPr>
        <w:t>krijimin</w:t>
      </w:r>
      <w:proofErr w:type="spellEnd"/>
      <w:r w:rsidRPr="006C6830">
        <w:rPr>
          <w:rFonts w:asciiTheme="majorHAnsi" w:hAnsiTheme="majorHAnsi" w:cstheme="majorHAnsi"/>
        </w:rPr>
        <w:t xml:space="preserve"> e </w:t>
      </w:r>
      <w:proofErr w:type="spellStart"/>
      <w:r w:rsidRPr="006C6830">
        <w:rPr>
          <w:rFonts w:asciiTheme="majorHAnsi" w:hAnsiTheme="majorHAnsi" w:cstheme="majorHAnsi"/>
        </w:rPr>
        <w:t>nënshkrimit</w:t>
      </w:r>
      <w:proofErr w:type="spellEnd"/>
      <w:r w:rsidR="00000000" w:rsidRPr="00D003F8">
        <w:rPr>
          <w:rFonts w:asciiTheme="majorHAnsi" w:hAnsiTheme="majorHAnsi" w:cstheme="majorHAnsi"/>
          <w:lang w:val="en-GB"/>
        </w:rPr>
        <w:t>.</w:t>
      </w:r>
    </w:p>
    <w:p w14:paraId="64A1F5C7" w14:textId="04EC9FF5" w:rsidR="003D3D43" w:rsidRPr="00D003F8" w:rsidRDefault="00000000" w:rsidP="00D003F8">
      <w:pPr>
        <w:pStyle w:val="Heading1"/>
        <w:jc w:val="both"/>
        <w:rPr>
          <w:sz w:val="22"/>
          <w:szCs w:val="22"/>
          <w:lang w:val="en-GB"/>
        </w:rPr>
      </w:pPr>
      <w:r w:rsidRPr="00D003F8">
        <w:rPr>
          <w:sz w:val="22"/>
          <w:szCs w:val="22"/>
          <w:lang w:val="en-GB"/>
        </w:rPr>
        <w:lastRenderedPageBreak/>
        <w:t xml:space="preserve">8. </w:t>
      </w:r>
      <w:proofErr w:type="spellStart"/>
      <w:r w:rsidR="0027391F" w:rsidRPr="0027391F">
        <w:rPr>
          <w:sz w:val="22"/>
          <w:szCs w:val="22"/>
        </w:rPr>
        <w:t>Kërkesat</w:t>
      </w:r>
      <w:proofErr w:type="spellEnd"/>
      <w:r w:rsidR="0027391F" w:rsidRPr="0027391F">
        <w:rPr>
          <w:sz w:val="22"/>
          <w:szCs w:val="22"/>
        </w:rPr>
        <w:t xml:space="preserve"> e </w:t>
      </w:r>
      <w:proofErr w:type="spellStart"/>
      <w:r w:rsidR="0027391F" w:rsidRPr="0027391F">
        <w:rPr>
          <w:sz w:val="22"/>
          <w:szCs w:val="22"/>
        </w:rPr>
        <w:t>sigurisë</w:t>
      </w:r>
      <w:proofErr w:type="spellEnd"/>
    </w:p>
    <w:p w14:paraId="345EB6CC" w14:textId="7D77510D" w:rsidR="003D3D43" w:rsidRPr="00D003F8" w:rsidRDefault="0027391F" w:rsidP="00D003F8">
      <w:pPr>
        <w:jc w:val="both"/>
        <w:rPr>
          <w:rFonts w:asciiTheme="majorHAnsi" w:hAnsiTheme="majorHAnsi" w:cstheme="majorHAnsi"/>
          <w:lang w:val="en-GB"/>
        </w:rPr>
      </w:pPr>
      <w:proofErr w:type="spellStart"/>
      <w:r w:rsidRPr="0027391F">
        <w:rPr>
          <w:rFonts w:asciiTheme="majorHAnsi" w:hAnsiTheme="majorHAnsi" w:cstheme="majorHAnsi"/>
        </w:rPr>
        <w:t>Autoriteti</w:t>
      </w:r>
      <w:proofErr w:type="spellEnd"/>
      <w:r w:rsidRPr="0027391F">
        <w:rPr>
          <w:rFonts w:asciiTheme="majorHAnsi" w:hAnsiTheme="majorHAnsi" w:cstheme="majorHAnsi"/>
        </w:rPr>
        <w:t xml:space="preserve"> </w:t>
      </w:r>
      <w:proofErr w:type="spellStart"/>
      <w:r w:rsidRPr="0027391F">
        <w:rPr>
          <w:rFonts w:asciiTheme="majorHAnsi" w:hAnsiTheme="majorHAnsi" w:cstheme="majorHAnsi"/>
        </w:rPr>
        <w:t>zbaton</w:t>
      </w:r>
      <w:proofErr w:type="spellEnd"/>
      <w:r w:rsidRPr="0027391F">
        <w:rPr>
          <w:rFonts w:asciiTheme="majorHAnsi" w:hAnsiTheme="majorHAnsi" w:cstheme="majorHAnsi"/>
        </w:rPr>
        <w:t xml:space="preserve"> masa </w:t>
      </w:r>
      <w:proofErr w:type="spellStart"/>
      <w:r w:rsidRPr="0027391F">
        <w:rPr>
          <w:rFonts w:asciiTheme="majorHAnsi" w:hAnsiTheme="majorHAnsi" w:cstheme="majorHAnsi"/>
        </w:rPr>
        <w:t>teknike</w:t>
      </w:r>
      <w:proofErr w:type="spellEnd"/>
      <w:r w:rsidRPr="0027391F">
        <w:rPr>
          <w:rFonts w:asciiTheme="majorHAnsi" w:hAnsiTheme="majorHAnsi" w:cstheme="majorHAnsi"/>
        </w:rPr>
        <w:t xml:space="preserve"> </w:t>
      </w:r>
      <w:proofErr w:type="spellStart"/>
      <w:r w:rsidRPr="0027391F">
        <w:rPr>
          <w:rFonts w:asciiTheme="majorHAnsi" w:hAnsiTheme="majorHAnsi" w:cstheme="majorHAnsi"/>
        </w:rPr>
        <w:t>dhe</w:t>
      </w:r>
      <w:proofErr w:type="spellEnd"/>
      <w:r w:rsidRPr="0027391F">
        <w:rPr>
          <w:rFonts w:asciiTheme="majorHAnsi" w:hAnsiTheme="majorHAnsi" w:cstheme="majorHAnsi"/>
        </w:rPr>
        <w:t xml:space="preserve"> </w:t>
      </w:r>
      <w:proofErr w:type="spellStart"/>
      <w:r w:rsidRPr="0027391F">
        <w:rPr>
          <w:rFonts w:asciiTheme="majorHAnsi" w:hAnsiTheme="majorHAnsi" w:cstheme="majorHAnsi"/>
        </w:rPr>
        <w:t>organizative</w:t>
      </w:r>
      <w:proofErr w:type="spellEnd"/>
      <w:r w:rsidRPr="0027391F">
        <w:rPr>
          <w:rFonts w:asciiTheme="majorHAnsi" w:hAnsiTheme="majorHAnsi" w:cstheme="majorHAnsi"/>
        </w:rPr>
        <w:t xml:space="preserve"> </w:t>
      </w:r>
      <w:proofErr w:type="spellStart"/>
      <w:r w:rsidRPr="0027391F">
        <w:rPr>
          <w:rFonts w:asciiTheme="majorHAnsi" w:hAnsiTheme="majorHAnsi" w:cstheme="majorHAnsi"/>
        </w:rPr>
        <w:t>të</w:t>
      </w:r>
      <w:proofErr w:type="spellEnd"/>
      <w:r w:rsidRPr="0027391F">
        <w:rPr>
          <w:rFonts w:asciiTheme="majorHAnsi" w:hAnsiTheme="majorHAnsi" w:cstheme="majorHAnsi"/>
        </w:rPr>
        <w:t xml:space="preserve"> </w:t>
      </w:r>
      <w:proofErr w:type="spellStart"/>
      <w:r w:rsidRPr="0027391F">
        <w:rPr>
          <w:rFonts w:asciiTheme="majorHAnsi" w:hAnsiTheme="majorHAnsi" w:cstheme="majorHAnsi"/>
        </w:rPr>
        <w:t>sigurisë</w:t>
      </w:r>
      <w:proofErr w:type="spellEnd"/>
      <w:r w:rsidRPr="0027391F">
        <w:rPr>
          <w:rFonts w:asciiTheme="majorHAnsi" w:hAnsiTheme="majorHAnsi" w:cstheme="majorHAnsi"/>
        </w:rPr>
        <w:t xml:space="preserve"> </w:t>
      </w:r>
      <w:proofErr w:type="spellStart"/>
      <w:r w:rsidRPr="0027391F">
        <w:rPr>
          <w:rFonts w:asciiTheme="majorHAnsi" w:hAnsiTheme="majorHAnsi" w:cstheme="majorHAnsi"/>
        </w:rPr>
        <w:t>në</w:t>
      </w:r>
      <w:proofErr w:type="spellEnd"/>
      <w:r w:rsidRPr="0027391F">
        <w:rPr>
          <w:rFonts w:asciiTheme="majorHAnsi" w:hAnsiTheme="majorHAnsi" w:cstheme="majorHAnsi"/>
        </w:rPr>
        <w:t xml:space="preserve"> </w:t>
      </w:r>
      <w:proofErr w:type="spellStart"/>
      <w:r w:rsidRPr="0027391F">
        <w:rPr>
          <w:rFonts w:asciiTheme="majorHAnsi" w:hAnsiTheme="majorHAnsi" w:cstheme="majorHAnsi"/>
        </w:rPr>
        <w:t>përputhje</w:t>
      </w:r>
      <w:proofErr w:type="spellEnd"/>
      <w:r w:rsidRPr="0027391F">
        <w:rPr>
          <w:rFonts w:asciiTheme="majorHAnsi" w:hAnsiTheme="majorHAnsi" w:cstheme="majorHAnsi"/>
        </w:rPr>
        <w:t xml:space="preserve"> me </w:t>
      </w:r>
      <w:proofErr w:type="spellStart"/>
      <w:r w:rsidRPr="0027391F">
        <w:rPr>
          <w:rFonts w:asciiTheme="majorHAnsi" w:hAnsiTheme="majorHAnsi" w:cstheme="majorHAnsi"/>
        </w:rPr>
        <w:t>kërkesat</w:t>
      </w:r>
      <w:proofErr w:type="spellEnd"/>
      <w:r w:rsidRPr="0027391F">
        <w:rPr>
          <w:rFonts w:asciiTheme="majorHAnsi" w:hAnsiTheme="majorHAnsi" w:cstheme="majorHAnsi"/>
        </w:rPr>
        <w:t xml:space="preserve"> e </w:t>
      </w:r>
      <w:proofErr w:type="spellStart"/>
      <w:r w:rsidRPr="0027391F">
        <w:rPr>
          <w:rFonts w:asciiTheme="majorHAnsi" w:hAnsiTheme="majorHAnsi" w:cstheme="majorHAnsi"/>
        </w:rPr>
        <w:t>sigurisë</w:t>
      </w:r>
      <w:proofErr w:type="spellEnd"/>
      <w:r w:rsidRPr="0027391F">
        <w:rPr>
          <w:rFonts w:asciiTheme="majorHAnsi" w:hAnsiTheme="majorHAnsi" w:cstheme="majorHAnsi"/>
        </w:rPr>
        <w:t xml:space="preserve"> </w:t>
      </w:r>
      <w:proofErr w:type="spellStart"/>
      <w:r w:rsidRPr="0027391F">
        <w:rPr>
          <w:rFonts w:asciiTheme="majorHAnsi" w:hAnsiTheme="majorHAnsi" w:cstheme="majorHAnsi"/>
        </w:rPr>
        <w:t>të</w:t>
      </w:r>
      <w:proofErr w:type="spellEnd"/>
      <w:r w:rsidRPr="0027391F">
        <w:rPr>
          <w:rFonts w:asciiTheme="majorHAnsi" w:hAnsiTheme="majorHAnsi" w:cstheme="majorHAnsi"/>
        </w:rPr>
        <w:t xml:space="preserve"> </w:t>
      </w:r>
      <w:proofErr w:type="spellStart"/>
      <w:r w:rsidRPr="0027391F">
        <w:rPr>
          <w:rFonts w:asciiTheme="majorHAnsi" w:hAnsiTheme="majorHAnsi" w:cstheme="majorHAnsi"/>
        </w:rPr>
        <w:t>eIDAS</w:t>
      </w:r>
      <w:proofErr w:type="spellEnd"/>
      <w:r w:rsidRPr="0027391F">
        <w:rPr>
          <w:rFonts w:asciiTheme="majorHAnsi" w:hAnsiTheme="majorHAnsi" w:cstheme="majorHAnsi"/>
        </w:rPr>
        <w:t xml:space="preserve"> </w:t>
      </w:r>
      <w:proofErr w:type="spellStart"/>
      <w:r w:rsidRPr="0027391F">
        <w:rPr>
          <w:rFonts w:asciiTheme="majorHAnsi" w:hAnsiTheme="majorHAnsi" w:cstheme="majorHAnsi"/>
        </w:rPr>
        <w:t>dhe</w:t>
      </w:r>
      <w:proofErr w:type="spellEnd"/>
      <w:r w:rsidRPr="0027391F">
        <w:rPr>
          <w:rFonts w:asciiTheme="majorHAnsi" w:hAnsiTheme="majorHAnsi" w:cstheme="majorHAnsi"/>
        </w:rPr>
        <w:t xml:space="preserve"> </w:t>
      </w:r>
      <w:proofErr w:type="spellStart"/>
      <w:r w:rsidRPr="0027391F">
        <w:rPr>
          <w:rFonts w:asciiTheme="majorHAnsi" w:hAnsiTheme="majorHAnsi" w:cstheme="majorHAnsi"/>
        </w:rPr>
        <w:t>standardet</w:t>
      </w:r>
      <w:proofErr w:type="spellEnd"/>
      <w:r w:rsidRPr="0027391F">
        <w:rPr>
          <w:rFonts w:asciiTheme="majorHAnsi" w:hAnsiTheme="majorHAnsi" w:cstheme="majorHAnsi"/>
        </w:rPr>
        <w:t xml:space="preserve"> </w:t>
      </w:r>
      <w:proofErr w:type="spellStart"/>
      <w:r w:rsidRPr="0027391F">
        <w:rPr>
          <w:rFonts w:asciiTheme="majorHAnsi" w:hAnsiTheme="majorHAnsi" w:cstheme="majorHAnsi"/>
        </w:rPr>
        <w:t>kombëtare</w:t>
      </w:r>
      <w:proofErr w:type="spellEnd"/>
      <w:r w:rsidRPr="0027391F">
        <w:rPr>
          <w:rFonts w:asciiTheme="majorHAnsi" w:hAnsiTheme="majorHAnsi" w:cstheme="majorHAnsi"/>
        </w:rPr>
        <w:t xml:space="preserve"> </w:t>
      </w:r>
      <w:proofErr w:type="spellStart"/>
      <w:r w:rsidRPr="0027391F">
        <w:rPr>
          <w:rFonts w:asciiTheme="majorHAnsi" w:hAnsiTheme="majorHAnsi" w:cstheme="majorHAnsi"/>
        </w:rPr>
        <w:t>të</w:t>
      </w:r>
      <w:proofErr w:type="spellEnd"/>
      <w:r w:rsidRPr="0027391F">
        <w:rPr>
          <w:rFonts w:asciiTheme="majorHAnsi" w:hAnsiTheme="majorHAnsi" w:cstheme="majorHAnsi"/>
        </w:rPr>
        <w:t xml:space="preserve"> </w:t>
      </w:r>
      <w:proofErr w:type="spellStart"/>
      <w:r w:rsidRPr="0027391F">
        <w:rPr>
          <w:rFonts w:asciiTheme="majorHAnsi" w:hAnsiTheme="majorHAnsi" w:cstheme="majorHAnsi"/>
        </w:rPr>
        <w:t>sigurisë</w:t>
      </w:r>
      <w:proofErr w:type="spellEnd"/>
      <w:r w:rsidRPr="0027391F">
        <w:rPr>
          <w:rFonts w:asciiTheme="majorHAnsi" w:hAnsiTheme="majorHAnsi" w:cstheme="majorHAnsi"/>
        </w:rPr>
        <w:t xml:space="preserve"> </w:t>
      </w:r>
      <w:proofErr w:type="spellStart"/>
      <w:r w:rsidRPr="0027391F">
        <w:rPr>
          <w:rFonts w:asciiTheme="majorHAnsi" w:hAnsiTheme="majorHAnsi" w:cstheme="majorHAnsi"/>
        </w:rPr>
        <w:t>kibernetike</w:t>
      </w:r>
      <w:proofErr w:type="spellEnd"/>
      <w:r w:rsidR="00000000" w:rsidRPr="00D003F8">
        <w:rPr>
          <w:rFonts w:asciiTheme="majorHAnsi" w:hAnsiTheme="majorHAnsi" w:cstheme="majorHAnsi"/>
          <w:lang w:val="en-GB"/>
        </w:rPr>
        <w:t>.</w:t>
      </w:r>
    </w:p>
    <w:p w14:paraId="41D5F277" w14:textId="6B4A6486" w:rsidR="003D3D43" w:rsidRPr="00D003F8" w:rsidRDefault="0027391F" w:rsidP="00D003F8">
      <w:pPr>
        <w:jc w:val="both"/>
        <w:rPr>
          <w:rFonts w:asciiTheme="majorHAnsi" w:hAnsiTheme="majorHAnsi" w:cstheme="majorHAnsi"/>
          <w:lang w:val="en-GB"/>
        </w:rPr>
      </w:pPr>
      <w:proofErr w:type="spellStart"/>
      <w:r w:rsidRPr="0027391F">
        <w:rPr>
          <w:rFonts w:asciiTheme="majorHAnsi" w:hAnsiTheme="majorHAnsi" w:cstheme="majorHAnsi"/>
        </w:rPr>
        <w:t>Përdoruesit</w:t>
      </w:r>
      <w:proofErr w:type="spellEnd"/>
      <w:r w:rsidRPr="0027391F">
        <w:rPr>
          <w:rFonts w:asciiTheme="majorHAnsi" w:hAnsiTheme="majorHAnsi" w:cstheme="majorHAnsi"/>
        </w:rPr>
        <w:t xml:space="preserve"> </w:t>
      </w:r>
      <w:proofErr w:type="spellStart"/>
      <w:r w:rsidRPr="0027391F">
        <w:rPr>
          <w:rFonts w:asciiTheme="majorHAnsi" w:hAnsiTheme="majorHAnsi" w:cstheme="majorHAnsi"/>
        </w:rPr>
        <w:t>duhet</w:t>
      </w:r>
      <w:proofErr w:type="spellEnd"/>
      <w:r w:rsidRPr="0027391F">
        <w:rPr>
          <w:rFonts w:asciiTheme="majorHAnsi" w:hAnsiTheme="majorHAnsi" w:cstheme="majorHAnsi"/>
        </w:rPr>
        <w:t xml:space="preserve"> </w:t>
      </w:r>
      <w:proofErr w:type="spellStart"/>
      <w:r w:rsidRPr="0027391F">
        <w:rPr>
          <w:rFonts w:asciiTheme="majorHAnsi" w:hAnsiTheme="majorHAnsi" w:cstheme="majorHAnsi"/>
        </w:rPr>
        <w:t>të</w:t>
      </w:r>
      <w:proofErr w:type="spellEnd"/>
      <w:r w:rsidRPr="0027391F">
        <w:rPr>
          <w:rFonts w:asciiTheme="majorHAnsi" w:hAnsiTheme="majorHAnsi" w:cstheme="majorHAnsi"/>
        </w:rPr>
        <w:t xml:space="preserve"> </w:t>
      </w:r>
      <w:proofErr w:type="spellStart"/>
      <w:r w:rsidRPr="0027391F">
        <w:rPr>
          <w:rFonts w:asciiTheme="majorHAnsi" w:hAnsiTheme="majorHAnsi" w:cstheme="majorHAnsi"/>
        </w:rPr>
        <w:t>mbrojnë</w:t>
      </w:r>
      <w:proofErr w:type="spellEnd"/>
      <w:r w:rsidRPr="0027391F">
        <w:rPr>
          <w:rFonts w:asciiTheme="majorHAnsi" w:hAnsiTheme="majorHAnsi" w:cstheme="majorHAnsi"/>
        </w:rPr>
        <w:t xml:space="preserve"> </w:t>
      </w:r>
      <w:proofErr w:type="spellStart"/>
      <w:r w:rsidRPr="0027391F">
        <w:rPr>
          <w:rFonts w:asciiTheme="majorHAnsi" w:hAnsiTheme="majorHAnsi" w:cstheme="majorHAnsi"/>
        </w:rPr>
        <w:t>pajisjet</w:t>
      </w:r>
      <w:proofErr w:type="spellEnd"/>
      <w:r w:rsidRPr="0027391F">
        <w:rPr>
          <w:rFonts w:asciiTheme="majorHAnsi" w:hAnsiTheme="majorHAnsi" w:cstheme="majorHAnsi"/>
        </w:rPr>
        <w:t xml:space="preserve"> </w:t>
      </w:r>
      <w:proofErr w:type="spellStart"/>
      <w:r w:rsidRPr="0027391F">
        <w:rPr>
          <w:rFonts w:asciiTheme="majorHAnsi" w:hAnsiTheme="majorHAnsi" w:cstheme="majorHAnsi"/>
        </w:rPr>
        <w:t>dhe</w:t>
      </w:r>
      <w:proofErr w:type="spellEnd"/>
      <w:r w:rsidRPr="0027391F">
        <w:rPr>
          <w:rFonts w:asciiTheme="majorHAnsi" w:hAnsiTheme="majorHAnsi" w:cstheme="majorHAnsi"/>
        </w:rPr>
        <w:t xml:space="preserve"> </w:t>
      </w:r>
      <w:proofErr w:type="spellStart"/>
      <w:r w:rsidRPr="0027391F">
        <w:rPr>
          <w:rFonts w:asciiTheme="majorHAnsi" w:hAnsiTheme="majorHAnsi" w:cstheme="majorHAnsi"/>
        </w:rPr>
        <w:t>kredencialet</w:t>
      </w:r>
      <w:proofErr w:type="spellEnd"/>
      <w:r w:rsidRPr="0027391F">
        <w:rPr>
          <w:rFonts w:asciiTheme="majorHAnsi" w:hAnsiTheme="majorHAnsi" w:cstheme="majorHAnsi"/>
        </w:rPr>
        <w:t xml:space="preserve"> e </w:t>
      </w:r>
      <w:proofErr w:type="spellStart"/>
      <w:r w:rsidRPr="0027391F">
        <w:rPr>
          <w:rFonts w:asciiTheme="majorHAnsi" w:hAnsiTheme="majorHAnsi" w:cstheme="majorHAnsi"/>
        </w:rPr>
        <w:t>tyre</w:t>
      </w:r>
      <w:proofErr w:type="spellEnd"/>
      <w:r w:rsidRPr="0027391F">
        <w:rPr>
          <w:rFonts w:asciiTheme="majorHAnsi" w:hAnsiTheme="majorHAnsi" w:cstheme="majorHAnsi"/>
        </w:rPr>
        <w:t xml:space="preserve"> </w:t>
      </w:r>
      <w:proofErr w:type="spellStart"/>
      <w:r w:rsidRPr="0027391F">
        <w:rPr>
          <w:rFonts w:asciiTheme="majorHAnsi" w:hAnsiTheme="majorHAnsi" w:cstheme="majorHAnsi"/>
        </w:rPr>
        <w:t>personale</w:t>
      </w:r>
      <w:proofErr w:type="spellEnd"/>
      <w:r w:rsidRPr="0027391F">
        <w:rPr>
          <w:rFonts w:asciiTheme="majorHAnsi" w:hAnsiTheme="majorHAnsi" w:cstheme="majorHAnsi"/>
        </w:rPr>
        <w:t xml:space="preserve">, </w:t>
      </w:r>
      <w:proofErr w:type="spellStart"/>
      <w:r w:rsidRPr="0027391F">
        <w:rPr>
          <w:rFonts w:asciiTheme="majorHAnsi" w:hAnsiTheme="majorHAnsi" w:cstheme="majorHAnsi"/>
        </w:rPr>
        <w:t>si</w:t>
      </w:r>
      <w:proofErr w:type="spellEnd"/>
      <w:r w:rsidRPr="0027391F">
        <w:rPr>
          <w:rFonts w:asciiTheme="majorHAnsi" w:hAnsiTheme="majorHAnsi" w:cstheme="majorHAnsi"/>
        </w:rPr>
        <w:t xml:space="preserve"> </w:t>
      </w:r>
      <w:proofErr w:type="spellStart"/>
      <w:r w:rsidRPr="0027391F">
        <w:rPr>
          <w:rFonts w:asciiTheme="majorHAnsi" w:hAnsiTheme="majorHAnsi" w:cstheme="majorHAnsi"/>
        </w:rPr>
        <w:t>dhe</w:t>
      </w:r>
      <w:proofErr w:type="spellEnd"/>
      <w:r w:rsidRPr="0027391F">
        <w:rPr>
          <w:rFonts w:asciiTheme="majorHAnsi" w:hAnsiTheme="majorHAnsi" w:cstheme="majorHAnsi"/>
        </w:rPr>
        <w:t xml:space="preserve"> </w:t>
      </w:r>
      <w:proofErr w:type="spellStart"/>
      <w:r w:rsidRPr="0027391F">
        <w:rPr>
          <w:rFonts w:asciiTheme="majorHAnsi" w:hAnsiTheme="majorHAnsi" w:cstheme="majorHAnsi"/>
        </w:rPr>
        <w:t>të</w:t>
      </w:r>
      <w:proofErr w:type="spellEnd"/>
      <w:r w:rsidRPr="0027391F">
        <w:rPr>
          <w:rFonts w:asciiTheme="majorHAnsi" w:hAnsiTheme="majorHAnsi" w:cstheme="majorHAnsi"/>
        </w:rPr>
        <w:t xml:space="preserve"> </w:t>
      </w:r>
      <w:proofErr w:type="spellStart"/>
      <w:r w:rsidRPr="0027391F">
        <w:rPr>
          <w:rFonts w:asciiTheme="majorHAnsi" w:hAnsiTheme="majorHAnsi" w:cstheme="majorHAnsi"/>
        </w:rPr>
        <w:t>raportojnë</w:t>
      </w:r>
      <w:proofErr w:type="spellEnd"/>
      <w:r w:rsidRPr="0027391F">
        <w:rPr>
          <w:rFonts w:asciiTheme="majorHAnsi" w:hAnsiTheme="majorHAnsi" w:cstheme="majorHAnsi"/>
        </w:rPr>
        <w:t xml:space="preserve"> </w:t>
      </w:r>
      <w:proofErr w:type="spellStart"/>
      <w:r w:rsidRPr="0027391F">
        <w:rPr>
          <w:rFonts w:asciiTheme="majorHAnsi" w:hAnsiTheme="majorHAnsi" w:cstheme="majorHAnsi"/>
        </w:rPr>
        <w:t>çdo</w:t>
      </w:r>
      <w:proofErr w:type="spellEnd"/>
      <w:r w:rsidRPr="0027391F">
        <w:rPr>
          <w:rFonts w:asciiTheme="majorHAnsi" w:hAnsiTheme="majorHAnsi" w:cstheme="majorHAnsi"/>
        </w:rPr>
        <w:t xml:space="preserve"> </w:t>
      </w:r>
      <w:proofErr w:type="spellStart"/>
      <w:r w:rsidRPr="0027391F">
        <w:rPr>
          <w:rFonts w:asciiTheme="majorHAnsi" w:hAnsiTheme="majorHAnsi" w:cstheme="majorHAnsi"/>
        </w:rPr>
        <w:t>dyshim</w:t>
      </w:r>
      <w:proofErr w:type="spellEnd"/>
      <w:r w:rsidRPr="0027391F">
        <w:rPr>
          <w:rFonts w:asciiTheme="majorHAnsi" w:hAnsiTheme="majorHAnsi" w:cstheme="majorHAnsi"/>
        </w:rPr>
        <w:t xml:space="preserve"> </w:t>
      </w:r>
      <w:proofErr w:type="spellStart"/>
      <w:r w:rsidRPr="0027391F">
        <w:rPr>
          <w:rFonts w:asciiTheme="majorHAnsi" w:hAnsiTheme="majorHAnsi" w:cstheme="majorHAnsi"/>
        </w:rPr>
        <w:t>për</w:t>
      </w:r>
      <w:proofErr w:type="spellEnd"/>
      <w:r w:rsidRPr="0027391F">
        <w:rPr>
          <w:rFonts w:asciiTheme="majorHAnsi" w:hAnsiTheme="majorHAnsi" w:cstheme="majorHAnsi"/>
        </w:rPr>
        <w:t xml:space="preserve"> </w:t>
      </w:r>
      <w:proofErr w:type="spellStart"/>
      <w:r w:rsidRPr="0027391F">
        <w:rPr>
          <w:rFonts w:asciiTheme="majorHAnsi" w:hAnsiTheme="majorHAnsi" w:cstheme="majorHAnsi"/>
        </w:rPr>
        <w:t>komprometim</w:t>
      </w:r>
      <w:proofErr w:type="spellEnd"/>
      <w:r w:rsidRPr="0027391F">
        <w:rPr>
          <w:rFonts w:asciiTheme="majorHAnsi" w:hAnsiTheme="majorHAnsi" w:cstheme="majorHAnsi"/>
        </w:rPr>
        <w:t xml:space="preserve"> </w:t>
      </w:r>
      <w:proofErr w:type="spellStart"/>
      <w:r w:rsidRPr="0027391F">
        <w:rPr>
          <w:rFonts w:asciiTheme="majorHAnsi" w:hAnsiTheme="majorHAnsi" w:cstheme="majorHAnsi"/>
        </w:rPr>
        <w:t>ose</w:t>
      </w:r>
      <w:proofErr w:type="spellEnd"/>
      <w:r w:rsidRPr="0027391F">
        <w:rPr>
          <w:rFonts w:asciiTheme="majorHAnsi" w:hAnsiTheme="majorHAnsi" w:cstheme="majorHAnsi"/>
        </w:rPr>
        <w:t xml:space="preserve"> </w:t>
      </w:r>
      <w:proofErr w:type="spellStart"/>
      <w:r w:rsidRPr="0027391F">
        <w:rPr>
          <w:rFonts w:asciiTheme="majorHAnsi" w:hAnsiTheme="majorHAnsi" w:cstheme="majorHAnsi"/>
        </w:rPr>
        <w:t>keqpërdorim</w:t>
      </w:r>
      <w:proofErr w:type="spellEnd"/>
      <w:r w:rsidR="00000000" w:rsidRPr="00D003F8">
        <w:rPr>
          <w:rFonts w:asciiTheme="majorHAnsi" w:hAnsiTheme="majorHAnsi" w:cstheme="majorHAnsi"/>
          <w:lang w:val="en-GB"/>
        </w:rPr>
        <w:t>.</w:t>
      </w:r>
    </w:p>
    <w:p w14:paraId="47C3976C" w14:textId="17F72177" w:rsidR="003D3D43" w:rsidRPr="00D003F8" w:rsidRDefault="00000000" w:rsidP="00D003F8">
      <w:pPr>
        <w:pStyle w:val="Heading1"/>
        <w:jc w:val="both"/>
        <w:rPr>
          <w:sz w:val="22"/>
          <w:szCs w:val="22"/>
          <w:lang w:val="en-GB"/>
        </w:rPr>
      </w:pPr>
      <w:r w:rsidRPr="00D003F8">
        <w:rPr>
          <w:sz w:val="22"/>
          <w:szCs w:val="22"/>
          <w:lang w:val="en-GB"/>
        </w:rPr>
        <w:t xml:space="preserve">9. </w:t>
      </w:r>
      <w:proofErr w:type="spellStart"/>
      <w:r w:rsidR="0027391F" w:rsidRPr="0027391F">
        <w:rPr>
          <w:sz w:val="22"/>
          <w:szCs w:val="22"/>
        </w:rPr>
        <w:t>Disponueshmëria</w:t>
      </w:r>
      <w:proofErr w:type="spellEnd"/>
      <w:r w:rsidR="0027391F" w:rsidRPr="0027391F">
        <w:rPr>
          <w:sz w:val="22"/>
          <w:szCs w:val="22"/>
        </w:rPr>
        <w:t xml:space="preserve"> </w:t>
      </w:r>
      <w:proofErr w:type="spellStart"/>
      <w:r w:rsidR="0027391F" w:rsidRPr="0027391F">
        <w:rPr>
          <w:sz w:val="22"/>
          <w:szCs w:val="22"/>
        </w:rPr>
        <w:t>dhe</w:t>
      </w:r>
      <w:proofErr w:type="spellEnd"/>
      <w:r w:rsidR="0027391F" w:rsidRPr="0027391F">
        <w:rPr>
          <w:sz w:val="22"/>
          <w:szCs w:val="22"/>
        </w:rPr>
        <w:t xml:space="preserve"> </w:t>
      </w:r>
      <w:proofErr w:type="spellStart"/>
      <w:r w:rsidR="0027391F" w:rsidRPr="0027391F">
        <w:rPr>
          <w:sz w:val="22"/>
          <w:szCs w:val="22"/>
        </w:rPr>
        <w:t>vazhdimësia</w:t>
      </w:r>
      <w:proofErr w:type="spellEnd"/>
      <w:r w:rsidR="0027391F" w:rsidRPr="0027391F">
        <w:rPr>
          <w:sz w:val="22"/>
          <w:szCs w:val="22"/>
        </w:rPr>
        <w:t xml:space="preserve"> e </w:t>
      </w:r>
      <w:proofErr w:type="spellStart"/>
      <w:r w:rsidR="0027391F" w:rsidRPr="0027391F">
        <w:rPr>
          <w:sz w:val="22"/>
          <w:szCs w:val="22"/>
        </w:rPr>
        <w:t>shërbimit</w:t>
      </w:r>
      <w:proofErr w:type="spellEnd"/>
    </w:p>
    <w:p w14:paraId="3594DC0F" w14:textId="19233DE9" w:rsidR="003D3D43" w:rsidRPr="00D003F8" w:rsidRDefault="0027391F" w:rsidP="00D003F8">
      <w:pPr>
        <w:jc w:val="both"/>
        <w:rPr>
          <w:rFonts w:asciiTheme="majorHAnsi" w:hAnsiTheme="majorHAnsi" w:cstheme="majorHAnsi"/>
          <w:lang w:val="en-GB"/>
        </w:rPr>
      </w:pPr>
      <w:proofErr w:type="spellStart"/>
      <w:r w:rsidRPr="0027391F">
        <w:rPr>
          <w:rFonts w:asciiTheme="majorHAnsi" w:hAnsiTheme="majorHAnsi" w:cstheme="majorHAnsi"/>
        </w:rPr>
        <w:t>Autoriteti</w:t>
      </w:r>
      <w:proofErr w:type="spellEnd"/>
      <w:r w:rsidRPr="0027391F">
        <w:rPr>
          <w:rFonts w:asciiTheme="majorHAnsi" w:hAnsiTheme="majorHAnsi" w:cstheme="majorHAnsi"/>
        </w:rPr>
        <w:t xml:space="preserve"> do </w:t>
      </w:r>
      <w:proofErr w:type="spellStart"/>
      <w:r w:rsidRPr="0027391F">
        <w:rPr>
          <w:rFonts w:asciiTheme="majorHAnsi" w:hAnsiTheme="majorHAnsi" w:cstheme="majorHAnsi"/>
        </w:rPr>
        <w:t>të</w:t>
      </w:r>
      <w:proofErr w:type="spellEnd"/>
      <w:r w:rsidRPr="0027391F">
        <w:rPr>
          <w:rFonts w:asciiTheme="majorHAnsi" w:hAnsiTheme="majorHAnsi" w:cstheme="majorHAnsi"/>
        </w:rPr>
        <w:t xml:space="preserve"> </w:t>
      </w:r>
      <w:proofErr w:type="spellStart"/>
      <w:r w:rsidRPr="0027391F">
        <w:rPr>
          <w:rFonts w:asciiTheme="majorHAnsi" w:hAnsiTheme="majorHAnsi" w:cstheme="majorHAnsi"/>
        </w:rPr>
        <w:t>ndërmarrë</w:t>
      </w:r>
      <w:proofErr w:type="spellEnd"/>
      <w:r w:rsidRPr="0027391F">
        <w:rPr>
          <w:rFonts w:asciiTheme="majorHAnsi" w:hAnsiTheme="majorHAnsi" w:cstheme="majorHAnsi"/>
        </w:rPr>
        <w:t xml:space="preserve"> masa </w:t>
      </w:r>
      <w:proofErr w:type="spellStart"/>
      <w:r w:rsidRPr="0027391F">
        <w:rPr>
          <w:rFonts w:asciiTheme="majorHAnsi" w:hAnsiTheme="majorHAnsi" w:cstheme="majorHAnsi"/>
        </w:rPr>
        <w:t>të</w:t>
      </w:r>
      <w:proofErr w:type="spellEnd"/>
      <w:r w:rsidRPr="0027391F">
        <w:rPr>
          <w:rFonts w:asciiTheme="majorHAnsi" w:hAnsiTheme="majorHAnsi" w:cstheme="majorHAnsi"/>
        </w:rPr>
        <w:t xml:space="preserve"> </w:t>
      </w:r>
      <w:proofErr w:type="spellStart"/>
      <w:r w:rsidRPr="0027391F">
        <w:rPr>
          <w:rFonts w:asciiTheme="majorHAnsi" w:hAnsiTheme="majorHAnsi" w:cstheme="majorHAnsi"/>
        </w:rPr>
        <w:t>arsyeshme</w:t>
      </w:r>
      <w:proofErr w:type="spellEnd"/>
      <w:r w:rsidRPr="0027391F">
        <w:rPr>
          <w:rFonts w:asciiTheme="majorHAnsi" w:hAnsiTheme="majorHAnsi" w:cstheme="majorHAnsi"/>
        </w:rPr>
        <w:t xml:space="preserve"> </w:t>
      </w:r>
      <w:proofErr w:type="spellStart"/>
      <w:r w:rsidRPr="0027391F">
        <w:rPr>
          <w:rFonts w:asciiTheme="majorHAnsi" w:hAnsiTheme="majorHAnsi" w:cstheme="majorHAnsi"/>
        </w:rPr>
        <w:t>për</w:t>
      </w:r>
      <w:proofErr w:type="spellEnd"/>
      <w:r w:rsidRPr="0027391F">
        <w:rPr>
          <w:rFonts w:asciiTheme="majorHAnsi" w:hAnsiTheme="majorHAnsi" w:cstheme="majorHAnsi"/>
        </w:rPr>
        <w:t xml:space="preserve"> </w:t>
      </w:r>
      <w:proofErr w:type="spellStart"/>
      <w:r w:rsidRPr="0027391F">
        <w:rPr>
          <w:rFonts w:asciiTheme="majorHAnsi" w:hAnsiTheme="majorHAnsi" w:cstheme="majorHAnsi"/>
        </w:rPr>
        <w:t>të</w:t>
      </w:r>
      <w:proofErr w:type="spellEnd"/>
      <w:r w:rsidRPr="0027391F">
        <w:rPr>
          <w:rFonts w:asciiTheme="majorHAnsi" w:hAnsiTheme="majorHAnsi" w:cstheme="majorHAnsi"/>
        </w:rPr>
        <w:t xml:space="preserve"> </w:t>
      </w:r>
      <w:proofErr w:type="spellStart"/>
      <w:r w:rsidRPr="0027391F">
        <w:rPr>
          <w:rFonts w:asciiTheme="majorHAnsi" w:hAnsiTheme="majorHAnsi" w:cstheme="majorHAnsi"/>
        </w:rPr>
        <w:t>siguruar</w:t>
      </w:r>
      <w:proofErr w:type="spellEnd"/>
      <w:r w:rsidRPr="0027391F">
        <w:rPr>
          <w:rFonts w:asciiTheme="majorHAnsi" w:hAnsiTheme="majorHAnsi" w:cstheme="majorHAnsi"/>
        </w:rPr>
        <w:t xml:space="preserve"> </w:t>
      </w:r>
      <w:proofErr w:type="spellStart"/>
      <w:r w:rsidRPr="0027391F">
        <w:rPr>
          <w:rFonts w:asciiTheme="majorHAnsi" w:hAnsiTheme="majorHAnsi" w:cstheme="majorHAnsi"/>
        </w:rPr>
        <w:t>disponueshmërinë</w:t>
      </w:r>
      <w:proofErr w:type="spellEnd"/>
      <w:r w:rsidRPr="0027391F">
        <w:rPr>
          <w:rFonts w:asciiTheme="majorHAnsi" w:hAnsiTheme="majorHAnsi" w:cstheme="majorHAnsi"/>
        </w:rPr>
        <w:t xml:space="preserve">, </w:t>
      </w:r>
      <w:proofErr w:type="spellStart"/>
      <w:r w:rsidRPr="0027391F">
        <w:rPr>
          <w:rFonts w:asciiTheme="majorHAnsi" w:hAnsiTheme="majorHAnsi" w:cstheme="majorHAnsi"/>
        </w:rPr>
        <w:t>integritetin</w:t>
      </w:r>
      <w:proofErr w:type="spellEnd"/>
      <w:r w:rsidRPr="0027391F">
        <w:rPr>
          <w:rFonts w:asciiTheme="majorHAnsi" w:hAnsiTheme="majorHAnsi" w:cstheme="majorHAnsi"/>
        </w:rPr>
        <w:t xml:space="preserve"> </w:t>
      </w:r>
      <w:proofErr w:type="spellStart"/>
      <w:r w:rsidRPr="0027391F">
        <w:rPr>
          <w:rFonts w:asciiTheme="majorHAnsi" w:hAnsiTheme="majorHAnsi" w:cstheme="majorHAnsi"/>
        </w:rPr>
        <w:t>dhe</w:t>
      </w:r>
      <w:proofErr w:type="spellEnd"/>
      <w:r w:rsidRPr="0027391F">
        <w:rPr>
          <w:rFonts w:asciiTheme="majorHAnsi" w:hAnsiTheme="majorHAnsi" w:cstheme="majorHAnsi"/>
        </w:rPr>
        <w:t xml:space="preserve"> </w:t>
      </w:r>
      <w:proofErr w:type="spellStart"/>
      <w:r w:rsidRPr="0027391F">
        <w:rPr>
          <w:rFonts w:asciiTheme="majorHAnsi" w:hAnsiTheme="majorHAnsi" w:cstheme="majorHAnsi"/>
        </w:rPr>
        <w:t>besueshmërinë</w:t>
      </w:r>
      <w:proofErr w:type="spellEnd"/>
      <w:r w:rsidRPr="0027391F">
        <w:rPr>
          <w:rFonts w:asciiTheme="majorHAnsi" w:hAnsiTheme="majorHAnsi" w:cstheme="majorHAnsi"/>
        </w:rPr>
        <w:t xml:space="preserve"> e </w:t>
      </w:r>
      <w:proofErr w:type="spellStart"/>
      <w:proofErr w:type="gramStart"/>
      <w:r w:rsidRPr="0027391F">
        <w:rPr>
          <w:rFonts w:asciiTheme="majorHAnsi" w:hAnsiTheme="majorHAnsi" w:cstheme="majorHAnsi"/>
        </w:rPr>
        <w:t>Aplikacionit</w:t>
      </w:r>
      <w:proofErr w:type="spellEnd"/>
      <w:r w:rsidRPr="0027391F">
        <w:rPr>
          <w:rFonts w:asciiTheme="majorHAnsi" w:hAnsiTheme="majorHAnsi" w:cstheme="majorHAnsi"/>
        </w:rPr>
        <w:t>.</w:t>
      </w:r>
      <w:r w:rsidR="00000000" w:rsidRPr="00D003F8">
        <w:rPr>
          <w:rFonts w:asciiTheme="majorHAnsi" w:hAnsiTheme="majorHAnsi" w:cstheme="majorHAnsi"/>
          <w:lang w:val="en-GB"/>
        </w:rPr>
        <w:t>.</w:t>
      </w:r>
      <w:proofErr w:type="gramEnd"/>
    </w:p>
    <w:p w14:paraId="45DC647E" w14:textId="03684517" w:rsidR="003D3D43" w:rsidRPr="00D003F8" w:rsidRDefault="0027391F" w:rsidP="00D003F8">
      <w:pPr>
        <w:jc w:val="both"/>
        <w:rPr>
          <w:rFonts w:asciiTheme="majorHAnsi" w:hAnsiTheme="majorHAnsi" w:cstheme="majorHAnsi"/>
          <w:lang w:val="en-GB"/>
        </w:rPr>
      </w:pPr>
      <w:proofErr w:type="spellStart"/>
      <w:r w:rsidRPr="0027391F">
        <w:rPr>
          <w:rFonts w:asciiTheme="majorHAnsi" w:hAnsiTheme="majorHAnsi" w:cstheme="majorHAnsi"/>
        </w:rPr>
        <w:t>Autoriteti</w:t>
      </w:r>
      <w:proofErr w:type="spellEnd"/>
      <w:r w:rsidRPr="0027391F">
        <w:rPr>
          <w:rFonts w:asciiTheme="majorHAnsi" w:hAnsiTheme="majorHAnsi" w:cstheme="majorHAnsi"/>
        </w:rPr>
        <w:t xml:space="preserve"> </w:t>
      </w:r>
      <w:proofErr w:type="spellStart"/>
      <w:r w:rsidRPr="0027391F">
        <w:rPr>
          <w:rFonts w:asciiTheme="majorHAnsi" w:hAnsiTheme="majorHAnsi" w:cstheme="majorHAnsi"/>
        </w:rPr>
        <w:t>rezervon</w:t>
      </w:r>
      <w:proofErr w:type="spellEnd"/>
      <w:r w:rsidRPr="0027391F">
        <w:rPr>
          <w:rFonts w:asciiTheme="majorHAnsi" w:hAnsiTheme="majorHAnsi" w:cstheme="majorHAnsi"/>
        </w:rPr>
        <w:t xml:space="preserve"> </w:t>
      </w:r>
      <w:proofErr w:type="spellStart"/>
      <w:r w:rsidRPr="0027391F">
        <w:rPr>
          <w:rFonts w:asciiTheme="majorHAnsi" w:hAnsiTheme="majorHAnsi" w:cstheme="majorHAnsi"/>
        </w:rPr>
        <w:t>të</w:t>
      </w:r>
      <w:proofErr w:type="spellEnd"/>
      <w:r w:rsidRPr="0027391F">
        <w:rPr>
          <w:rFonts w:asciiTheme="majorHAnsi" w:hAnsiTheme="majorHAnsi" w:cstheme="majorHAnsi"/>
        </w:rPr>
        <w:t xml:space="preserve"> </w:t>
      </w:r>
      <w:proofErr w:type="spellStart"/>
      <w:r w:rsidRPr="0027391F">
        <w:rPr>
          <w:rFonts w:asciiTheme="majorHAnsi" w:hAnsiTheme="majorHAnsi" w:cstheme="majorHAnsi"/>
        </w:rPr>
        <w:t>drejtën</w:t>
      </w:r>
      <w:proofErr w:type="spellEnd"/>
      <w:r w:rsidRPr="0027391F">
        <w:rPr>
          <w:rFonts w:asciiTheme="majorHAnsi" w:hAnsiTheme="majorHAnsi" w:cstheme="majorHAnsi"/>
        </w:rPr>
        <w:t xml:space="preserve"> </w:t>
      </w:r>
      <w:proofErr w:type="spellStart"/>
      <w:r w:rsidRPr="0027391F">
        <w:rPr>
          <w:rFonts w:asciiTheme="majorHAnsi" w:hAnsiTheme="majorHAnsi" w:cstheme="majorHAnsi"/>
        </w:rPr>
        <w:t>të</w:t>
      </w:r>
      <w:proofErr w:type="spellEnd"/>
      <w:r w:rsidRPr="0027391F">
        <w:rPr>
          <w:rFonts w:asciiTheme="majorHAnsi" w:hAnsiTheme="majorHAnsi" w:cstheme="majorHAnsi"/>
        </w:rPr>
        <w:t xml:space="preserve"> </w:t>
      </w:r>
      <w:proofErr w:type="spellStart"/>
      <w:r w:rsidRPr="0027391F">
        <w:rPr>
          <w:rFonts w:asciiTheme="majorHAnsi" w:hAnsiTheme="majorHAnsi" w:cstheme="majorHAnsi"/>
        </w:rPr>
        <w:t>kryejë</w:t>
      </w:r>
      <w:proofErr w:type="spellEnd"/>
      <w:r w:rsidRPr="0027391F">
        <w:rPr>
          <w:rFonts w:asciiTheme="majorHAnsi" w:hAnsiTheme="majorHAnsi" w:cstheme="majorHAnsi"/>
        </w:rPr>
        <w:t xml:space="preserve"> </w:t>
      </w:r>
      <w:proofErr w:type="spellStart"/>
      <w:r w:rsidRPr="0027391F">
        <w:rPr>
          <w:rFonts w:asciiTheme="majorHAnsi" w:hAnsiTheme="majorHAnsi" w:cstheme="majorHAnsi"/>
        </w:rPr>
        <w:t>mirëmbajtje</w:t>
      </w:r>
      <w:proofErr w:type="spellEnd"/>
      <w:r w:rsidRPr="0027391F">
        <w:rPr>
          <w:rFonts w:asciiTheme="majorHAnsi" w:hAnsiTheme="majorHAnsi" w:cstheme="majorHAnsi"/>
        </w:rPr>
        <w:t xml:space="preserve">, </w:t>
      </w:r>
      <w:proofErr w:type="spellStart"/>
      <w:r w:rsidRPr="0027391F">
        <w:rPr>
          <w:rFonts w:asciiTheme="majorHAnsi" w:hAnsiTheme="majorHAnsi" w:cstheme="majorHAnsi"/>
        </w:rPr>
        <w:t>të</w:t>
      </w:r>
      <w:proofErr w:type="spellEnd"/>
      <w:r w:rsidRPr="0027391F">
        <w:rPr>
          <w:rFonts w:asciiTheme="majorHAnsi" w:hAnsiTheme="majorHAnsi" w:cstheme="majorHAnsi"/>
        </w:rPr>
        <w:t xml:space="preserve"> </w:t>
      </w:r>
      <w:proofErr w:type="spellStart"/>
      <w:r w:rsidRPr="0027391F">
        <w:rPr>
          <w:rFonts w:asciiTheme="majorHAnsi" w:hAnsiTheme="majorHAnsi" w:cstheme="majorHAnsi"/>
        </w:rPr>
        <w:t>ndryshojë</w:t>
      </w:r>
      <w:proofErr w:type="spellEnd"/>
      <w:r w:rsidRPr="0027391F">
        <w:rPr>
          <w:rFonts w:asciiTheme="majorHAnsi" w:hAnsiTheme="majorHAnsi" w:cstheme="majorHAnsi"/>
        </w:rPr>
        <w:t xml:space="preserve"> </w:t>
      </w:r>
      <w:proofErr w:type="spellStart"/>
      <w:r w:rsidRPr="0027391F">
        <w:rPr>
          <w:rFonts w:asciiTheme="majorHAnsi" w:hAnsiTheme="majorHAnsi" w:cstheme="majorHAnsi"/>
        </w:rPr>
        <w:t>funksionalitetet</w:t>
      </w:r>
      <w:proofErr w:type="spellEnd"/>
      <w:r w:rsidRPr="0027391F">
        <w:rPr>
          <w:rFonts w:asciiTheme="majorHAnsi" w:hAnsiTheme="majorHAnsi" w:cstheme="majorHAnsi"/>
        </w:rPr>
        <w:t xml:space="preserve">, </w:t>
      </w:r>
      <w:proofErr w:type="spellStart"/>
      <w:r w:rsidRPr="0027391F">
        <w:rPr>
          <w:rFonts w:asciiTheme="majorHAnsi" w:hAnsiTheme="majorHAnsi" w:cstheme="majorHAnsi"/>
        </w:rPr>
        <w:t>të</w:t>
      </w:r>
      <w:proofErr w:type="spellEnd"/>
      <w:r w:rsidRPr="0027391F">
        <w:rPr>
          <w:rFonts w:asciiTheme="majorHAnsi" w:hAnsiTheme="majorHAnsi" w:cstheme="majorHAnsi"/>
        </w:rPr>
        <w:t xml:space="preserve"> </w:t>
      </w:r>
      <w:proofErr w:type="spellStart"/>
      <w:r w:rsidRPr="0027391F">
        <w:rPr>
          <w:rFonts w:asciiTheme="majorHAnsi" w:hAnsiTheme="majorHAnsi" w:cstheme="majorHAnsi"/>
        </w:rPr>
        <w:t>pezullojë</w:t>
      </w:r>
      <w:proofErr w:type="spellEnd"/>
      <w:r w:rsidRPr="0027391F">
        <w:rPr>
          <w:rFonts w:asciiTheme="majorHAnsi" w:hAnsiTheme="majorHAnsi" w:cstheme="majorHAnsi"/>
        </w:rPr>
        <w:t xml:space="preserve"> </w:t>
      </w:r>
      <w:proofErr w:type="spellStart"/>
      <w:r w:rsidRPr="0027391F">
        <w:rPr>
          <w:rFonts w:asciiTheme="majorHAnsi" w:hAnsiTheme="majorHAnsi" w:cstheme="majorHAnsi"/>
        </w:rPr>
        <w:t>përkohësisht</w:t>
      </w:r>
      <w:proofErr w:type="spellEnd"/>
      <w:r w:rsidRPr="0027391F">
        <w:rPr>
          <w:rFonts w:asciiTheme="majorHAnsi" w:hAnsiTheme="majorHAnsi" w:cstheme="majorHAnsi"/>
        </w:rPr>
        <w:t xml:space="preserve"> </w:t>
      </w:r>
      <w:proofErr w:type="spellStart"/>
      <w:r w:rsidRPr="0027391F">
        <w:rPr>
          <w:rFonts w:asciiTheme="majorHAnsi" w:hAnsiTheme="majorHAnsi" w:cstheme="majorHAnsi"/>
        </w:rPr>
        <w:t>shërbimet</w:t>
      </w:r>
      <w:proofErr w:type="spellEnd"/>
      <w:r w:rsidRPr="0027391F">
        <w:rPr>
          <w:rFonts w:asciiTheme="majorHAnsi" w:hAnsiTheme="majorHAnsi" w:cstheme="majorHAnsi"/>
        </w:rPr>
        <w:t xml:space="preserve"> </w:t>
      </w:r>
      <w:proofErr w:type="spellStart"/>
      <w:r w:rsidRPr="0027391F">
        <w:rPr>
          <w:rFonts w:asciiTheme="majorHAnsi" w:hAnsiTheme="majorHAnsi" w:cstheme="majorHAnsi"/>
        </w:rPr>
        <w:t>ose</w:t>
      </w:r>
      <w:proofErr w:type="spellEnd"/>
      <w:r w:rsidRPr="0027391F">
        <w:rPr>
          <w:rFonts w:asciiTheme="majorHAnsi" w:hAnsiTheme="majorHAnsi" w:cstheme="majorHAnsi"/>
        </w:rPr>
        <w:t xml:space="preserve"> </w:t>
      </w:r>
      <w:proofErr w:type="spellStart"/>
      <w:r w:rsidRPr="0027391F">
        <w:rPr>
          <w:rFonts w:asciiTheme="majorHAnsi" w:hAnsiTheme="majorHAnsi" w:cstheme="majorHAnsi"/>
        </w:rPr>
        <w:t>të</w:t>
      </w:r>
      <w:proofErr w:type="spellEnd"/>
      <w:r w:rsidRPr="0027391F">
        <w:rPr>
          <w:rFonts w:asciiTheme="majorHAnsi" w:hAnsiTheme="majorHAnsi" w:cstheme="majorHAnsi"/>
        </w:rPr>
        <w:t xml:space="preserve"> </w:t>
      </w:r>
      <w:proofErr w:type="spellStart"/>
      <w:r w:rsidRPr="0027391F">
        <w:rPr>
          <w:rFonts w:asciiTheme="majorHAnsi" w:hAnsiTheme="majorHAnsi" w:cstheme="majorHAnsi"/>
        </w:rPr>
        <w:t>zbatojë</w:t>
      </w:r>
      <w:proofErr w:type="spellEnd"/>
      <w:r w:rsidRPr="0027391F">
        <w:rPr>
          <w:rFonts w:asciiTheme="majorHAnsi" w:hAnsiTheme="majorHAnsi" w:cstheme="majorHAnsi"/>
        </w:rPr>
        <w:t xml:space="preserve"> </w:t>
      </w:r>
      <w:proofErr w:type="spellStart"/>
      <w:r w:rsidRPr="0027391F">
        <w:rPr>
          <w:rFonts w:asciiTheme="majorHAnsi" w:hAnsiTheme="majorHAnsi" w:cstheme="majorHAnsi"/>
        </w:rPr>
        <w:t>përditësime</w:t>
      </w:r>
      <w:proofErr w:type="spellEnd"/>
      <w:r w:rsidRPr="0027391F">
        <w:rPr>
          <w:rFonts w:asciiTheme="majorHAnsi" w:hAnsiTheme="majorHAnsi" w:cstheme="majorHAnsi"/>
        </w:rPr>
        <w:t xml:space="preserve"> </w:t>
      </w:r>
      <w:proofErr w:type="spellStart"/>
      <w:r w:rsidRPr="0027391F">
        <w:rPr>
          <w:rFonts w:asciiTheme="majorHAnsi" w:hAnsiTheme="majorHAnsi" w:cstheme="majorHAnsi"/>
        </w:rPr>
        <w:t>të</w:t>
      </w:r>
      <w:proofErr w:type="spellEnd"/>
      <w:r w:rsidRPr="0027391F">
        <w:rPr>
          <w:rFonts w:asciiTheme="majorHAnsi" w:hAnsiTheme="majorHAnsi" w:cstheme="majorHAnsi"/>
        </w:rPr>
        <w:t xml:space="preserve"> </w:t>
      </w:r>
      <w:proofErr w:type="spellStart"/>
      <w:r w:rsidRPr="0027391F">
        <w:rPr>
          <w:rFonts w:asciiTheme="majorHAnsi" w:hAnsiTheme="majorHAnsi" w:cstheme="majorHAnsi"/>
        </w:rPr>
        <w:t>nevojshme</w:t>
      </w:r>
      <w:proofErr w:type="spellEnd"/>
      <w:r w:rsidRPr="0027391F">
        <w:rPr>
          <w:rFonts w:asciiTheme="majorHAnsi" w:hAnsiTheme="majorHAnsi" w:cstheme="majorHAnsi"/>
        </w:rPr>
        <w:t xml:space="preserve"> </w:t>
      </w:r>
      <w:proofErr w:type="spellStart"/>
      <w:r w:rsidRPr="0027391F">
        <w:rPr>
          <w:rFonts w:asciiTheme="majorHAnsi" w:hAnsiTheme="majorHAnsi" w:cstheme="majorHAnsi"/>
        </w:rPr>
        <w:t>për</w:t>
      </w:r>
      <w:proofErr w:type="spellEnd"/>
      <w:r w:rsidRPr="0027391F">
        <w:rPr>
          <w:rFonts w:asciiTheme="majorHAnsi" w:hAnsiTheme="majorHAnsi" w:cstheme="majorHAnsi"/>
        </w:rPr>
        <w:t xml:space="preserve"> </w:t>
      </w:r>
      <w:proofErr w:type="spellStart"/>
      <w:r w:rsidRPr="0027391F">
        <w:rPr>
          <w:rFonts w:asciiTheme="majorHAnsi" w:hAnsiTheme="majorHAnsi" w:cstheme="majorHAnsi"/>
        </w:rPr>
        <w:t>përputhshmëri</w:t>
      </w:r>
      <w:proofErr w:type="spellEnd"/>
      <w:r w:rsidRPr="0027391F">
        <w:rPr>
          <w:rFonts w:asciiTheme="majorHAnsi" w:hAnsiTheme="majorHAnsi" w:cstheme="majorHAnsi"/>
        </w:rPr>
        <w:t xml:space="preserve"> me </w:t>
      </w:r>
      <w:proofErr w:type="spellStart"/>
      <w:r w:rsidRPr="0027391F">
        <w:rPr>
          <w:rFonts w:asciiTheme="majorHAnsi" w:hAnsiTheme="majorHAnsi" w:cstheme="majorHAnsi"/>
        </w:rPr>
        <w:t>kërkesat</w:t>
      </w:r>
      <w:proofErr w:type="spellEnd"/>
      <w:r w:rsidRPr="0027391F">
        <w:rPr>
          <w:rFonts w:asciiTheme="majorHAnsi" w:hAnsiTheme="majorHAnsi" w:cstheme="majorHAnsi"/>
        </w:rPr>
        <w:t xml:space="preserve"> </w:t>
      </w:r>
      <w:proofErr w:type="spellStart"/>
      <w:proofErr w:type="gramStart"/>
      <w:r w:rsidRPr="0027391F">
        <w:rPr>
          <w:rFonts w:asciiTheme="majorHAnsi" w:hAnsiTheme="majorHAnsi" w:cstheme="majorHAnsi"/>
        </w:rPr>
        <w:t>rregullatore</w:t>
      </w:r>
      <w:proofErr w:type="spellEnd"/>
      <w:r w:rsidRPr="0027391F">
        <w:rPr>
          <w:rFonts w:asciiTheme="majorHAnsi" w:hAnsiTheme="majorHAnsi" w:cstheme="majorHAnsi"/>
        </w:rPr>
        <w:t>.</w:t>
      </w:r>
      <w:r w:rsidR="00000000" w:rsidRPr="00D003F8">
        <w:rPr>
          <w:rFonts w:asciiTheme="majorHAnsi" w:hAnsiTheme="majorHAnsi" w:cstheme="majorHAnsi"/>
          <w:lang w:val="en-GB"/>
        </w:rPr>
        <w:t>.</w:t>
      </w:r>
      <w:proofErr w:type="gramEnd"/>
    </w:p>
    <w:p w14:paraId="33080247" w14:textId="39ED4EC8" w:rsidR="003D3D43" w:rsidRPr="00D003F8" w:rsidRDefault="00000000" w:rsidP="00D003F8">
      <w:pPr>
        <w:pStyle w:val="Heading1"/>
        <w:jc w:val="both"/>
        <w:rPr>
          <w:sz w:val="22"/>
          <w:szCs w:val="22"/>
          <w:lang w:val="en-GB"/>
        </w:rPr>
      </w:pPr>
      <w:r w:rsidRPr="00D003F8">
        <w:rPr>
          <w:sz w:val="22"/>
          <w:szCs w:val="22"/>
          <w:lang w:val="en-GB"/>
        </w:rPr>
        <w:t xml:space="preserve">10. </w:t>
      </w:r>
      <w:proofErr w:type="spellStart"/>
      <w:r w:rsidR="0027391F" w:rsidRPr="0027391F">
        <w:rPr>
          <w:sz w:val="22"/>
          <w:szCs w:val="22"/>
        </w:rPr>
        <w:t>Ofrimi</w:t>
      </w:r>
      <w:proofErr w:type="spellEnd"/>
      <w:r w:rsidR="0027391F" w:rsidRPr="0027391F">
        <w:rPr>
          <w:sz w:val="22"/>
          <w:szCs w:val="22"/>
        </w:rPr>
        <w:t xml:space="preserve"> pa </w:t>
      </w:r>
      <w:proofErr w:type="spellStart"/>
      <w:r w:rsidR="0027391F" w:rsidRPr="0027391F">
        <w:rPr>
          <w:sz w:val="22"/>
          <w:szCs w:val="22"/>
        </w:rPr>
        <w:t>pagesë</w:t>
      </w:r>
      <w:proofErr w:type="spellEnd"/>
    </w:p>
    <w:p w14:paraId="554C22BA" w14:textId="076862BF" w:rsidR="003D3D43" w:rsidRPr="00D003F8" w:rsidRDefault="0027391F" w:rsidP="00D003F8">
      <w:pPr>
        <w:jc w:val="both"/>
        <w:rPr>
          <w:rFonts w:asciiTheme="majorHAnsi" w:hAnsiTheme="majorHAnsi" w:cstheme="majorHAnsi"/>
          <w:lang w:val="en-GB"/>
        </w:rPr>
      </w:pPr>
      <w:proofErr w:type="spellStart"/>
      <w:r w:rsidRPr="0027391F">
        <w:rPr>
          <w:rFonts w:asciiTheme="majorHAnsi" w:hAnsiTheme="majorHAnsi" w:cstheme="majorHAnsi"/>
        </w:rPr>
        <w:t>Aplikacioni</w:t>
      </w:r>
      <w:proofErr w:type="spellEnd"/>
      <w:r w:rsidRPr="0027391F">
        <w:rPr>
          <w:rFonts w:asciiTheme="majorHAnsi" w:hAnsiTheme="majorHAnsi" w:cstheme="majorHAnsi"/>
        </w:rPr>
        <w:t xml:space="preserve"> </w:t>
      </w:r>
      <w:proofErr w:type="spellStart"/>
      <w:r w:rsidRPr="0027391F">
        <w:rPr>
          <w:rFonts w:asciiTheme="majorHAnsi" w:hAnsiTheme="majorHAnsi" w:cstheme="majorHAnsi"/>
        </w:rPr>
        <w:t>ofrohet</w:t>
      </w:r>
      <w:proofErr w:type="spellEnd"/>
      <w:r w:rsidRPr="0027391F">
        <w:rPr>
          <w:rFonts w:asciiTheme="majorHAnsi" w:hAnsiTheme="majorHAnsi" w:cstheme="majorHAnsi"/>
        </w:rPr>
        <w:t xml:space="preserve"> pa </w:t>
      </w:r>
      <w:proofErr w:type="spellStart"/>
      <w:r w:rsidRPr="0027391F">
        <w:rPr>
          <w:rFonts w:asciiTheme="majorHAnsi" w:hAnsiTheme="majorHAnsi" w:cstheme="majorHAnsi"/>
        </w:rPr>
        <w:t>pagesë</w:t>
      </w:r>
      <w:proofErr w:type="spellEnd"/>
      <w:r w:rsidRPr="0027391F">
        <w:rPr>
          <w:rFonts w:asciiTheme="majorHAnsi" w:hAnsiTheme="majorHAnsi" w:cstheme="majorHAnsi"/>
        </w:rPr>
        <w:t xml:space="preserve"> </w:t>
      </w:r>
      <w:proofErr w:type="spellStart"/>
      <w:r w:rsidRPr="0027391F">
        <w:rPr>
          <w:rFonts w:asciiTheme="majorHAnsi" w:hAnsiTheme="majorHAnsi" w:cstheme="majorHAnsi"/>
        </w:rPr>
        <w:t>nga</w:t>
      </w:r>
      <w:proofErr w:type="spellEnd"/>
      <w:r w:rsidRPr="0027391F">
        <w:rPr>
          <w:rFonts w:asciiTheme="majorHAnsi" w:hAnsiTheme="majorHAnsi" w:cstheme="majorHAnsi"/>
        </w:rPr>
        <w:t xml:space="preserve"> </w:t>
      </w:r>
      <w:proofErr w:type="spellStart"/>
      <w:r w:rsidRPr="0027391F">
        <w:rPr>
          <w:rFonts w:asciiTheme="majorHAnsi" w:hAnsiTheme="majorHAnsi" w:cstheme="majorHAnsi"/>
        </w:rPr>
        <w:t>Autoriteti</w:t>
      </w:r>
      <w:proofErr w:type="spellEnd"/>
      <w:r w:rsidR="00000000" w:rsidRPr="00D003F8">
        <w:rPr>
          <w:rFonts w:asciiTheme="majorHAnsi" w:hAnsiTheme="majorHAnsi" w:cstheme="majorHAnsi"/>
          <w:lang w:val="en-GB"/>
        </w:rPr>
        <w:t>.</w:t>
      </w:r>
    </w:p>
    <w:p w14:paraId="10DF6D94" w14:textId="0C1FD3B0" w:rsidR="003D3D43" w:rsidRPr="00D003F8" w:rsidRDefault="0027391F" w:rsidP="00D003F8">
      <w:pPr>
        <w:jc w:val="both"/>
        <w:rPr>
          <w:rFonts w:asciiTheme="majorHAnsi" w:hAnsiTheme="majorHAnsi" w:cstheme="majorHAnsi"/>
          <w:lang w:val="en-GB"/>
        </w:rPr>
      </w:pPr>
      <w:proofErr w:type="spellStart"/>
      <w:r w:rsidRPr="0027391F">
        <w:rPr>
          <w:rFonts w:asciiTheme="majorHAnsi" w:hAnsiTheme="majorHAnsi" w:cstheme="majorHAnsi"/>
        </w:rPr>
        <w:t>Përdoruesit</w:t>
      </w:r>
      <w:proofErr w:type="spellEnd"/>
      <w:r w:rsidRPr="0027391F">
        <w:rPr>
          <w:rFonts w:asciiTheme="majorHAnsi" w:hAnsiTheme="majorHAnsi" w:cstheme="majorHAnsi"/>
        </w:rPr>
        <w:t xml:space="preserve"> </w:t>
      </w:r>
      <w:proofErr w:type="spellStart"/>
      <w:r w:rsidRPr="0027391F">
        <w:rPr>
          <w:rFonts w:asciiTheme="majorHAnsi" w:hAnsiTheme="majorHAnsi" w:cstheme="majorHAnsi"/>
        </w:rPr>
        <w:t>mbeten</w:t>
      </w:r>
      <w:proofErr w:type="spellEnd"/>
      <w:r w:rsidRPr="0027391F">
        <w:rPr>
          <w:rFonts w:asciiTheme="majorHAnsi" w:hAnsiTheme="majorHAnsi" w:cstheme="majorHAnsi"/>
        </w:rPr>
        <w:t xml:space="preserve"> </w:t>
      </w:r>
      <w:proofErr w:type="spellStart"/>
      <w:r w:rsidRPr="0027391F">
        <w:rPr>
          <w:rFonts w:asciiTheme="majorHAnsi" w:hAnsiTheme="majorHAnsi" w:cstheme="majorHAnsi"/>
        </w:rPr>
        <w:t>përgjegjës</w:t>
      </w:r>
      <w:proofErr w:type="spellEnd"/>
      <w:r w:rsidRPr="0027391F">
        <w:rPr>
          <w:rFonts w:asciiTheme="majorHAnsi" w:hAnsiTheme="majorHAnsi" w:cstheme="majorHAnsi"/>
        </w:rPr>
        <w:t xml:space="preserve"> </w:t>
      </w:r>
      <w:proofErr w:type="spellStart"/>
      <w:r w:rsidRPr="0027391F">
        <w:rPr>
          <w:rFonts w:asciiTheme="majorHAnsi" w:hAnsiTheme="majorHAnsi" w:cstheme="majorHAnsi"/>
        </w:rPr>
        <w:t>për</w:t>
      </w:r>
      <w:proofErr w:type="spellEnd"/>
      <w:r w:rsidRPr="0027391F">
        <w:rPr>
          <w:rFonts w:asciiTheme="majorHAnsi" w:hAnsiTheme="majorHAnsi" w:cstheme="majorHAnsi"/>
        </w:rPr>
        <w:t xml:space="preserve"> </w:t>
      </w:r>
      <w:proofErr w:type="spellStart"/>
      <w:r w:rsidRPr="0027391F">
        <w:rPr>
          <w:rFonts w:asciiTheme="majorHAnsi" w:hAnsiTheme="majorHAnsi" w:cstheme="majorHAnsi"/>
        </w:rPr>
        <w:t>kostot</w:t>
      </w:r>
      <w:proofErr w:type="spellEnd"/>
      <w:r w:rsidRPr="0027391F">
        <w:rPr>
          <w:rFonts w:asciiTheme="majorHAnsi" w:hAnsiTheme="majorHAnsi" w:cstheme="majorHAnsi"/>
        </w:rPr>
        <w:t xml:space="preserve"> e </w:t>
      </w:r>
      <w:proofErr w:type="spellStart"/>
      <w:r w:rsidRPr="0027391F">
        <w:rPr>
          <w:rFonts w:asciiTheme="majorHAnsi" w:hAnsiTheme="majorHAnsi" w:cstheme="majorHAnsi"/>
        </w:rPr>
        <w:t>telekomunikacionit</w:t>
      </w:r>
      <w:proofErr w:type="spellEnd"/>
      <w:r w:rsidRPr="0027391F">
        <w:rPr>
          <w:rFonts w:asciiTheme="majorHAnsi" w:hAnsiTheme="majorHAnsi" w:cstheme="majorHAnsi"/>
        </w:rPr>
        <w:t xml:space="preserve">, </w:t>
      </w:r>
      <w:proofErr w:type="spellStart"/>
      <w:r w:rsidRPr="0027391F">
        <w:rPr>
          <w:rFonts w:asciiTheme="majorHAnsi" w:hAnsiTheme="majorHAnsi" w:cstheme="majorHAnsi"/>
        </w:rPr>
        <w:t>sigurimin</w:t>
      </w:r>
      <w:proofErr w:type="spellEnd"/>
      <w:r w:rsidRPr="0027391F">
        <w:rPr>
          <w:rFonts w:asciiTheme="majorHAnsi" w:hAnsiTheme="majorHAnsi" w:cstheme="majorHAnsi"/>
        </w:rPr>
        <w:t xml:space="preserve"> e </w:t>
      </w:r>
      <w:proofErr w:type="spellStart"/>
      <w:r w:rsidRPr="0027391F">
        <w:rPr>
          <w:rFonts w:asciiTheme="majorHAnsi" w:hAnsiTheme="majorHAnsi" w:cstheme="majorHAnsi"/>
        </w:rPr>
        <w:t>pajisjeve</w:t>
      </w:r>
      <w:proofErr w:type="spellEnd"/>
      <w:r w:rsidRPr="0027391F">
        <w:rPr>
          <w:rFonts w:asciiTheme="majorHAnsi" w:hAnsiTheme="majorHAnsi" w:cstheme="majorHAnsi"/>
        </w:rPr>
        <w:t xml:space="preserve"> </w:t>
      </w:r>
      <w:proofErr w:type="spellStart"/>
      <w:r w:rsidRPr="0027391F">
        <w:rPr>
          <w:rFonts w:asciiTheme="majorHAnsi" w:hAnsiTheme="majorHAnsi" w:cstheme="majorHAnsi"/>
        </w:rPr>
        <w:t>dhe</w:t>
      </w:r>
      <w:proofErr w:type="spellEnd"/>
      <w:r w:rsidRPr="0027391F">
        <w:rPr>
          <w:rFonts w:asciiTheme="majorHAnsi" w:hAnsiTheme="majorHAnsi" w:cstheme="majorHAnsi"/>
        </w:rPr>
        <w:t xml:space="preserve"> </w:t>
      </w:r>
      <w:proofErr w:type="spellStart"/>
      <w:r w:rsidRPr="0027391F">
        <w:rPr>
          <w:rFonts w:asciiTheme="majorHAnsi" w:hAnsiTheme="majorHAnsi" w:cstheme="majorHAnsi"/>
        </w:rPr>
        <w:t>tarifat</w:t>
      </w:r>
      <w:proofErr w:type="spellEnd"/>
      <w:r w:rsidRPr="0027391F">
        <w:rPr>
          <w:rFonts w:asciiTheme="majorHAnsi" w:hAnsiTheme="majorHAnsi" w:cstheme="majorHAnsi"/>
        </w:rPr>
        <w:t xml:space="preserve"> e </w:t>
      </w:r>
      <w:proofErr w:type="spellStart"/>
      <w:r w:rsidRPr="0027391F">
        <w:rPr>
          <w:rFonts w:asciiTheme="majorHAnsi" w:hAnsiTheme="majorHAnsi" w:cstheme="majorHAnsi"/>
        </w:rPr>
        <w:t>shërbimeve</w:t>
      </w:r>
      <w:proofErr w:type="spellEnd"/>
      <w:r w:rsidRPr="0027391F">
        <w:rPr>
          <w:rFonts w:asciiTheme="majorHAnsi" w:hAnsiTheme="majorHAnsi" w:cstheme="majorHAnsi"/>
        </w:rPr>
        <w:t xml:space="preserve"> </w:t>
      </w:r>
      <w:proofErr w:type="spellStart"/>
      <w:r w:rsidRPr="0027391F">
        <w:rPr>
          <w:rFonts w:asciiTheme="majorHAnsi" w:hAnsiTheme="majorHAnsi" w:cstheme="majorHAnsi"/>
        </w:rPr>
        <w:t>të</w:t>
      </w:r>
      <w:proofErr w:type="spellEnd"/>
      <w:r w:rsidRPr="0027391F">
        <w:rPr>
          <w:rFonts w:asciiTheme="majorHAnsi" w:hAnsiTheme="majorHAnsi" w:cstheme="majorHAnsi"/>
        </w:rPr>
        <w:t xml:space="preserve"> </w:t>
      </w:r>
      <w:proofErr w:type="spellStart"/>
      <w:r w:rsidRPr="0027391F">
        <w:rPr>
          <w:rFonts w:asciiTheme="majorHAnsi" w:hAnsiTheme="majorHAnsi" w:cstheme="majorHAnsi"/>
        </w:rPr>
        <w:t>palëve</w:t>
      </w:r>
      <w:proofErr w:type="spellEnd"/>
      <w:r w:rsidRPr="0027391F">
        <w:rPr>
          <w:rFonts w:asciiTheme="majorHAnsi" w:hAnsiTheme="majorHAnsi" w:cstheme="majorHAnsi"/>
        </w:rPr>
        <w:t xml:space="preserve"> </w:t>
      </w:r>
      <w:proofErr w:type="spellStart"/>
      <w:r w:rsidRPr="0027391F">
        <w:rPr>
          <w:rFonts w:asciiTheme="majorHAnsi" w:hAnsiTheme="majorHAnsi" w:cstheme="majorHAnsi"/>
        </w:rPr>
        <w:t>të</w:t>
      </w:r>
      <w:proofErr w:type="spellEnd"/>
      <w:r w:rsidRPr="0027391F">
        <w:rPr>
          <w:rFonts w:asciiTheme="majorHAnsi" w:hAnsiTheme="majorHAnsi" w:cstheme="majorHAnsi"/>
        </w:rPr>
        <w:t xml:space="preserve"> </w:t>
      </w:r>
      <w:proofErr w:type="spellStart"/>
      <w:r w:rsidRPr="0027391F">
        <w:rPr>
          <w:rFonts w:asciiTheme="majorHAnsi" w:hAnsiTheme="majorHAnsi" w:cstheme="majorHAnsi"/>
        </w:rPr>
        <w:t>treta</w:t>
      </w:r>
      <w:proofErr w:type="spellEnd"/>
      <w:r w:rsidRPr="0027391F">
        <w:rPr>
          <w:rFonts w:asciiTheme="majorHAnsi" w:hAnsiTheme="majorHAnsi" w:cstheme="majorHAnsi"/>
        </w:rPr>
        <w:t xml:space="preserve"> </w:t>
      </w:r>
      <w:proofErr w:type="spellStart"/>
      <w:r w:rsidRPr="0027391F">
        <w:rPr>
          <w:rFonts w:asciiTheme="majorHAnsi" w:hAnsiTheme="majorHAnsi" w:cstheme="majorHAnsi"/>
        </w:rPr>
        <w:t>që</w:t>
      </w:r>
      <w:proofErr w:type="spellEnd"/>
      <w:r w:rsidRPr="0027391F">
        <w:rPr>
          <w:rFonts w:asciiTheme="majorHAnsi" w:hAnsiTheme="majorHAnsi" w:cstheme="majorHAnsi"/>
        </w:rPr>
        <w:t xml:space="preserve"> </w:t>
      </w:r>
      <w:proofErr w:type="spellStart"/>
      <w:r w:rsidRPr="0027391F">
        <w:rPr>
          <w:rFonts w:asciiTheme="majorHAnsi" w:hAnsiTheme="majorHAnsi" w:cstheme="majorHAnsi"/>
        </w:rPr>
        <w:t>nuk</w:t>
      </w:r>
      <w:proofErr w:type="spellEnd"/>
      <w:r w:rsidRPr="0027391F">
        <w:rPr>
          <w:rFonts w:asciiTheme="majorHAnsi" w:hAnsiTheme="majorHAnsi" w:cstheme="majorHAnsi"/>
        </w:rPr>
        <w:t xml:space="preserve"> </w:t>
      </w:r>
      <w:proofErr w:type="spellStart"/>
      <w:r w:rsidRPr="0027391F">
        <w:rPr>
          <w:rFonts w:asciiTheme="majorHAnsi" w:hAnsiTheme="majorHAnsi" w:cstheme="majorHAnsi"/>
        </w:rPr>
        <w:t>kontrollohen</w:t>
      </w:r>
      <w:proofErr w:type="spellEnd"/>
      <w:r w:rsidRPr="0027391F">
        <w:rPr>
          <w:rFonts w:asciiTheme="majorHAnsi" w:hAnsiTheme="majorHAnsi" w:cstheme="majorHAnsi"/>
        </w:rPr>
        <w:t xml:space="preserve"> </w:t>
      </w:r>
      <w:proofErr w:type="spellStart"/>
      <w:r w:rsidRPr="0027391F">
        <w:rPr>
          <w:rFonts w:asciiTheme="majorHAnsi" w:hAnsiTheme="majorHAnsi" w:cstheme="majorHAnsi"/>
        </w:rPr>
        <w:t>nga</w:t>
      </w:r>
      <w:proofErr w:type="spellEnd"/>
      <w:r w:rsidRPr="0027391F">
        <w:rPr>
          <w:rFonts w:asciiTheme="majorHAnsi" w:hAnsiTheme="majorHAnsi" w:cstheme="majorHAnsi"/>
        </w:rPr>
        <w:t xml:space="preserve"> </w:t>
      </w:r>
      <w:proofErr w:type="spellStart"/>
      <w:r w:rsidRPr="0027391F">
        <w:rPr>
          <w:rFonts w:asciiTheme="majorHAnsi" w:hAnsiTheme="majorHAnsi" w:cstheme="majorHAnsi"/>
        </w:rPr>
        <w:t>Autoriteti</w:t>
      </w:r>
      <w:proofErr w:type="spellEnd"/>
      <w:r w:rsidR="00000000" w:rsidRPr="00D003F8">
        <w:rPr>
          <w:rFonts w:asciiTheme="majorHAnsi" w:hAnsiTheme="majorHAnsi" w:cstheme="majorHAnsi"/>
          <w:lang w:val="en-GB"/>
        </w:rPr>
        <w:t>.</w:t>
      </w:r>
    </w:p>
    <w:p w14:paraId="667B7931" w14:textId="0389B97A" w:rsidR="003D3D43" w:rsidRPr="00D003F8" w:rsidRDefault="00000000" w:rsidP="00D003F8">
      <w:pPr>
        <w:pStyle w:val="Heading1"/>
        <w:jc w:val="both"/>
        <w:rPr>
          <w:sz w:val="22"/>
          <w:szCs w:val="22"/>
          <w:lang w:val="en-GB"/>
        </w:rPr>
      </w:pPr>
      <w:r w:rsidRPr="00D003F8">
        <w:rPr>
          <w:sz w:val="22"/>
          <w:szCs w:val="22"/>
          <w:lang w:val="en-GB"/>
        </w:rPr>
        <w:t xml:space="preserve">11. </w:t>
      </w:r>
      <w:proofErr w:type="spellStart"/>
      <w:r w:rsidR="0027391F" w:rsidRPr="0027391F">
        <w:rPr>
          <w:sz w:val="22"/>
          <w:szCs w:val="22"/>
        </w:rPr>
        <w:t>Mbrojtja</w:t>
      </w:r>
      <w:proofErr w:type="spellEnd"/>
      <w:r w:rsidR="0027391F" w:rsidRPr="0027391F">
        <w:rPr>
          <w:sz w:val="22"/>
          <w:szCs w:val="22"/>
        </w:rPr>
        <w:t xml:space="preserve"> e </w:t>
      </w:r>
      <w:proofErr w:type="spellStart"/>
      <w:r w:rsidR="0027391F" w:rsidRPr="0027391F">
        <w:rPr>
          <w:sz w:val="22"/>
          <w:szCs w:val="22"/>
        </w:rPr>
        <w:t>të</w:t>
      </w:r>
      <w:proofErr w:type="spellEnd"/>
      <w:r w:rsidR="0027391F" w:rsidRPr="0027391F">
        <w:rPr>
          <w:sz w:val="22"/>
          <w:szCs w:val="22"/>
        </w:rPr>
        <w:t xml:space="preserve"> </w:t>
      </w:r>
      <w:proofErr w:type="spellStart"/>
      <w:r w:rsidR="0027391F" w:rsidRPr="0027391F">
        <w:rPr>
          <w:sz w:val="22"/>
          <w:szCs w:val="22"/>
        </w:rPr>
        <w:t>dhënave</w:t>
      </w:r>
      <w:proofErr w:type="spellEnd"/>
      <w:r w:rsidR="0027391F" w:rsidRPr="0027391F">
        <w:rPr>
          <w:sz w:val="22"/>
          <w:szCs w:val="22"/>
        </w:rPr>
        <w:t xml:space="preserve"> </w:t>
      </w:r>
      <w:proofErr w:type="spellStart"/>
      <w:r w:rsidR="0027391F" w:rsidRPr="0027391F">
        <w:rPr>
          <w:sz w:val="22"/>
          <w:szCs w:val="22"/>
        </w:rPr>
        <w:t>personale</w:t>
      </w:r>
      <w:proofErr w:type="spellEnd"/>
    </w:p>
    <w:p w14:paraId="29E53002" w14:textId="147EC65A" w:rsidR="003D3D43" w:rsidRPr="00D003F8" w:rsidRDefault="0027391F" w:rsidP="00D003F8">
      <w:pPr>
        <w:jc w:val="both"/>
        <w:rPr>
          <w:rFonts w:asciiTheme="majorHAnsi" w:hAnsiTheme="majorHAnsi" w:cstheme="majorHAnsi"/>
          <w:lang w:val="en-GB"/>
        </w:rPr>
      </w:pPr>
      <w:proofErr w:type="spellStart"/>
      <w:r w:rsidRPr="0027391F">
        <w:rPr>
          <w:rFonts w:asciiTheme="majorHAnsi" w:hAnsiTheme="majorHAnsi" w:cstheme="majorHAnsi"/>
        </w:rPr>
        <w:t>Të</w:t>
      </w:r>
      <w:proofErr w:type="spellEnd"/>
      <w:r w:rsidRPr="0027391F">
        <w:rPr>
          <w:rFonts w:asciiTheme="majorHAnsi" w:hAnsiTheme="majorHAnsi" w:cstheme="majorHAnsi"/>
        </w:rPr>
        <w:t xml:space="preserve"> </w:t>
      </w:r>
      <w:proofErr w:type="spellStart"/>
      <w:r w:rsidRPr="0027391F">
        <w:rPr>
          <w:rFonts w:asciiTheme="majorHAnsi" w:hAnsiTheme="majorHAnsi" w:cstheme="majorHAnsi"/>
        </w:rPr>
        <w:t>dhënat</w:t>
      </w:r>
      <w:proofErr w:type="spellEnd"/>
      <w:r w:rsidRPr="0027391F">
        <w:rPr>
          <w:rFonts w:asciiTheme="majorHAnsi" w:hAnsiTheme="majorHAnsi" w:cstheme="majorHAnsi"/>
        </w:rPr>
        <w:t xml:space="preserve"> </w:t>
      </w:r>
      <w:proofErr w:type="spellStart"/>
      <w:r w:rsidRPr="0027391F">
        <w:rPr>
          <w:rFonts w:asciiTheme="majorHAnsi" w:hAnsiTheme="majorHAnsi" w:cstheme="majorHAnsi"/>
        </w:rPr>
        <w:t>personale</w:t>
      </w:r>
      <w:proofErr w:type="spellEnd"/>
      <w:r w:rsidRPr="0027391F">
        <w:rPr>
          <w:rFonts w:asciiTheme="majorHAnsi" w:hAnsiTheme="majorHAnsi" w:cstheme="majorHAnsi"/>
        </w:rPr>
        <w:t xml:space="preserve"> do </w:t>
      </w:r>
      <w:proofErr w:type="spellStart"/>
      <w:r w:rsidRPr="0027391F">
        <w:rPr>
          <w:rFonts w:asciiTheme="majorHAnsi" w:hAnsiTheme="majorHAnsi" w:cstheme="majorHAnsi"/>
        </w:rPr>
        <w:t>të</w:t>
      </w:r>
      <w:proofErr w:type="spellEnd"/>
      <w:r w:rsidRPr="0027391F">
        <w:rPr>
          <w:rFonts w:asciiTheme="majorHAnsi" w:hAnsiTheme="majorHAnsi" w:cstheme="majorHAnsi"/>
        </w:rPr>
        <w:t xml:space="preserve"> </w:t>
      </w:r>
      <w:proofErr w:type="spellStart"/>
      <w:r w:rsidRPr="0027391F">
        <w:rPr>
          <w:rFonts w:asciiTheme="majorHAnsi" w:hAnsiTheme="majorHAnsi" w:cstheme="majorHAnsi"/>
        </w:rPr>
        <w:t>përpunohen</w:t>
      </w:r>
      <w:proofErr w:type="spellEnd"/>
      <w:r w:rsidRPr="0027391F">
        <w:rPr>
          <w:rFonts w:asciiTheme="majorHAnsi" w:hAnsiTheme="majorHAnsi" w:cstheme="majorHAnsi"/>
        </w:rPr>
        <w:t xml:space="preserve"> </w:t>
      </w:r>
      <w:proofErr w:type="spellStart"/>
      <w:r w:rsidRPr="0027391F">
        <w:rPr>
          <w:rFonts w:asciiTheme="majorHAnsi" w:hAnsiTheme="majorHAnsi" w:cstheme="majorHAnsi"/>
        </w:rPr>
        <w:t>në</w:t>
      </w:r>
      <w:proofErr w:type="spellEnd"/>
      <w:r w:rsidRPr="0027391F">
        <w:rPr>
          <w:rFonts w:asciiTheme="majorHAnsi" w:hAnsiTheme="majorHAnsi" w:cstheme="majorHAnsi"/>
        </w:rPr>
        <w:t xml:space="preserve"> </w:t>
      </w:r>
      <w:proofErr w:type="spellStart"/>
      <w:r w:rsidRPr="0027391F">
        <w:rPr>
          <w:rFonts w:asciiTheme="majorHAnsi" w:hAnsiTheme="majorHAnsi" w:cstheme="majorHAnsi"/>
        </w:rPr>
        <w:t>përputhje</w:t>
      </w:r>
      <w:proofErr w:type="spellEnd"/>
      <w:r w:rsidRPr="0027391F">
        <w:rPr>
          <w:rFonts w:asciiTheme="majorHAnsi" w:hAnsiTheme="majorHAnsi" w:cstheme="majorHAnsi"/>
        </w:rPr>
        <w:t xml:space="preserve"> me </w:t>
      </w:r>
      <w:proofErr w:type="spellStart"/>
      <w:r w:rsidRPr="0027391F">
        <w:rPr>
          <w:rFonts w:asciiTheme="majorHAnsi" w:hAnsiTheme="majorHAnsi" w:cstheme="majorHAnsi"/>
        </w:rPr>
        <w:t>legjislacionin</w:t>
      </w:r>
      <w:proofErr w:type="spellEnd"/>
      <w:r w:rsidRPr="0027391F">
        <w:rPr>
          <w:rFonts w:asciiTheme="majorHAnsi" w:hAnsiTheme="majorHAnsi" w:cstheme="majorHAnsi"/>
        </w:rPr>
        <w:t xml:space="preserve"> </w:t>
      </w:r>
      <w:proofErr w:type="spellStart"/>
      <w:r w:rsidRPr="0027391F">
        <w:rPr>
          <w:rFonts w:asciiTheme="majorHAnsi" w:hAnsiTheme="majorHAnsi" w:cstheme="majorHAnsi"/>
        </w:rPr>
        <w:t>në</w:t>
      </w:r>
      <w:proofErr w:type="spellEnd"/>
      <w:r w:rsidRPr="0027391F">
        <w:rPr>
          <w:rFonts w:asciiTheme="majorHAnsi" w:hAnsiTheme="majorHAnsi" w:cstheme="majorHAnsi"/>
        </w:rPr>
        <w:t xml:space="preserve"> </w:t>
      </w:r>
      <w:proofErr w:type="spellStart"/>
      <w:r w:rsidRPr="0027391F">
        <w:rPr>
          <w:rFonts w:asciiTheme="majorHAnsi" w:hAnsiTheme="majorHAnsi" w:cstheme="majorHAnsi"/>
        </w:rPr>
        <w:t>fuqi</w:t>
      </w:r>
      <w:proofErr w:type="spellEnd"/>
      <w:r w:rsidRPr="0027391F">
        <w:rPr>
          <w:rFonts w:asciiTheme="majorHAnsi" w:hAnsiTheme="majorHAnsi" w:cstheme="majorHAnsi"/>
        </w:rPr>
        <w:t xml:space="preserve"> </w:t>
      </w:r>
      <w:proofErr w:type="spellStart"/>
      <w:r w:rsidRPr="0027391F">
        <w:rPr>
          <w:rFonts w:asciiTheme="majorHAnsi" w:hAnsiTheme="majorHAnsi" w:cstheme="majorHAnsi"/>
        </w:rPr>
        <w:t>për</w:t>
      </w:r>
      <w:proofErr w:type="spellEnd"/>
      <w:r w:rsidRPr="0027391F">
        <w:rPr>
          <w:rFonts w:asciiTheme="majorHAnsi" w:hAnsiTheme="majorHAnsi" w:cstheme="majorHAnsi"/>
        </w:rPr>
        <w:t xml:space="preserve"> </w:t>
      </w:r>
      <w:proofErr w:type="spellStart"/>
      <w:r w:rsidRPr="0027391F">
        <w:rPr>
          <w:rFonts w:asciiTheme="majorHAnsi" w:hAnsiTheme="majorHAnsi" w:cstheme="majorHAnsi"/>
        </w:rPr>
        <w:t>mbrojtjen</w:t>
      </w:r>
      <w:proofErr w:type="spellEnd"/>
      <w:r w:rsidRPr="0027391F">
        <w:rPr>
          <w:rFonts w:asciiTheme="majorHAnsi" w:hAnsiTheme="majorHAnsi" w:cstheme="majorHAnsi"/>
        </w:rPr>
        <w:t xml:space="preserve"> e </w:t>
      </w:r>
      <w:proofErr w:type="spellStart"/>
      <w:r w:rsidRPr="0027391F">
        <w:rPr>
          <w:rFonts w:asciiTheme="majorHAnsi" w:hAnsiTheme="majorHAnsi" w:cstheme="majorHAnsi"/>
        </w:rPr>
        <w:t>të</w:t>
      </w:r>
      <w:proofErr w:type="spellEnd"/>
      <w:r w:rsidRPr="0027391F">
        <w:rPr>
          <w:rFonts w:asciiTheme="majorHAnsi" w:hAnsiTheme="majorHAnsi" w:cstheme="majorHAnsi"/>
        </w:rPr>
        <w:t xml:space="preserve"> </w:t>
      </w:r>
      <w:proofErr w:type="spellStart"/>
      <w:r w:rsidRPr="0027391F">
        <w:rPr>
          <w:rFonts w:asciiTheme="majorHAnsi" w:hAnsiTheme="majorHAnsi" w:cstheme="majorHAnsi"/>
        </w:rPr>
        <w:t>dhënave</w:t>
      </w:r>
      <w:proofErr w:type="spellEnd"/>
      <w:r w:rsidRPr="0027391F">
        <w:rPr>
          <w:rFonts w:asciiTheme="majorHAnsi" w:hAnsiTheme="majorHAnsi" w:cstheme="majorHAnsi"/>
        </w:rPr>
        <w:t xml:space="preserve"> </w:t>
      </w:r>
      <w:proofErr w:type="spellStart"/>
      <w:r w:rsidRPr="0027391F">
        <w:rPr>
          <w:rFonts w:asciiTheme="majorHAnsi" w:hAnsiTheme="majorHAnsi" w:cstheme="majorHAnsi"/>
        </w:rPr>
        <w:t>dhe</w:t>
      </w:r>
      <w:proofErr w:type="spellEnd"/>
      <w:r w:rsidRPr="0027391F">
        <w:rPr>
          <w:rFonts w:asciiTheme="majorHAnsi" w:hAnsiTheme="majorHAnsi" w:cstheme="majorHAnsi"/>
        </w:rPr>
        <w:t xml:space="preserve"> </w:t>
      </w:r>
      <w:proofErr w:type="spellStart"/>
      <w:r w:rsidRPr="0027391F">
        <w:rPr>
          <w:rFonts w:asciiTheme="majorHAnsi" w:hAnsiTheme="majorHAnsi" w:cstheme="majorHAnsi"/>
        </w:rPr>
        <w:t>politikat</w:t>
      </w:r>
      <w:proofErr w:type="spellEnd"/>
      <w:r w:rsidRPr="0027391F">
        <w:rPr>
          <w:rFonts w:asciiTheme="majorHAnsi" w:hAnsiTheme="majorHAnsi" w:cstheme="majorHAnsi"/>
        </w:rPr>
        <w:t xml:space="preserve"> </w:t>
      </w:r>
      <w:proofErr w:type="spellStart"/>
      <w:r w:rsidRPr="0027391F">
        <w:rPr>
          <w:rFonts w:asciiTheme="majorHAnsi" w:hAnsiTheme="majorHAnsi" w:cstheme="majorHAnsi"/>
        </w:rPr>
        <w:t>zyrtare</w:t>
      </w:r>
      <w:proofErr w:type="spellEnd"/>
      <w:r w:rsidRPr="0027391F">
        <w:rPr>
          <w:rFonts w:asciiTheme="majorHAnsi" w:hAnsiTheme="majorHAnsi" w:cstheme="majorHAnsi"/>
        </w:rPr>
        <w:t xml:space="preserve"> </w:t>
      </w:r>
      <w:proofErr w:type="spellStart"/>
      <w:r w:rsidRPr="0027391F">
        <w:rPr>
          <w:rFonts w:asciiTheme="majorHAnsi" w:hAnsiTheme="majorHAnsi" w:cstheme="majorHAnsi"/>
        </w:rPr>
        <w:t>të</w:t>
      </w:r>
      <w:proofErr w:type="spellEnd"/>
      <w:r w:rsidRPr="0027391F">
        <w:rPr>
          <w:rFonts w:asciiTheme="majorHAnsi" w:hAnsiTheme="majorHAnsi" w:cstheme="majorHAnsi"/>
        </w:rPr>
        <w:t xml:space="preserve"> </w:t>
      </w:r>
      <w:proofErr w:type="spellStart"/>
      <w:r w:rsidRPr="0027391F">
        <w:rPr>
          <w:rFonts w:asciiTheme="majorHAnsi" w:hAnsiTheme="majorHAnsi" w:cstheme="majorHAnsi"/>
        </w:rPr>
        <w:t>privatësisë</w:t>
      </w:r>
      <w:proofErr w:type="spellEnd"/>
      <w:r w:rsidR="00000000" w:rsidRPr="00D003F8">
        <w:rPr>
          <w:rFonts w:asciiTheme="majorHAnsi" w:hAnsiTheme="majorHAnsi" w:cstheme="majorHAnsi"/>
          <w:lang w:val="en-GB"/>
        </w:rPr>
        <w:t>.</w:t>
      </w:r>
    </w:p>
    <w:p w14:paraId="4904ABF9" w14:textId="72F7DEA8" w:rsidR="003D3D43" w:rsidRPr="00D003F8" w:rsidRDefault="0027391F" w:rsidP="00D003F8">
      <w:pPr>
        <w:jc w:val="both"/>
        <w:rPr>
          <w:rFonts w:asciiTheme="majorHAnsi" w:hAnsiTheme="majorHAnsi" w:cstheme="majorHAnsi"/>
          <w:lang w:val="en-GB"/>
        </w:rPr>
      </w:pPr>
      <w:proofErr w:type="spellStart"/>
      <w:r w:rsidRPr="0027391F">
        <w:rPr>
          <w:rFonts w:asciiTheme="majorHAnsi" w:hAnsiTheme="majorHAnsi" w:cstheme="majorHAnsi"/>
        </w:rPr>
        <w:t>Përpunimi</w:t>
      </w:r>
      <w:proofErr w:type="spellEnd"/>
      <w:r w:rsidRPr="0027391F">
        <w:rPr>
          <w:rFonts w:asciiTheme="majorHAnsi" w:hAnsiTheme="majorHAnsi" w:cstheme="majorHAnsi"/>
        </w:rPr>
        <w:t xml:space="preserve"> </w:t>
      </w:r>
      <w:proofErr w:type="spellStart"/>
      <w:r w:rsidRPr="0027391F">
        <w:rPr>
          <w:rFonts w:asciiTheme="majorHAnsi" w:hAnsiTheme="majorHAnsi" w:cstheme="majorHAnsi"/>
        </w:rPr>
        <w:t>mund</w:t>
      </w:r>
      <w:proofErr w:type="spellEnd"/>
      <w:r w:rsidRPr="0027391F">
        <w:rPr>
          <w:rFonts w:asciiTheme="majorHAnsi" w:hAnsiTheme="majorHAnsi" w:cstheme="majorHAnsi"/>
        </w:rPr>
        <w:t xml:space="preserve"> </w:t>
      </w:r>
      <w:proofErr w:type="spellStart"/>
      <w:r w:rsidRPr="0027391F">
        <w:rPr>
          <w:rFonts w:asciiTheme="majorHAnsi" w:hAnsiTheme="majorHAnsi" w:cstheme="majorHAnsi"/>
        </w:rPr>
        <w:t>të</w:t>
      </w:r>
      <w:proofErr w:type="spellEnd"/>
      <w:r w:rsidRPr="0027391F">
        <w:rPr>
          <w:rFonts w:asciiTheme="majorHAnsi" w:hAnsiTheme="majorHAnsi" w:cstheme="majorHAnsi"/>
        </w:rPr>
        <w:t xml:space="preserve"> </w:t>
      </w:r>
      <w:proofErr w:type="spellStart"/>
      <w:r w:rsidRPr="0027391F">
        <w:rPr>
          <w:rFonts w:asciiTheme="majorHAnsi" w:hAnsiTheme="majorHAnsi" w:cstheme="majorHAnsi"/>
        </w:rPr>
        <w:t>përfshijë</w:t>
      </w:r>
      <w:proofErr w:type="spellEnd"/>
      <w:r w:rsidRPr="0027391F">
        <w:rPr>
          <w:rFonts w:asciiTheme="majorHAnsi" w:hAnsiTheme="majorHAnsi" w:cstheme="majorHAnsi"/>
        </w:rPr>
        <w:t xml:space="preserve"> </w:t>
      </w:r>
      <w:proofErr w:type="spellStart"/>
      <w:r w:rsidRPr="0027391F">
        <w:rPr>
          <w:rFonts w:asciiTheme="majorHAnsi" w:hAnsiTheme="majorHAnsi" w:cstheme="majorHAnsi"/>
        </w:rPr>
        <w:t>verifikimin</w:t>
      </w:r>
      <w:proofErr w:type="spellEnd"/>
      <w:r w:rsidRPr="0027391F">
        <w:rPr>
          <w:rFonts w:asciiTheme="majorHAnsi" w:hAnsiTheme="majorHAnsi" w:cstheme="majorHAnsi"/>
        </w:rPr>
        <w:t xml:space="preserve"> e </w:t>
      </w:r>
      <w:proofErr w:type="spellStart"/>
      <w:r w:rsidRPr="0027391F">
        <w:rPr>
          <w:rFonts w:asciiTheme="majorHAnsi" w:hAnsiTheme="majorHAnsi" w:cstheme="majorHAnsi"/>
        </w:rPr>
        <w:t>identitetit</w:t>
      </w:r>
      <w:proofErr w:type="spellEnd"/>
      <w:r w:rsidRPr="0027391F">
        <w:rPr>
          <w:rFonts w:asciiTheme="majorHAnsi" w:hAnsiTheme="majorHAnsi" w:cstheme="majorHAnsi"/>
        </w:rPr>
        <w:t xml:space="preserve">, </w:t>
      </w:r>
      <w:proofErr w:type="spellStart"/>
      <w:r w:rsidRPr="0027391F">
        <w:rPr>
          <w:rFonts w:asciiTheme="majorHAnsi" w:hAnsiTheme="majorHAnsi" w:cstheme="majorHAnsi"/>
        </w:rPr>
        <w:t>menaxhimin</w:t>
      </w:r>
      <w:proofErr w:type="spellEnd"/>
      <w:r w:rsidRPr="0027391F">
        <w:rPr>
          <w:rFonts w:asciiTheme="majorHAnsi" w:hAnsiTheme="majorHAnsi" w:cstheme="majorHAnsi"/>
        </w:rPr>
        <w:t xml:space="preserve"> e </w:t>
      </w:r>
      <w:proofErr w:type="spellStart"/>
      <w:r w:rsidRPr="0027391F">
        <w:rPr>
          <w:rFonts w:asciiTheme="majorHAnsi" w:hAnsiTheme="majorHAnsi" w:cstheme="majorHAnsi"/>
        </w:rPr>
        <w:t>ciklit</w:t>
      </w:r>
      <w:proofErr w:type="spellEnd"/>
      <w:r w:rsidRPr="0027391F">
        <w:rPr>
          <w:rFonts w:asciiTheme="majorHAnsi" w:hAnsiTheme="majorHAnsi" w:cstheme="majorHAnsi"/>
        </w:rPr>
        <w:t xml:space="preserve"> </w:t>
      </w:r>
      <w:proofErr w:type="spellStart"/>
      <w:r w:rsidRPr="0027391F">
        <w:rPr>
          <w:rFonts w:asciiTheme="majorHAnsi" w:hAnsiTheme="majorHAnsi" w:cstheme="majorHAnsi"/>
        </w:rPr>
        <w:t>jetësor</w:t>
      </w:r>
      <w:proofErr w:type="spellEnd"/>
      <w:r w:rsidRPr="0027391F">
        <w:rPr>
          <w:rFonts w:asciiTheme="majorHAnsi" w:hAnsiTheme="majorHAnsi" w:cstheme="majorHAnsi"/>
        </w:rPr>
        <w:t xml:space="preserve"> </w:t>
      </w:r>
      <w:proofErr w:type="spellStart"/>
      <w:r w:rsidRPr="0027391F">
        <w:rPr>
          <w:rFonts w:asciiTheme="majorHAnsi" w:hAnsiTheme="majorHAnsi" w:cstheme="majorHAnsi"/>
        </w:rPr>
        <w:t>të</w:t>
      </w:r>
      <w:proofErr w:type="spellEnd"/>
      <w:r w:rsidRPr="0027391F">
        <w:rPr>
          <w:rFonts w:asciiTheme="majorHAnsi" w:hAnsiTheme="majorHAnsi" w:cstheme="majorHAnsi"/>
        </w:rPr>
        <w:t xml:space="preserve"> </w:t>
      </w:r>
      <w:proofErr w:type="spellStart"/>
      <w:r w:rsidRPr="0027391F">
        <w:rPr>
          <w:rFonts w:asciiTheme="majorHAnsi" w:hAnsiTheme="majorHAnsi" w:cstheme="majorHAnsi"/>
        </w:rPr>
        <w:t>certifikatave</w:t>
      </w:r>
      <w:proofErr w:type="spellEnd"/>
      <w:r w:rsidRPr="0027391F">
        <w:rPr>
          <w:rFonts w:asciiTheme="majorHAnsi" w:hAnsiTheme="majorHAnsi" w:cstheme="majorHAnsi"/>
        </w:rPr>
        <w:t xml:space="preserve">, </w:t>
      </w:r>
      <w:proofErr w:type="spellStart"/>
      <w:r w:rsidRPr="0027391F">
        <w:rPr>
          <w:rFonts w:asciiTheme="majorHAnsi" w:hAnsiTheme="majorHAnsi" w:cstheme="majorHAnsi"/>
        </w:rPr>
        <w:t>zbulimin</w:t>
      </w:r>
      <w:proofErr w:type="spellEnd"/>
      <w:r w:rsidRPr="0027391F">
        <w:rPr>
          <w:rFonts w:asciiTheme="majorHAnsi" w:hAnsiTheme="majorHAnsi" w:cstheme="majorHAnsi"/>
        </w:rPr>
        <w:t xml:space="preserve"> e </w:t>
      </w:r>
      <w:proofErr w:type="spellStart"/>
      <w:r w:rsidRPr="0027391F">
        <w:rPr>
          <w:rFonts w:asciiTheme="majorHAnsi" w:hAnsiTheme="majorHAnsi" w:cstheme="majorHAnsi"/>
        </w:rPr>
        <w:t>mashtrimeve</w:t>
      </w:r>
      <w:proofErr w:type="spellEnd"/>
      <w:r w:rsidRPr="0027391F">
        <w:rPr>
          <w:rFonts w:asciiTheme="majorHAnsi" w:hAnsiTheme="majorHAnsi" w:cstheme="majorHAnsi"/>
        </w:rPr>
        <w:t xml:space="preserve">, </w:t>
      </w:r>
      <w:proofErr w:type="spellStart"/>
      <w:r w:rsidRPr="0027391F">
        <w:rPr>
          <w:rFonts w:asciiTheme="majorHAnsi" w:hAnsiTheme="majorHAnsi" w:cstheme="majorHAnsi"/>
        </w:rPr>
        <w:t>përmbushjen</w:t>
      </w:r>
      <w:proofErr w:type="spellEnd"/>
      <w:r w:rsidRPr="0027391F">
        <w:rPr>
          <w:rFonts w:asciiTheme="majorHAnsi" w:hAnsiTheme="majorHAnsi" w:cstheme="majorHAnsi"/>
        </w:rPr>
        <w:t xml:space="preserve"> e </w:t>
      </w:r>
      <w:proofErr w:type="spellStart"/>
      <w:r w:rsidRPr="0027391F">
        <w:rPr>
          <w:rFonts w:asciiTheme="majorHAnsi" w:hAnsiTheme="majorHAnsi" w:cstheme="majorHAnsi"/>
        </w:rPr>
        <w:t>kërkesave</w:t>
      </w:r>
      <w:proofErr w:type="spellEnd"/>
      <w:r w:rsidRPr="0027391F">
        <w:rPr>
          <w:rFonts w:asciiTheme="majorHAnsi" w:hAnsiTheme="majorHAnsi" w:cstheme="majorHAnsi"/>
        </w:rPr>
        <w:t xml:space="preserve"> </w:t>
      </w:r>
      <w:proofErr w:type="spellStart"/>
      <w:r w:rsidRPr="0027391F">
        <w:rPr>
          <w:rFonts w:asciiTheme="majorHAnsi" w:hAnsiTheme="majorHAnsi" w:cstheme="majorHAnsi"/>
        </w:rPr>
        <w:t>rregullatore</w:t>
      </w:r>
      <w:proofErr w:type="spellEnd"/>
      <w:r w:rsidRPr="0027391F">
        <w:rPr>
          <w:rFonts w:asciiTheme="majorHAnsi" w:hAnsiTheme="majorHAnsi" w:cstheme="majorHAnsi"/>
        </w:rPr>
        <w:t xml:space="preserve"> </w:t>
      </w:r>
      <w:proofErr w:type="spellStart"/>
      <w:r w:rsidRPr="0027391F">
        <w:rPr>
          <w:rFonts w:asciiTheme="majorHAnsi" w:hAnsiTheme="majorHAnsi" w:cstheme="majorHAnsi"/>
        </w:rPr>
        <w:t>dhe</w:t>
      </w:r>
      <w:proofErr w:type="spellEnd"/>
      <w:r w:rsidRPr="0027391F">
        <w:rPr>
          <w:rFonts w:asciiTheme="majorHAnsi" w:hAnsiTheme="majorHAnsi" w:cstheme="majorHAnsi"/>
        </w:rPr>
        <w:t xml:space="preserve"> </w:t>
      </w:r>
      <w:proofErr w:type="spellStart"/>
      <w:r w:rsidRPr="0027391F">
        <w:rPr>
          <w:rFonts w:asciiTheme="majorHAnsi" w:hAnsiTheme="majorHAnsi" w:cstheme="majorHAnsi"/>
        </w:rPr>
        <w:t>monitorimin</w:t>
      </w:r>
      <w:proofErr w:type="spellEnd"/>
      <w:r w:rsidRPr="0027391F">
        <w:rPr>
          <w:rFonts w:asciiTheme="majorHAnsi" w:hAnsiTheme="majorHAnsi" w:cstheme="majorHAnsi"/>
        </w:rPr>
        <w:t xml:space="preserve"> e </w:t>
      </w:r>
      <w:proofErr w:type="spellStart"/>
      <w:r w:rsidRPr="0027391F">
        <w:rPr>
          <w:rFonts w:asciiTheme="majorHAnsi" w:hAnsiTheme="majorHAnsi" w:cstheme="majorHAnsi"/>
        </w:rPr>
        <w:t>sigurisë</w:t>
      </w:r>
      <w:proofErr w:type="spellEnd"/>
      <w:r w:rsidR="00000000" w:rsidRPr="00D003F8">
        <w:rPr>
          <w:rFonts w:asciiTheme="majorHAnsi" w:hAnsiTheme="majorHAnsi" w:cstheme="majorHAnsi"/>
          <w:lang w:val="en-GB"/>
        </w:rPr>
        <w:t>.</w:t>
      </w:r>
    </w:p>
    <w:p w14:paraId="53464626" w14:textId="20782AF7" w:rsidR="003D3D43" w:rsidRPr="00D003F8" w:rsidRDefault="00000000" w:rsidP="00D003F8">
      <w:pPr>
        <w:pStyle w:val="Heading1"/>
        <w:jc w:val="both"/>
        <w:rPr>
          <w:sz w:val="22"/>
          <w:szCs w:val="22"/>
          <w:lang w:val="en-GB"/>
        </w:rPr>
      </w:pPr>
      <w:r w:rsidRPr="00D003F8">
        <w:rPr>
          <w:sz w:val="22"/>
          <w:szCs w:val="22"/>
          <w:lang w:val="en-GB"/>
        </w:rPr>
        <w:t xml:space="preserve">12. </w:t>
      </w:r>
      <w:proofErr w:type="spellStart"/>
      <w:r w:rsidR="0027391F" w:rsidRPr="0027391F">
        <w:rPr>
          <w:sz w:val="22"/>
          <w:szCs w:val="22"/>
        </w:rPr>
        <w:t>Ruajtja</w:t>
      </w:r>
      <w:proofErr w:type="spellEnd"/>
      <w:r w:rsidR="0027391F" w:rsidRPr="0027391F">
        <w:rPr>
          <w:sz w:val="22"/>
          <w:szCs w:val="22"/>
        </w:rPr>
        <w:t xml:space="preserve"> e </w:t>
      </w:r>
      <w:proofErr w:type="spellStart"/>
      <w:r w:rsidR="0027391F" w:rsidRPr="0027391F">
        <w:rPr>
          <w:sz w:val="22"/>
          <w:szCs w:val="22"/>
        </w:rPr>
        <w:t>evidencave</w:t>
      </w:r>
      <w:proofErr w:type="spellEnd"/>
      <w:r w:rsidR="0027391F" w:rsidRPr="0027391F">
        <w:rPr>
          <w:sz w:val="22"/>
          <w:szCs w:val="22"/>
        </w:rPr>
        <w:t xml:space="preserve"> </w:t>
      </w:r>
      <w:proofErr w:type="spellStart"/>
      <w:r w:rsidR="0027391F" w:rsidRPr="0027391F">
        <w:rPr>
          <w:sz w:val="22"/>
          <w:szCs w:val="22"/>
        </w:rPr>
        <w:t>dhe</w:t>
      </w:r>
      <w:proofErr w:type="spellEnd"/>
      <w:r w:rsidR="0027391F" w:rsidRPr="0027391F">
        <w:rPr>
          <w:sz w:val="22"/>
          <w:szCs w:val="22"/>
        </w:rPr>
        <w:t xml:space="preserve"> </w:t>
      </w:r>
      <w:proofErr w:type="spellStart"/>
      <w:r w:rsidR="0027391F" w:rsidRPr="0027391F">
        <w:rPr>
          <w:sz w:val="22"/>
          <w:szCs w:val="22"/>
        </w:rPr>
        <w:t>auditimi</w:t>
      </w:r>
      <w:proofErr w:type="spellEnd"/>
    </w:p>
    <w:p w14:paraId="3047D624" w14:textId="15AA2EBE" w:rsidR="003D3D43" w:rsidRPr="00D003F8" w:rsidRDefault="0027391F" w:rsidP="00D003F8">
      <w:pPr>
        <w:jc w:val="both"/>
        <w:rPr>
          <w:rFonts w:asciiTheme="majorHAnsi" w:hAnsiTheme="majorHAnsi" w:cstheme="majorHAnsi"/>
          <w:lang w:val="en-GB"/>
        </w:rPr>
      </w:pPr>
      <w:proofErr w:type="spellStart"/>
      <w:r w:rsidRPr="0027391F">
        <w:rPr>
          <w:rFonts w:asciiTheme="majorHAnsi" w:hAnsiTheme="majorHAnsi" w:cstheme="majorHAnsi"/>
        </w:rPr>
        <w:t>Autoriteti</w:t>
      </w:r>
      <w:proofErr w:type="spellEnd"/>
      <w:r w:rsidRPr="0027391F">
        <w:rPr>
          <w:rFonts w:asciiTheme="majorHAnsi" w:hAnsiTheme="majorHAnsi" w:cstheme="majorHAnsi"/>
        </w:rPr>
        <w:t xml:space="preserve"> </w:t>
      </w:r>
      <w:proofErr w:type="spellStart"/>
      <w:r w:rsidRPr="0027391F">
        <w:rPr>
          <w:rFonts w:asciiTheme="majorHAnsi" w:hAnsiTheme="majorHAnsi" w:cstheme="majorHAnsi"/>
        </w:rPr>
        <w:t>dhe</w:t>
      </w:r>
      <w:proofErr w:type="spellEnd"/>
      <w:r w:rsidRPr="0027391F">
        <w:rPr>
          <w:rFonts w:asciiTheme="majorHAnsi" w:hAnsiTheme="majorHAnsi" w:cstheme="majorHAnsi"/>
        </w:rPr>
        <w:t xml:space="preserve"> </w:t>
      </w:r>
      <w:proofErr w:type="spellStart"/>
      <w:r w:rsidRPr="0027391F">
        <w:rPr>
          <w:rFonts w:asciiTheme="majorHAnsi" w:hAnsiTheme="majorHAnsi" w:cstheme="majorHAnsi"/>
        </w:rPr>
        <w:t>ofruesit</w:t>
      </w:r>
      <w:proofErr w:type="spellEnd"/>
      <w:r w:rsidRPr="0027391F">
        <w:rPr>
          <w:rFonts w:asciiTheme="majorHAnsi" w:hAnsiTheme="majorHAnsi" w:cstheme="majorHAnsi"/>
        </w:rPr>
        <w:t xml:space="preserve"> e </w:t>
      </w:r>
      <w:proofErr w:type="spellStart"/>
      <w:r w:rsidRPr="0027391F">
        <w:rPr>
          <w:rFonts w:asciiTheme="majorHAnsi" w:hAnsiTheme="majorHAnsi" w:cstheme="majorHAnsi"/>
        </w:rPr>
        <w:t>lidhur</w:t>
      </w:r>
      <w:proofErr w:type="spellEnd"/>
      <w:r w:rsidRPr="0027391F">
        <w:rPr>
          <w:rFonts w:asciiTheme="majorHAnsi" w:hAnsiTheme="majorHAnsi" w:cstheme="majorHAnsi"/>
        </w:rPr>
        <w:t xml:space="preserve"> </w:t>
      </w:r>
      <w:proofErr w:type="spellStart"/>
      <w:r w:rsidRPr="0027391F">
        <w:rPr>
          <w:rFonts w:asciiTheme="majorHAnsi" w:hAnsiTheme="majorHAnsi" w:cstheme="majorHAnsi"/>
        </w:rPr>
        <w:t>të</w:t>
      </w:r>
      <w:proofErr w:type="spellEnd"/>
      <w:r w:rsidRPr="0027391F">
        <w:rPr>
          <w:rFonts w:asciiTheme="majorHAnsi" w:hAnsiTheme="majorHAnsi" w:cstheme="majorHAnsi"/>
        </w:rPr>
        <w:t xml:space="preserve"> </w:t>
      </w:r>
      <w:proofErr w:type="spellStart"/>
      <w:r w:rsidRPr="0027391F">
        <w:rPr>
          <w:rFonts w:asciiTheme="majorHAnsi" w:hAnsiTheme="majorHAnsi" w:cstheme="majorHAnsi"/>
        </w:rPr>
        <w:t>shërbimeve</w:t>
      </w:r>
      <w:proofErr w:type="spellEnd"/>
      <w:r w:rsidRPr="0027391F">
        <w:rPr>
          <w:rFonts w:asciiTheme="majorHAnsi" w:hAnsiTheme="majorHAnsi" w:cstheme="majorHAnsi"/>
        </w:rPr>
        <w:t xml:space="preserve"> </w:t>
      </w:r>
      <w:proofErr w:type="spellStart"/>
      <w:r w:rsidRPr="0027391F">
        <w:rPr>
          <w:rFonts w:asciiTheme="majorHAnsi" w:hAnsiTheme="majorHAnsi" w:cstheme="majorHAnsi"/>
        </w:rPr>
        <w:t>të</w:t>
      </w:r>
      <w:proofErr w:type="spellEnd"/>
      <w:r w:rsidRPr="0027391F">
        <w:rPr>
          <w:rFonts w:asciiTheme="majorHAnsi" w:hAnsiTheme="majorHAnsi" w:cstheme="majorHAnsi"/>
        </w:rPr>
        <w:t xml:space="preserve"> </w:t>
      </w:r>
      <w:proofErr w:type="spellStart"/>
      <w:r w:rsidRPr="0027391F">
        <w:rPr>
          <w:rFonts w:asciiTheme="majorHAnsi" w:hAnsiTheme="majorHAnsi" w:cstheme="majorHAnsi"/>
        </w:rPr>
        <w:t>besimit</w:t>
      </w:r>
      <w:proofErr w:type="spellEnd"/>
      <w:r w:rsidRPr="0027391F">
        <w:rPr>
          <w:rFonts w:asciiTheme="majorHAnsi" w:hAnsiTheme="majorHAnsi" w:cstheme="majorHAnsi"/>
        </w:rPr>
        <w:t xml:space="preserve"> </w:t>
      </w:r>
      <w:proofErr w:type="spellStart"/>
      <w:r w:rsidRPr="0027391F">
        <w:rPr>
          <w:rFonts w:asciiTheme="majorHAnsi" w:hAnsiTheme="majorHAnsi" w:cstheme="majorHAnsi"/>
        </w:rPr>
        <w:t>mund</w:t>
      </w:r>
      <w:proofErr w:type="spellEnd"/>
      <w:r w:rsidRPr="0027391F">
        <w:rPr>
          <w:rFonts w:asciiTheme="majorHAnsi" w:hAnsiTheme="majorHAnsi" w:cstheme="majorHAnsi"/>
        </w:rPr>
        <w:t xml:space="preserve"> </w:t>
      </w:r>
      <w:proofErr w:type="spellStart"/>
      <w:r w:rsidRPr="0027391F">
        <w:rPr>
          <w:rFonts w:asciiTheme="majorHAnsi" w:hAnsiTheme="majorHAnsi" w:cstheme="majorHAnsi"/>
        </w:rPr>
        <w:t>të</w:t>
      </w:r>
      <w:proofErr w:type="spellEnd"/>
      <w:r w:rsidRPr="0027391F">
        <w:rPr>
          <w:rFonts w:asciiTheme="majorHAnsi" w:hAnsiTheme="majorHAnsi" w:cstheme="majorHAnsi"/>
        </w:rPr>
        <w:t xml:space="preserve"> </w:t>
      </w:r>
      <w:proofErr w:type="spellStart"/>
      <w:r w:rsidRPr="0027391F">
        <w:rPr>
          <w:rFonts w:asciiTheme="majorHAnsi" w:hAnsiTheme="majorHAnsi" w:cstheme="majorHAnsi"/>
        </w:rPr>
        <w:t>mbajnë</w:t>
      </w:r>
      <w:proofErr w:type="spellEnd"/>
      <w:r w:rsidRPr="0027391F">
        <w:rPr>
          <w:rFonts w:asciiTheme="majorHAnsi" w:hAnsiTheme="majorHAnsi" w:cstheme="majorHAnsi"/>
        </w:rPr>
        <w:t xml:space="preserve"> </w:t>
      </w:r>
      <w:proofErr w:type="spellStart"/>
      <w:r w:rsidRPr="0027391F">
        <w:rPr>
          <w:rFonts w:asciiTheme="majorHAnsi" w:hAnsiTheme="majorHAnsi" w:cstheme="majorHAnsi"/>
        </w:rPr>
        <w:t>evidenca</w:t>
      </w:r>
      <w:proofErr w:type="spellEnd"/>
      <w:r w:rsidRPr="0027391F">
        <w:rPr>
          <w:rFonts w:asciiTheme="majorHAnsi" w:hAnsiTheme="majorHAnsi" w:cstheme="majorHAnsi"/>
        </w:rPr>
        <w:t xml:space="preserve"> </w:t>
      </w:r>
      <w:proofErr w:type="spellStart"/>
      <w:r w:rsidRPr="0027391F">
        <w:rPr>
          <w:rFonts w:asciiTheme="majorHAnsi" w:hAnsiTheme="majorHAnsi" w:cstheme="majorHAnsi"/>
        </w:rPr>
        <w:t>për</w:t>
      </w:r>
      <w:proofErr w:type="spellEnd"/>
      <w:r w:rsidRPr="0027391F">
        <w:rPr>
          <w:rFonts w:asciiTheme="majorHAnsi" w:hAnsiTheme="majorHAnsi" w:cstheme="majorHAnsi"/>
        </w:rPr>
        <w:t xml:space="preserve"> </w:t>
      </w:r>
      <w:proofErr w:type="spellStart"/>
      <w:r w:rsidRPr="0027391F">
        <w:rPr>
          <w:rFonts w:asciiTheme="majorHAnsi" w:hAnsiTheme="majorHAnsi" w:cstheme="majorHAnsi"/>
        </w:rPr>
        <w:t>ngjarjet</w:t>
      </w:r>
      <w:proofErr w:type="spellEnd"/>
      <w:r w:rsidRPr="0027391F">
        <w:rPr>
          <w:rFonts w:asciiTheme="majorHAnsi" w:hAnsiTheme="majorHAnsi" w:cstheme="majorHAnsi"/>
        </w:rPr>
        <w:t xml:space="preserve"> e </w:t>
      </w:r>
      <w:proofErr w:type="spellStart"/>
      <w:r w:rsidRPr="0027391F">
        <w:rPr>
          <w:rFonts w:asciiTheme="majorHAnsi" w:hAnsiTheme="majorHAnsi" w:cstheme="majorHAnsi"/>
        </w:rPr>
        <w:t>autentifikimit</w:t>
      </w:r>
      <w:proofErr w:type="spellEnd"/>
      <w:r w:rsidRPr="0027391F">
        <w:rPr>
          <w:rFonts w:asciiTheme="majorHAnsi" w:hAnsiTheme="majorHAnsi" w:cstheme="majorHAnsi"/>
        </w:rPr>
        <w:t xml:space="preserve">, </w:t>
      </w:r>
      <w:proofErr w:type="spellStart"/>
      <w:r w:rsidRPr="0027391F">
        <w:rPr>
          <w:rFonts w:asciiTheme="majorHAnsi" w:hAnsiTheme="majorHAnsi" w:cstheme="majorHAnsi"/>
        </w:rPr>
        <w:t>transaksionet</w:t>
      </w:r>
      <w:proofErr w:type="spellEnd"/>
      <w:r w:rsidRPr="0027391F">
        <w:rPr>
          <w:rFonts w:asciiTheme="majorHAnsi" w:hAnsiTheme="majorHAnsi" w:cstheme="majorHAnsi"/>
        </w:rPr>
        <w:t xml:space="preserve"> e </w:t>
      </w:r>
      <w:proofErr w:type="spellStart"/>
      <w:r w:rsidRPr="0027391F">
        <w:rPr>
          <w:rFonts w:asciiTheme="majorHAnsi" w:hAnsiTheme="majorHAnsi" w:cstheme="majorHAnsi"/>
        </w:rPr>
        <w:t>nënshkrimit</w:t>
      </w:r>
      <w:proofErr w:type="spellEnd"/>
      <w:r w:rsidRPr="0027391F">
        <w:rPr>
          <w:rFonts w:asciiTheme="majorHAnsi" w:hAnsiTheme="majorHAnsi" w:cstheme="majorHAnsi"/>
        </w:rPr>
        <w:t xml:space="preserve">, </w:t>
      </w:r>
      <w:proofErr w:type="spellStart"/>
      <w:r w:rsidRPr="0027391F">
        <w:rPr>
          <w:rFonts w:asciiTheme="majorHAnsi" w:hAnsiTheme="majorHAnsi" w:cstheme="majorHAnsi"/>
        </w:rPr>
        <w:t>regjistrat</w:t>
      </w:r>
      <w:proofErr w:type="spellEnd"/>
      <w:r w:rsidRPr="0027391F">
        <w:rPr>
          <w:rFonts w:asciiTheme="majorHAnsi" w:hAnsiTheme="majorHAnsi" w:cstheme="majorHAnsi"/>
        </w:rPr>
        <w:t xml:space="preserve"> e </w:t>
      </w:r>
      <w:proofErr w:type="spellStart"/>
      <w:r w:rsidRPr="0027391F">
        <w:rPr>
          <w:rFonts w:asciiTheme="majorHAnsi" w:hAnsiTheme="majorHAnsi" w:cstheme="majorHAnsi"/>
        </w:rPr>
        <w:t>sigurisë</w:t>
      </w:r>
      <w:proofErr w:type="spellEnd"/>
      <w:r w:rsidRPr="0027391F">
        <w:rPr>
          <w:rFonts w:asciiTheme="majorHAnsi" w:hAnsiTheme="majorHAnsi" w:cstheme="majorHAnsi"/>
        </w:rPr>
        <w:t xml:space="preserve"> (logs) </w:t>
      </w:r>
      <w:proofErr w:type="spellStart"/>
      <w:r w:rsidRPr="0027391F">
        <w:rPr>
          <w:rFonts w:asciiTheme="majorHAnsi" w:hAnsiTheme="majorHAnsi" w:cstheme="majorHAnsi"/>
        </w:rPr>
        <w:t>dhe</w:t>
      </w:r>
      <w:proofErr w:type="spellEnd"/>
      <w:r w:rsidRPr="0027391F">
        <w:rPr>
          <w:rFonts w:asciiTheme="majorHAnsi" w:hAnsiTheme="majorHAnsi" w:cstheme="majorHAnsi"/>
        </w:rPr>
        <w:t xml:space="preserve"> </w:t>
      </w:r>
      <w:proofErr w:type="spellStart"/>
      <w:r w:rsidRPr="0027391F">
        <w:rPr>
          <w:rFonts w:asciiTheme="majorHAnsi" w:hAnsiTheme="majorHAnsi" w:cstheme="majorHAnsi"/>
        </w:rPr>
        <w:t>të</w:t>
      </w:r>
      <w:proofErr w:type="spellEnd"/>
      <w:r w:rsidRPr="0027391F">
        <w:rPr>
          <w:rFonts w:asciiTheme="majorHAnsi" w:hAnsiTheme="majorHAnsi" w:cstheme="majorHAnsi"/>
        </w:rPr>
        <w:t xml:space="preserve"> </w:t>
      </w:r>
      <w:proofErr w:type="spellStart"/>
      <w:r w:rsidRPr="0027391F">
        <w:rPr>
          <w:rFonts w:asciiTheme="majorHAnsi" w:hAnsiTheme="majorHAnsi" w:cstheme="majorHAnsi"/>
        </w:rPr>
        <w:t>dhënat</w:t>
      </w:r>
      <w:proofErr w:type="spellEnd"/>
      <w:r w:rsidRPr="0027391F">
        <w:rPr>
          <w:rFonts w:asciiTheme="majorHAnsi" w:hAnsiTheme="majorHAnsi" w:cstheme="majorHAnsi"/>
        </w:rPr>
        <w:t xml:space="preserve"> operative, </w:t>
      </w:r>
      <w:proofErr w:type="spellStart"/>
      <w:r w:rsidRPr="0027391F">
        <w:rPr>
          <w:rFonts w:asciiTheme="majorHAnsi" w:hAnsiTheme="majorHAnsi" w:cstheme="majorHAnsi"/>
        </w:rPr>
        <w:t>në</w:t>
      </w:r>
      <w:proofErr w:type="spellEnd"/>
      <w:r w:rsidRPr="0027391F">
        <w:rPr>
          <w:rFonts w:asciiTheme="majorHAnsi" w:hAnsiTheme="majorHAnsi" w:cstheme="majorHAnsi"/>
        </w:rPr>
        <w:t xml:space="preserve"> </w:t>
      </w:r>
      <w:proofErr w:type="spellStart"/>
      <w:r w:rsidRPr="0027391F">
        <w:rPr>
          <w:rFonts w:asciiTheme="majorHAnsi" w:hAnsiTheme="majorHAnsi" w:cstheme="majorHAnsi"/>
        </w:rPr>
        <w:t>përputhje</w:t>
      </w:r>
      <w:proofErr w:type="spellEnd"/>
      <w:r w:rsidRPr="0027391F">
        <w:rPr>
          <w:rFonts w:asciiTheme="majorHAnsi" w:hAnsiTheme="majorHAnsi" w:cstheme="majorHAnsi"/>
        </w:rPr>
        <w:t xml:space="preserve"> me </w:t>
      </w:r>
      <w:proofErr w:type="spellStart"/>
      <w:r w:rsidRPr="0027391F">
        <w:rPr>
          <w:rFonts w:asciiTheme="majorHAnsi" w:hAnsiTheme="majorHAnsi" w:cstheme="majorHAnsi"/>
        </w:rPr>
        <w:t>kërkesat</w:t>
      </w:r>
      <w:proofErr w:type="spellEnd"/>
      <w:r w:rsidRPr="0027391F">
        <w:rPr>
          <w:rFonts w:asciiTheme="majorHAnsi" w:hAnsiTheme="majorHAnsi" w:cstheme="majorHAnsi"/>
        </w:rPr>
        <w:t xml:space="preserve"> </w:t>
      </w:r>
      <w:proofErr w:type="spellStart"/>
      <w:r w:rsidRPr="0027391F">
        <w:rPr>
          <w:rFonts w:asciiTheme="majorHAnsi" w:hAnsiTheme="majorHAnsi" w:cstheme="majorHAnsi"/>
        </w:rPr>
        <w:t>rregullatore</w:t>
      </w:r>
      <w:proofErr w:type="spellEnd"/>
      <w:r w:rsidRPr="0027391F">
        <w:rPr>
          <w:rFonts w:asciiTheme="majorHAnsi" w:hAnsiTheme="majorHAnsi" w:cstheme="majorHAnsi"/>
        </w:rPr>
        <w:t xml:space="preserve"> </w:t>
      </w:r>
      <w:proofErr w:type="spellStart"/>
      <w:r w:rsidRPr="0027391F">
        <w:rPr>
          <w:rFonts w:asciiTheme="majorHAnsi" w:hAnsiTheme="majorHAnsi" w:cstheme="majorHAnsi"/>
        </w:rPr>
        <w:t>për</w:t>
      </w:r>
      <w:proofErr w:type="spellEnd"/>
      <w:r w:rsidRPr="0027391F">
        <w:rPr>
          <w:rFonts w:asciiTheme="majorHAnsi" w:hAnsiTheme="majorHAnsi" w:cstheme="majorHAnsi"/>
        </w:rPr>
        <w:t xml:space="preserve"> </w:t>
      </w:r>
      <w:proofErr w:type="spellStart"/>
      <w:r w:rsidRPr="0027391F">
        <w:rPr>
          <w:rFonts w:asciiTheme="majorHAnsi" w:hAnsiTheme="majorHAnsi" w:cstheme="majorHAnsi"/>
        </w:rPr>
        <w:t>ruajtjen</w:t>
      </w:r>
      <w:proofErr w:type="spellEnd"/>
      <w:r w:rsidRPr="0027391F">
        <w:rPr>
          <w:rFonts w:asciiTheme="majorHAnsi" w:hAnsiTheme="majorHAnsi" w:cstheme="majorHAnsi"/>
        </w:rPr>
        <w:t xml:space="preserve"> e </w:t>
      </w:r>
      <w:proofErr w:type="spellStart"/>
      <w:r w:rsidRPr="0027391F">
        <w:rPr>
          <w:rFonts w:asciiTheme="majorHAnsi" w:hAnsiTheme="majorHAnsi" w:cstheme="majorHAnsi"/>
        </w:rPr>
        <w:t>tyre</w:t>
      </w:r>
      <w:proofErr w:type="spellEnd"/>
      <w:r w:rsidR="00000000" w:rsidRPr="00D003F8">
        <w:rPr>
          <w:rFonts w:asciiTheme="majorHAnsi" w:hAnsiTheme="majorHAnsi" w:cstheme="majorHAnsi"/>
          <w:lang w:val="en-GB"/>
        </w:rPr>
        <w:t>.</w:t>
      </w:r>
    </w:p>
    <w:p w14:paraId="4EEEE191" w14:textId="3D2B4D21" w:rsidR="003D3D43" w:rsidRPr="00D003F8" w:rsidRDefault="00000000" w:rsidP="00D003F8">
      <w:pPr>
        <w:pStyle w:val="Heading1"/>
        <w:jc w:val="both"/>
        <w:rPr>
          <w:sz w:val="22"/>
          <w:szCs w:val="22"/>
          <w:lang w:val="en-GB"/>
        </w:rPr>
      </w:pPr>
      <w:r w:rsidRPr="00D003F8">
        <w:rPr>
          <w:sz w:val="22"/>
          <w:szCs w:val="22"/>
          <w:lang w:val="en-GB"/>
        </w:rPr>
        <w:t xml:space="preserve">13. </w:t>
      </w:r>
      <w:proofErr w:type="spellStart"/>
      <w:r w:rsidR="0027391F" w:rsidRPr="0027391F">
        <w:rPr>
          <w:sz w:val="22"/>
          <w:szCs w:val="22"/>
        </w:rPr>
        <w:t>Përgjegjësitë</w:t>
      </w:r>
      <w:proofErr w:type="spellEnd"/>
      <w:r w:rsidR="0027391F" w:rsidRPr="0027391F">
        <w:rPr>
          <w:sz w:val="22"/>
          <w:szCs w:val="22"/>
        </w:rPr>
        <w:t xml:space="preserve"> e </w:t>
      </w:r>
      <w:proofErr w:type="spellStart"/>
      <w:r w:rsidR="0027391F" w:rsidRPr="0027391F">
        <w:rPr>
          <w:sz w:val="22"/>
          <w:szCs w:val="22"/>
        </w:rPr>
        <w:t>përdoruesit</w:t>
      </w:r>
      <w:proofErr w:type="spellEnd"/>
      <w:r w:rsidR="0027391F" w:rsidRPr="0027391F">
        <w:rPr>
          <w:sz w:val="22"/>
          <w:szCs w:val="22"/>
        </w:rPr>
        <w:t xml:space="preserve"> </w:t>
      </w:r>
      <w:proofErr w:type="spellStart"/>
      <w:r w:rsidR="0027391F" w:rsidRPr="0027391F">
        <w:rPr>
          <w:sz w:val="22"/>
          <w:szCs w:val="22"/>
        </w:rPr>
        <w:t>dhe</w:t>
      </w:r>
      <w:proofErr w:type="spellEnd"/>
      <w:r w:rsidR="0027391F" w:rsidRPr="0027391F">
        <w:rPr>
          <w:sz w:val="22"/>
          <w:szCs w:val="22"/>
        </w:rPr>
        <w:t xml:space="preserve"> </w:t>
      </w:r>
      <w:proofErr w:type="spellStart"/>
      <w:r w:rsidR="0027391F" w:rsidRPr="0027391F">
        <w:rPr>
          <w:sz w:val="22"/>
          <w:szCs w:val="22"/>
        </w:rPr>
        <w:t>përdorimi</w:t>
      </w:r>
      <w:proofErr w:type="spellEnd"/>
      <w:r w:rsidR="0027391F" w:rsidRPr="0027391F">
        <w:rPr>
          <w:sz w:val="22"/>
          <w:szCs w:val="22"/>
        </w:rPr>
        <w:t xml:space="preserve"> </w:t>
      </w:r>
      <w:proofErr w:type="spellStart"/>
      <w:r w:rsidR="0027391F" w:rsidRPr="0027391F">
        <w:rPr>
          <w:sz w:val="22"/>
          <w:szCs w:val="22"/>
        </w:rPr>
        <w:t>i</w:t>
      </w:r>
      <w:proofErr w:type="spellEnd"/>
      <w:r w:rsidR="0027391F" w:rsidRPr="0027391F">
        <w:rPr>
          <w:sz w:val="22"/>
          <w:szCs w:val="22"/>
        </w:rPr>
        <w:t xml:space="preserve"> </w:t>
      </w:r>
      <w:proofErr w:type="spellStart"/>
      <w:r w:rsidR="0027391F" w:rsidRPr="0027391F">
        <w:rPr>
          <w:sz w:val="22"/>
          <w:szCs w:val="22"/>
        </w:rPr>
        <w:t>pranueshëm</w:t>
      </w:r>
      <w:proofErr w:type="spellEnd"/>
    </w:p>
    <w:p w14:paraId="5022A64B" w14:textId="14719E3C" w:rsidR="003D3D43" w:rsidRPr="00D003F8" w:rsidRDefault="0027391F" w:rsidP="00D003F8">
      <w:pPr>
        <w:jc w:val="both"/>
        <w:rPr>
          <w:rFonts w:asciiTheme="majorHAnsi" w:hAnsiTheme="majorHAnsi" w:cstheme="majorHAnsi"/>
          <w:lang w:val="en-GB"/>
        </w:rPr>
      </w:pPr>
      <w:proofErr w:type="spellStart"/>
      <w:r w:rsidRPr="0027391F">
        <w:rPr>
          <w:rFonts w:asciiTheme="majorHAnsi" w:hAnsiTheme="majorHAnsi" w:cstheme="majorHAnsi"/>
        </w:rPr>
        <w:t>Përdoruesit</w:t>
      </w:r>
      <w:proofErr w:type="spellEnd"/>
      <w:r w:rsidRPr="0027391F">
        <w:rPr>
          <w:rFonts w:asciiTheme="majorHAnsi" w:hAnsiTheme="majorHAnsi" w:cstheme="majorHAnsi"/>
        </w:rPr>
        <w:t xml:space="preserve"> </w:t>
      </w:r>
      <w:proofErr w:type="spellStart"/>
      <w:r w:rsidRPr="0027391F">
        <w:rPr>
          <w:rFonts w:asciiTheme="majorHAnsi" w:hAnsiTheme="majorHAnsi" w:cstheme="majorHAnsi"/>
        </w:rPr>
        <w:t>pajtohen</w:t>
      </w:r>
      <w:proofErr w:type="spellEnd"/>
      <w:r w:rsidRPr="0027391F">
        <w:rPr>
          <w:rFonts w:asciiTheme="majorHAnsi" w:hAnsiTheme="majorHAnsi" w:cstheme="majorHAnsi"/>
        </w:rPr>
        <w:t xml:space="preserve"> ta </w:t>
      </w:r>
      <w:proofErr w:type="spellStart"/>
      <w:r w:rsidRPr="0027391F">
        <w:rPr>
          <w:rFonts w:asciiTheme="majorHAnsi" w:hAnsiTheme="majorHAnsi" w:cstheme="majorHAnsi"/>
        </w:rPr>
        <w:t>përdorin</w:t>
      </w:r>
      <w:proofErr w:type="spellEnd"/>
      <w:r w:rsidRPr="0027391F">
        <w:rPr>
          <w:rFonts w:asciiTheme="majorHAnsi" w:hAnsiTheme="majorHAnsi" w:cstheme="majorHAnsi"/>
        </w:rPr>
        <w:t xml:space="preserve"> </w:t>
      </w:r>
      <w:proofErr w:type="spellStart"/>
      <w:r w:rsidRPr="0027391F">
        <w:rPr>
          <w:rFonts w:asciiTheme="majorHAnsi" w:hAnsiTheme="majorHAnsi" w:cstheme="majorHAnsi"/>
        </w:rPr>
        <w:t>Aplikacionin</w:t>
      </w:r>
      <w:proofErr w:type="spellEnd"/>
      <w:r w:rsidRPr="0027391F">
        <w:rPr>
          <w:rFonts w:asciiTheme="majorHAnsi" w:hAnsiTheme="majorHAnsi" w:cstheme="majorHAnsi"/>
        </w:rPr>
        <w:t xml:space="preserve"> </w:t>
      </w:r>
      <w:proofErr w:type="spellStart"/>
      <w:r w:rsidRPr="0027391F">
        <w:rPr>
          <w:rFonts w:asciiTheme="majorHAnsi" w:hAnsiTheme="majorHAnsi" w:cstheme="majorHAnsi"/>
        </w:rPr>
        <w:t>vetëm</w:t>
      </w:r>
      <w:proofErr w:type="spellEnd"/>
      <w:r w:rsidRPr="0027391F">
        <w:rPr>
          <w:rFonts w:asciiTheme="majorHAnsi" w:hAnsiTheme="majorHAnsi" w:cstheme="majorHAnsi"/>
        </w:rPr>
        <w:t xml:space="preserve"> </w:t>
      </w:r>
      <w:proofErr w:type="spellStart"/>
      <w:r w:rsidRPr="0027391F">
        <w:rPr>
          <w:rFonts w:asciiTheme="majorHAnsi" w:hAnsiTheme="majorHAnsi" w:cstheme="majorHAnsi"/>
        </w:rPr>
        <w:t>për</w:t>
      </w:r>
      <w:proofErr w:type="spellEnd"/>
      <w:r w:rsidRPr="0027391F">
        <w:rPr>
          <w:rFonts w:asciiTheme="majorHAnsi" w:hAnsiTheme="majorHAnsi" w:cstheme="majorHAnsi"/>
        </w:rPr>
        <w:t xml:space="preserve"> </w:t>
      </w:r>
      <w:proofErr w:type="spellStart"/>
      <w:r w:rsidRPr="0027391F">
        <w:rPr>
          <w:rFonts w:asciiTheme="majorHAnsi" w:hAnsiTheme="majorHAnsi" w:cstheme="majorHAnsi"/>
        </w:rPr>
        <w:t>qëllime</w:t>
      </w:r>
      <w:proofErr w:type="spellEnd"/>
      <w:r w:rsidRPr="0027391F">
        <w:rPr>
          <w:rFonts w:asciiTheme="majorHAnsi" w:hAnsiTheme="majorHAnsi" w:cstheme="majorHAnsi"/>
        </w:rPr>
        <w:t xml:space="preserve"> </w:t>
      </w:r>
      <w:proofErr w:type="spellStart"/>
      <w:r w:rsidRPr="0027391F">
        <w:rPr>
          <w:rFonts w:asciiTheme="majorHAnsi" w:hAnsiTheme="majorHAnsi" w:cstheme="majorHAnsi"/>
        </w:rPr>
        <w:t>të</w:t>
      </w:r>
      <w:proofErr w:type="spellEnd"/>
      <w:r w:rsidRPr="0027391F">
        <w:rPr>
          <w:rFonts w:asciiTheme="majorHAnsi" w:hAnsiTheme="majorHAnsi" w:cstheme="majorHAnsi"/>
        </w:rPr>
        <w:t xml:space="preserve"> </w:t>
      </w:r>
      <w:proofErr w:type="spellStart"/>
      <w:r w:rsidRPr="0027391F">
        <w:rPr>
          <w:rFonts w:asciiTheme="majorHAnsi" w:hAnsiTheme="majorHAnsi" w:cstheme="majorHAnsi"/>
        </w:rPr>
        <w:t>ligjshme</w:t>
      </w:r>
      <w:proofErr w:type="spellEnd"/>
      <w:r w:rsidRPr="0027391F">
        <w:rPr>
          <w:rFonts w:asciiTheme="majorHAnsi" w:hAnsiTheme="majorHAnsi" w:cstheme="majorHAnsi"/>
        </w:rPr>
        <w:t xml:space="preserve">, </w:t>
      </w:r>
      <w:proofErr w:type="spellStart"/>
      <w:r w:rsidRPr="0027391F">
        <w:rPr>
          <w:rFonts w:asciiTheme="majorHAnsi" w:hAnsiTheme="majorHAnsi" w:cstheme="majorHAnsi"/>
        </w:rPr>
        <w:t>të</w:t>
      </w:r>
      <w:proofErr w:type="spellEnd"/>
      <w:r w:rsidRPr="0027391F">
        <w:rPr>
          <w:rFonts w:asciiTheme="majorHAnsi" w:hAnsiTheme="majorHAnsi" w:cstheme="majorHAnsi"/>
        </w:rPr>
        <w:t xml:space="preserve"> </w:t>
      </w:r>
      <w:proofErr w:type="spellStart"/>
      <w:r w:rsidRPr="0027391F">
        <w:rPr>
          <w:rFonts w:asciiTheme="majorHAnsi" w:hAnsiTheme="majorHAnsi" w:cstheme="majorHAnsi"/>
        </w:rPr>
        <w:t>sigurojnë</w:t>
      </w:r>
      <w:proofErr w:type="spellEnd"/>
      <w:r w:rsidRPr="0027391F">
        <w:rPr>
          <w:rFonts w:asciiTheme="majorHAnsi" w:hAnsiTheme="majorHAnsi" w:cstheme="majorHAnsi"/>
        </w:rPr>
        <w:t xml:space="preserve"> </w:t>
      </w:r>
      <w:proofErr w:type="spellStart"/>
      <w:r w:rsidRPr="0027391F">
        <w:rPr>
          <w:rFonts w:asciiTheme="majorHAnsi" w:hAnsiTheme="majorHAnsi" w:cstheme="majorHAnsi"/>
        </w:rPr>
        <w:t>që</w:t>
      </w:r>
      <w:proofErr w:type="spellEnd"/>
      <w:r w:rsidRPr="0027391F">
        <w:rPr>
          <w:rFonts w:asciiTheme="majorHAnsi" w:hAnsiTheme="majorHAnsi" w:cstheme="majorHAnsi"/>
        </w:rPr>
        <w:t xml:space="preserve"> </w:t>
      </w:r>
      <w:proofErr w:type="spellStart"/>
      <w:r w:rsidRPr="0027391F">
        <w:rPr>
          <w:rFonts w:asciiTheme="majorHAnsi" w:hAnsiTheme="majorHAnsi" w:cstheme="majorHAnsi"/>
        </w:rPr>
        <w:t>dokumentet</w:t>
      </w:r>
      <w:proofErr w:type="spellEnd"/>
      <w:r w:rsidRPr="0027391F">
        <w:rPr>
          <w:rFonts w:asciiTheme="majorHAnsi" w:hAnsiTheme="majorHAnsi" w:cstheme="majorHAnsi"/>
        </w:rPr>
        <w:t xml:space="preserve"> e </w:t>
      </w:r>
      <w:proofErr w:type="spellStart"/>
      <w:r w:rsidRPr="0027391F">
        <w:rPr>
          <w:rFonts w:asciiTheme="majorHAnsi" w:hAnsiTheme="majorHAnsi" w:cstheme="majorHAnsi"/>
        </w:rPr>
        <w:t>nënshkruara</w:t>
      </w:r>
      <w:proofErr w:type="spellEnd"/>
      <w:r w:rsidRPr="0027391F">
        <w:rPr>
          <w:rFonts w:asciiTheme="majorHAnsi" w:hAnsiTheme="majorHAnsi" w:cstheme="majorHAnsi"/>
        </w:rPr>
        <w:t xml:space="preserve"> </w:t>
      </w:r>
      <w:proofErr w:type="spellStart"/>
      <w:r w:rsidRPr="0027391F">
        <w:rPr>
          <w:rFonts w:asciiTheme="majorHAnsi" w:hAnsiTheme="majorHAnsi" w:cstheme="majorHAnsi"/>
        </w:rPr>
        <w:t>janë</w:t>
      </w:r>
      <w:proofErr w:type="spellEnd"/>
      <w:r w:rsidRPr="0027391F">
        <w:rPr>
          <w:rFonts w:asciiTheme="majorHAnsi" w:hAnsiTheme="majorHAnsi" w:cstheme="majorHAnsi"/>
        </w:rPr>
        <w:t xml:space="preserve"> </w:t>
      </w:r>
      <w:proofErr w:type="spellStart"/>
      <w:r w:rsidRPr="0027391F">
        <w:rPr>
          <w:rFonts w:asciiTheme="majorHAnsi" w:hAnsiTheme="majorHAnsi" w:cstheme="majorHAnsi"/>
        </w:rPr>
        <w:t>të</w:t>
      </w:r>
      <w:proofErr w:type="spellEnd"/>
      <w:r w:rsidRPr="0027391F">
        <w:rPr>
          <w:rFonts w:asciiTheme="majorHAnsi" w:hAnsiTheme="majorHAnsi" w:cstheme="majorHAnsi"/>
        </w:rPr>
        <w:t xml:space="preserve"> </w:t>
      </w:r>
      <w:proofErr w:type="spellStart"/>
      <w:r w:rsidRPr="0027391F">
        <w:rPr>
          <w:rFonts w:asciiTheme="majorHAnsi" w:hAnsiTheme="majorHAnsi" w:cstheme="majorHAnsi"/>
        </w:rPr>
        <w:t>ligjshme</w:t>
      </w:r>
      <w:proofErr w:type="spellEnd"/>
      <w:r w:rsidRPr="0027391F">
        <w:rPr>
          <w:rFonts w:asciiTheme="majorHAnsi" w:hAnsiTheme="majorHAnsi" w:cstheme="majorHAnsi"/>
        </w:rPr>
        <w:t xml:space="preserve"> </w:t>
      </w:r>
      <w:proofErr w:type="spellStart"/>
      <w:r w:rsidRPr="0027391F">
        <w:rPr>
          <w:rFonts w:asciiTheme="majorHAnsi" w:hAnsiTheme="majorHAnsi" w:cstheme="majorHAnsi"/>
        </w:rPr>
        <w:t>dhe</w:t>
      </w:r>
      <w:proofErr w:type="spellEnd"/>
      <w:r w:rsidRPr="0027391F">
        <w:rPr>
          <w:rFonts w:asciiTheme="majorHAnsi" w:hAnsiTheme="majorHAnsi" w:cstheme="majorHAnsi"/>
        </w:rPr>
        <w:t xml:space="preserve"> </w:t>
      </w:r>
      <w:proofErr w:type="spellStart"/>
      <w:r w:rsidRPr="0027391F">
        <w:rPr>
          <w:rFonts w:asciiTheme="majorHAnsi" w:hAnsiTheme="majorHAnsi" w:cstheme="majorHAnsi"/>
        </w:rPr>
        <w:t>të</w:t>
      </w:r>
      <w:proofErr w:type="spellEnd"/>
      <w:r w:rsidRPr="0027391F">
        <w:rPr>
          <w:rFonts w:asciiTheme="majorHAnsi" w:hAnsiTheme="majorHAnsi" w:cstheme="majorHAnsi"/>
        </w:rPr>
        <w:t xml:space="preserve"> </w:t>
      </w:r>
      <w:proofErr w:type="spellStart"/>
      <w:r w:rsidRPr="0027391F">
        <w:rPr>
          <w:rFonts w:asciiTheme="majorHAnsi" w:hAnsiTheme="majorHAnsi" w:cstheme="majorHAnsi"/>
        </w:rPr>
        <w:t>sakta</w:t>
      </w:r>
      <w:proofErr w:type="spellEnd"/>
      <w:r w:rsidRPr="0027391F">
        <w:rPr>
          <w:rFonts w:asciiTheme="majorHAnsi" w:hAnsiTheme="majorHAnsi" w:cstheme="majorHAnsi"/>
        </w:rPr>
        <w:t xml:space="preserve">, </w:t>
      </w:r>
      <w:proofErr w:type="spellStart"/>
      <w:r w:rsidRPr="0027391F">
        <w:rPr>
          <w:rFonts w:asciiTheme="majorHAnsi" w:hAnsiTheme="majorHAnsi" w:cstheme="majorHAnsi"/>
        </w:rPr>
        <w:t>të</w:t>
      </w:r>
      <w:proofErr w:type="spellEnd"/>
      <w:r w:rsidRPr="0027391F">
        <w:rPr>
          <w:rFonts w:asciiTheme="majorHAnsi" w:hAnsiTheme="majorHAnsi" w:cstheme="majorHAnsi"/>
        </w:rPr>
        <w:t xml:space="preserve"> </w:t>
      </w:r>
      <w:proofErr w:type="spellStart"/>
      <w:r w:rsidRPr="0027391F">
        <w:rPr>
          <w:rFonts w:asciiTheme="majorHAnsi" w:hAnsiTheme="majorHAnsi" w:cstheme="majorHAnsi"/>
        </w:rPr>
        <w:t>mos</w:t>
      </w:r>
      <w:proofErr w:type="spellEnd"/>
      <w:r w:rsidRPr="0027391F">
        <w:rPr>
          <w:rFonts w:asciiTheme="majorHAnsi" w:hAnsiTheme="majorHAnsi" w:cstheme="majorHAnsi"/>
        </w:rPr>
        <w:t xml:space="preserve"> </w:t>
      </w:r>
      <w:proofErr w:type="spellStart"/>
      <w:r w:rsidRPr="0027391F">
        <w:rPr>
          <w:rFonts w:asciiTheme="majorHAnsi" w:hAnsiTheme="majorHAnsi" w:cstheme="majorHAnsi"/>
        </w:rPr>
        <w:t>cenojnë</w:t>
      </w:r>
      <w:proofErr w:type="spellEnd"/>
      <w:r w:rsidRPr="0027391F">
        <w:rPr>
          <w:rFonts w:asciiTheme="majorHAnsi" w:hAnsiTheme="majorHAnsi" w:cstheme="majorHAnsi"/>
        </w:rPr>
        <w:t xml:space="preserve"> </w:t>
      </w:r>
      <w:proofErr w:type="spellStart"/>
      <w:r w:rsidRPr="0027391F">
        <w:rPr>
          <w:rFonts w:asciiTheme="majorHAnsi" w:hAnsiTheme="majorHAnsi" w:cstheme="majorHAnsi"/>
        </w:rPr>
        <w:t>mekanizmat</w:t>
      </w:r>
      <w:proofErr w:type="spellEnd"/>
      <w:r w:rsidRPr="0027391F">
        <w:rPr>
          <w:rFonts w:asciiTheme="majorHAnsi" w:hAnsiTheme="majorHAnsi" w:cstheme="majorHAnsi"/>
        </w:rPr>
        <w:t xml:space="preserve"> e </w:t>
      </w:r>
      <w:proofErr w:type="spellStart"/>
      <w:r w:rsidRPr="0027391F">
        <w:rPr>
          <w:rFonts w:asciiTheme="majorHAnsi" w:hAnsiTheme="majorHAnsi" w:cstheme="majorHAnsi"/>
        </w:rPr>
        <w:t>sigurisë</w:t>
      </w:r>
      <w:proofErr w:type="spellEnd"/>
      <w:r w:rsidRPr="0027391F">
        <w:rPr>
          <w:rFonts w:asciiTheme="majorHAnsi" w:hAnsiTheme="majorHAnsi" w:cstheme="majorHAnsi"/>
        </w:rPr>
        <w:t xml:space="preserve"> </w:t>
      </w:r>
      <w:proofErr w:type="spellStart"/>
      <w:r w:rsidRPr="0027391F">
        <w:rPr>
          <w:rFonts w:asciiTheme="majorHAnsi" w:hAnsiTheme="majorHAnsi" w:cstheme="majorHAnsi"/>
        </w:rPr>
        <w:t>dhe</w:t>
      </w:r>
      <w:proofErr w:type="spellEnd"/>
      <w:r w:rsidRPr="0027391F">
        <w:rPr>
          <w:rFonts w:asciiTheme="majorHAnsi" w:hAnsiTheme="majorHAnsi" w:cstheme="majorHAnsi"/>
        </w:rPr>
        <w:t xml:space="preserve"> </w:t>
      </w:r>
      <w:proofErr w:type="spellStart"/>
      <w:r w:rsidRPr="0027391F">
        <w:rPr>
          <w:rFonts w:asciiTheme="majorHAnsi" w:hAnsiTheme="majorHAnsi" w:cstheme="majorHAnsi"/>
        </w:rPr>
        <w:t>të</w:t>
      </w:r>
      <w:proofErr w:type="spellEnd"/>
      <w:r w:rsidRPr="0027391F">
        <w:rPr>
          <w:rFonts w:asciiTheme="majorHAnsi" w:hAnsiTheme="majorHAnsi" w:cstheme="majorHAnsi"/>
        </w:rPr>
        <w:t xml:space="preserve"> </w:t>
      </w:r>
      <w:proofErr w:type="spellStart"/>
      <w:r w:rsidRPr="0027391F">
        <w:rPr>
          <w:rFonts w:asciiTheme="majorHAnsi" w:hAnsiTheme="majorHAnsi" w:cstheme="majorHAnsi"/>
        </w:rPr>
        <w:t>pranojnë</w:t>
      </w:r>
      <w:proofErr w:type="spellEnd"/>
      <w:r w:rsidRPr="0027391F">
        <w:rPr>
          <w:rFonts w:asciiTheme="majorHAnsi" w:hAnsiTheme="majorHAnsi" w:cstheme="majorHAnsi"/>
        </w:rPr>
        <w:t xml:space="preserve"> </w:t>
      </w:r>
      <w:proofErr w:type="spellStart"/>
      <w:r w:rsidRPr="0027391F">
        <w:rPr>
          <w:rFonts w:asciiTheme="majorHAnsi" w:hAnsiTheme="majorHAnsi" w:cstheme="majorHAnsi"/>
        </w:rPr>
        <w:t>përgjegjësinë</w:t>
      </w:r>
      <w:proofErr w:type="spellEnd"/>
      <w:r w:rsidRPr="0027391F">
        <w:rPr>
          <w:rFonts w:asciiTheme="majorHAnsi" w:hAnsiTheme="majorHAnsi" w:cstheme="majorHAnsi"/>
        </w:rPr>
        <w:t xml:space="preserve"> </w:t>
      </w:r>
      <w:proofErr w:type="spellStart"/>
      <w:r w:rsidRPr="0027391F">
        <w:rPr>
          <w:rFonts w:asciiTheme="majorHAnsi" w:hAnsiTheme="majorHAnsi" w:cstheme="majorHAnsi"/>
        </w:rPr>
        <w:t>ligjore</w:t>
      </w:r>
      <w:proofErr w:type="spellEnd"/>
      <w:r w:rsidRPr="0027391F">
        <w:rPr>
          <w:rFonts w:asciiTheme="majorHAnsi" w:hAnsiTheme="majorHAnsi" w:cstheme="majorHAnsi"/>
        </w:rPr>
        <w:t xml:space="preserve"> </w:t>
      </w:r>
      <w:proofErr w:type="spellStart"/>
      <w:r w:rsidRPr="0027391F">
        <w:rPr>
          <w:rFonts w:asciiTheme="majorHAnsi" w:hAnsiTheme="majorHAnsi" w:cstheme="majorHAnsi"/>
        </w:rPr>
        <w:t>për</w:t>
      </w:r>
      <w:proofErr w:type="spellEnd"/>
      <w:r w:rsidRPr="0027391F">
        <w:rPr>
          <w:rFonts w:asciiTheme="majorHAnsi" w:hAnsiTheme="majorHAnsi" w:cstheme="majorHAnsi"/>
        </w:rPr>
        <w:t xml:space="preserve"> </w:t>
      </w:r>
      <w:proofErr w:type="spellStart"/>
      <w:r w:rsidRPr="0027391F">
        <w:rPr>
          <w:rFonts w:asciiTheme="majorHAnsi" w:hAnsiTheme="majorHAnsi" w:cstheme="majorHAnsi"/>
        </w:rPr>
        <w:t>nënshkrimet</w:t>
      </w:r>
      <w:proofErr w:type="spellEnd"/>
      <w:r w:rsidRPr="0027391F">
        <w:rPr>
          <w:rFonts w:asciiTheme="majorHAnsi" w:hAnsiTheme="majorHAnsi" w:cstheme="majorHAnsi"/>
        </w:rPr>
        <w:t xml:space="preserve"> e </w:t>
      </w:r>
      <w:proofErr w:type="spellStart"/>
      <w:r w:rsidRPr="0027391F">
        <w:rPr>
          <w:rFonts w:asciiTheme="majorHAnsi" w:hAnsiTheme="majorHAnsi" w:cstheme="majorHAnsi"/>
        </w:rPr>
        <w:t>kryera</w:t>
      </w:r>
      <w:proofErr w:type="spellEnd"/>
      <w:r w:rsidRPr="0027391F">
        <w:rPr>
          <w:rFonts w:asciiTheme="majorHAnsi" w:hAnsiTheme="majorHAnsi" w:cstheme="majorHAnsi"/>
        </w:rPr>
        <w:t xml:space="preserve"> duke </w:t>
      </w:r>
      <w:proofErr w:type="spellStart"/>
      <w:r w:rsidRPr="0027391F">
        <w:rPr>
          <w:rFonts w:asciiTheme="majorHAnsi" w:hAnsiTheme="majorHAnsi" w:cstheme="majorHAnsi"/>
        </w:rPr>
        <w:t>përdorur</w:t>
      </w:r>
      <w:proofErr w:type="spellEnd"/>
      <w:r w:rsidRPr="0027391F">
        <w:rPr>
          <w:rFonts w:asciiTheme="majorHAnsi" w:hAnsiTheme="majorHAnsi" w:cstheme="majorHAnsi"/>
        </w:rPr>
        <w:t xml:space="preserve"> </w:t>
      </w:r>
      <w:proofErr w:type="spellStart"/>
      <w:r w:rsidRPr="0027391F">
        <w:rPr>
          <w:rFonts w:asciiTheme="majorHAnsi" w:hAnsiTheme="majorHAnsi" w:cstheme="majorHAnsi"/>
        </w:rPr>
        <w:t>kredencialet</w:t>
      </w:r>
      <w:proofErr w:type="spellEnd"/>
      <w:r w:rsidRPr="0027391F">
        <w:rPr>
          <w:rFonts w:asciiTheme="majorHAnsi" w:hAnsiTheme="majorHAnsi" w:cstheme="majorHAnsi"/>
        </w:rPr>
        <w:t xml:space="preserve"> e </w:t>
      </w:r>
      <w:proofErr w:type="spellStart"/>
      <w:r w:rsidRPr="0027391F">
        <w:rPr>
          <w:rFonts w:asciiTheme="majorHAnsi" w:hAnsiTheme="majorHAnsi" w:cstheme="majorHAnsi"/>
        </w:rPr>
        <w:t>tyre</w:t>
      </w:r>
      <w:proofErr w:type="spellEnd"/>
      <w:r w:rsidR="00000000" w:rsidRPr="00D003F8">
        <w:rPr>
          <w:rFonts w:asciiTheme="majorHAnsi" w:hAnsiTheme="majorHAnsi" w:cstheme="majorHAnsi"/>
          <w:lang w:val="en-GB"/>
        </w:rPr>
        <w:t>.</w:t>
      </w:r>
    </w:p>
    <w:p w14:paraId="5C526A2E" w14:textId="5B78F332" w:rsidR="003D3D43" w:rsidRPr="00D003F8" w:rsidRDefault="00000000" w:rsidP="00D003F8">
      <w:pPr>
        <w:pStyle w:val="Heading1"/>
        <w:jc w:val="both"/>
        <w:rPr>
          <w:sz w:val="22"/>
          <w:szCs w:val="22"/>
          <w:lang w:val="en-GB"/>
        </w:rPr>
      </w:pPr>
      <w:r w:rsidRPr="00D003F8">
        <w:rPr>
          <w:sz w:val="22"/>
          <w:szCs w:val="22"/>
          <w:lang w:val="en-GB"/>
        </w:rPr>
        <w:lastRenderedPageBreak/>
        <w:t xml:space="preserve">14. </w:t>
      </w:r>
      <w:proofErr w:type="spellStart"/>
      <w:r w:rsidR="0027391F" w:rsidRPr="0027391F">
        <w:rPr>
          <w:sz w:val="22"/>
          <w:szCs w:val="22"/>
        </w:rPr>
        <w:t>Pezullimi</w:t>
      </w:r>
      <w:proofErr w:type="spellEnd"/>
      <w:r w:rsidR="0027391F" w:rsidRPr="0027391F">
        <w:rPr>
          <w:sz w:val="22"/>
          <w:szCs w:val="22"/>
        </w:rPr>
        <w:t xml:space="preserve"> </w:t>
      </w:r>
      <w:proofErr w:type="spellStart"/>
      <w:r w:rsidR="0027391F" w:rsidRPr="0027391F">
        <w:rPr>
          <w:sz w:val="22"/>
          <w:szCs w:val="22"/>
        </w:rPr>
        <w:t>dhe</w:t>
      </w:r>
      <w:proofErr w:type="spellEnd"/>
      <w:r w:rsidR="0027391F" w:rsidRPr="0027391F">
        <w:rPr>
          <w:sz w:val="22"/>
          <w:szCs w:val="22"/>
        </w:rPr>
        <w:t xml:space="preserve"> </w:t>
      </w:r>
      <w:proofErr w:type="spellStart"/>
      <w:r w:rsidR="0027391F" w:rsidRPr="0027391F">
        <w:rPr>
          <w:sz w:val="22"/>
          <w:szCs w:val="22"/>
        </w:rPr>
        <w:t>revokimi</w:t>
      </w:r>
      <w:proofErr w:type="spellEnd"/>
    </w:p>
    <w:p w14:paraId="4B4549B6" w14:textId="336FC403" w:rsidR="003D3D43" w:rsidRPr="00D003F8" w:rsidRDefault="0027391F" w:rsidP="00D003F8">
      <w:pPr>
        <w:jc w:val="both"/>
        <w:rPr>
          <w:rFonts w:asciiTheme="majorHAnsi" w:hAnsiTheme="majorHAnsi" w:cstheme="majorHAnsi"/>
          <w:lang w:val="en-GB"/>
        </w:rPr>
      </w:pPr>
      <w:proofErr w:type="spellStart"/>
      <w:r w:rsidRPr="0027391F">
        <w:rPr>
          <w:rFonts w:asciiTheme="majorHAnsi" w:hAnsiTheme="majorHAnsi" w:cstheme="majorHAnsi"/>
        </w:rPr>
        <w:t>Autoriteti</w:t>
      </w:r>
      <w:proofErr w:type="spellEnd"/>
      <w:r w:rsidRPr="0027391F">
        <w:rPr>
          <w:rFonts w:asciiTheme="majorHAnsi" w:hAnsiTheme="majorHAnsi" w:cstheme="majorHAnsi"/>
        </w:rPr>
        <w:t xml:space="preserve"> </w:t>
      </w:r>
      <w:proofErr w:type="spellStart"/>
      <w:r w:rsidRPr="0027391F">
        <w:rPr>
          <w:rFonts w:asciiTheme="majorHAnsi" w:hAnsiTheme="majorHAnsi" w:cstheme="majorHAnsi"/>
        </w:rPr>
        <w:t>mund</w:t>
      </w:r>
      <w:proofErr w:type="spellEnd"/>
      <w:r w:rsidRPr="0027391F">
        <w:rPr>
          <w:rFonts w:asciiTheme="majorHAnsi" w:hAnsiTheme="majorHAnsi" w:cstheme="majorHAnsi"/>
        </w:rPr>
        <w:t xml:space="preserve"> </w:t>
      </w:r>
      <w:proofErr w:type="spellStart"/>
      <w:r w:rsidRPr="0027391F">
        <w:rPr>
          <w:rFonts w:asciiTheme="majorHAnsi" w:hAnsiTheme="majorHAnsi" w:cstheme="majorHAnsi"/>
        </w:rPr>
        <w:t>të</w:t>
      </w:r>
      <w:proofErr w:type="spellEnd"/>
      <w:r w:rsidRPr="0027391F">
        <w:rPr>
          <w:rFonts w:asciiTheme="majorHAnsi" w:hAnsiTheme="majorHAnsi" w:cstheme="majorHAnsi"/>
        </w:rPr>
        <w:t xml:space="preserve"> </w:t>
      </w:r>
      <w:proofErr w:type="spellStart"/>
      <w:r w:rsidRPr="0027391F">
        <w:rPr>
          <w:rFonts w:asciiTheme="majorHAnsi" w:hAnsiTheme="majorHAnsi" w:cstheme="majorHAnsi"/>
        </w:rPr>
        <w:t>pezullojë</w:t>
      </w:r>
      <w:proofErr w:type="spellEnd"/>
      <w:r w:rsidRPr="0027391F">
        <w:rPr>
          <w:rFonts w:asciiTheme="majorHAnsi" w:hAnsiTheme="majorHAnsi" w:cstheme="majorHAnsi"/>
        </w:rPr>
        <w:t xml:space="preserve"> </w:t>
      </w:r>
      <w:proofErr w:type="spellStart"/>
      <w:r w:rsidRPr="0027391F">
        <w:rPr>
          <w:rFonts w:asciiTheme="majorHAnsi" w:hAnsiTheme="majorHAnsi" w:cstheme="majorHAnsi"/>
        </w:rPr>
        <w:t>ose</w:t>
      </w:r>
      <w:proofErr w:type="spellEnd"/>
      <w:r w:rsidRPr="0027391F">
        <w:rPr>
          <w:rFonts w:asciiTheme="majorHAnsi" w:hAnsiTheme="majorHAnsi" w:cstheme="majorHAnsi"/>
        </w:rPr>
        <w:t xml:space="preserve"> </w:t>
      </w:r>
      <w:proofErr w:type="spellStart"/>
      <w:r w:rsidRPr="0027391F">
        <w:rPr>
          <w:rFonts w:asciiTheme="majorHAnsi" w:hAnsiTheme="majorHAnsi" w:cstheme="majorHAnsi"/>
        </w:rPr>
        <w:t>revokojë</w:t>
      </w:r>
      <w:proofErr w:type="spellEnd"/>
      <w:r w:rsidRPr="0027391F">
        <w:rPr>
          <w:rFonts w:asciiTheme="majorHAnsi" w:hAnsiTheme="majorHAnsi" w:cstheme="majorHAnsi"/>
        </w:rPr>
        <w:t xml:space="preserve"> </w:t>
      </w:r>
      <w:proofErr w:type="spellStart"/>
      <w:r w:rsidRPr="0027391F">
        <w:rPr>
          <w:rFonts w:asciiTheme="majorHAnsi" w:hAnsiTheme="majorHAnsi" w:cstheme="majorHAnsi"/>
        </w:rPr>
        <w:t>qasjen</w:t>
      </w:r>
      <w:proofErr w:type="spellEnd"/>
      <w:r w:rsidRPr="0027391F">
        <w:rPr>
          <w:rFonts w:asciiTheme="majorHAnsi" w:hAnsiTheme="majorHAnsi" w:cstheme="majorHAnsi"/>
        </w:rPr>
        <w:t xml:space="preserve"> </w:t>
      </w:r>
      <w:proofErr w:type="spellStart"/>
      <w:r w:rsidRPr="0027391F">
        <w:rPr>
          <w:rFonts w:asciiTheme="majorHAnsi" w:hAnsiTheme="majorHAnsi" w:cstheme="majorHAnsi"/>
        </w:rPr>
        <w:t>në</w:t>
      </w:r>
      <w:proofErr w:type="spellEnd"/>
      <w:r w:rsidRPr="0027391F">
        <w:rPr>
          <w:rFonts w:asciiTheme="majorHAnsi" w:hAnsiTheme="majorHAnsi" w:cstheme="majorHAnsi"/>
        </w:rPr>
        <w:t xml:space="preserve"> </w:t>
      </w:r>
      <w:proofErr w:type="spellStart"/>
      <w:r w:rsidRPr="0027391F">
        <w:rPr>
          <w:rFonts w:asciiTheme="majorHAnsi" w:hAnsiTheme="majorHAnsi" w:cstheme="majorHAnsi"/>
        </w:rPr>
        <w:t>rast</w:t>
      </w:r>
      <w:proofErr w:type="spellEnd"/>
      <w:r w:rsidRPr="0027391F">
        <w:rPr>
          <w:rFonts w:asciiTheme="majorHAnsi" w:hAnsiTheme="majorHAnsi" w:cstheme="majorHAnsi"/>
        </w:rPr>
        <w:t xml:space="preserve"> se </w:t>
      </w:r>
      <w:proofErr w:type="spellStart"/>
      <w:r w:rsidRPr="0027391F">
        <w:rPr>
          <w:rFonts w:asciiTheme="majorHAnsi" w:hAnsiTheme="majorHAnsi" w:cstheme="majorHAnsi"/>
        </w:rPr>
        <w:t>dyshohen</w:t>
      </w:r>
      <w:proofErr w:type="spellEnd"/>
      <w:r w:rsidRPr="0027391F">
        <w:rPr>
          <w:rFonts w:asciiTheme="majorHAnsi" w:hAnsiTheme="majorHAnsi" w:cstheme="majorHAnsi"/>
        </w:rPr>
        <w:t xml:space="preserve"> </w:t>
      </w:r>
      <w:proofErr w:type="spellStart"/>
      <w:r w:rsidRPr="0027391F">
        <w:rPr>
          <w:rFonts w:asciiTheme="majorHAnsi" w:hAnsiTheme="majorHAnsi" w:cstheme="majorHAnsi"/>
        </w:rPr>
        <w:t>shkelje</w:t>
      </w:r>
      <w:proofErr w:type="spellEnd"/>
      <w:r w:rsidRPr="0027391F">
        <w:rPr>
          <w:rFonts w:asciiTheme="majorHAnsi" w:hAnsiTheme="majorHAnsi" w:cstheme="majorHAnsi"/>
        </w:rPr>
        <w:t xml:space="preserve"> </w:t>
      </w:r>
      <w:proofErr w:type="spellStart"/>
      <w:r w:rsidRPr="0027391F">
        <w:rPr>
          <w:rFonts w:asciiTheme="majorHAnsi" w:hAnsiTheme="majorHAnsi" w:cstheme="majorHAnsi"/>
        </w:rPr>
        <w:t>të</w:t>
      </w:r>
      <w:proofErr w:type="spellEnd"/>
      <w:r w:rsidRPr="0027391F">
        <w:rPr>
          <w:rFonts w:asciiTheme="majorHAnsi" w:hAnsiTheme="majorHAnsi" w:cstheme="majorHAnsi"/>
        </w:rPr>
        <w:t xml:space="preserve"> </w:t>
      </w:r>
      <w:proofErr w:type="spellStart"/>
      <w:r w:rsidRPr="0027391F">
        <w:rPr>
          <w:rFonts w:asciiTheme="majorHAnsi" w:hAnsiTheme="majorHAnsi" w:cstheme="majorHAnsi"/>
        </w:rPr>
        <w:t>sigurisë</w:t>
      </w:r>
      <w:proofErr w:type="spellEnd"/>
      <w:r w:rsidRPr="0027391F">
        <w:rPr>
          <w:rFonts w:asciiTheme="majorHAnsi" w:hAnsiTheme="majorHAnsi" w:cstheme="majorHAnsi"/>
        </w:rPr>
        <w:t xml:space="preserve">, </w:t>
      </w:r>
      <w:proofErr w:type="spellStart"/>
      <w:r w:rsidRPr="0027391F">
        <w:rPr>
          <w:rFonts w:asciiTheme="majorHAnsi" w:hAnsiTheme="majorHAnsi" w:cstheme="majorHAnsi"/>
        </w:rPr>
        <w:t>kredencialet</w:t>
      </w:r>
      <w:proofErr w:type="spellEnd"/>
      <w:r w:rsidRPr="0027391F">
        <w:rPr>
          <w:rFonts w:asciiTheme="majorHAnsi" w:hAnsiTheme="majorHAnsi" w:cstheme="majorHAnsi"/>
        </w:rPr>
        <w:t xml:space="preserve"> </w:t>
      </w:r>
      <w:proofErr w:type="spellStart"/>
      <w:r w:rsidRPr="0027391F">
        <w:rPr>
          <w:rFonts w:asciiTheme="majorHAnsi" w:hAnsiTheme="majorHAnsi" w:cstheme="majorHAnsi"/>
        </w:rPr>
        <w:t>janë</w:t>
      </w:r>
      <w:proofErr w:type="spellEnd"/>
      <w:r w:rsidRPr="0027391F">
        <w:rPr>
          <w:rFonts w:asciiTheme="majorHAnsi" w:hAnsiTheme="majorHAnsi" w:cstheme="majorHAnsi"/>
        </w:rPr>
        <w:t xml:space="preserve"> </w:t>
      </w:r>
      <w:proofErr w:type="spellStart"/>
      <w:r w:rsidRPr="0027391F">
        <w:rPr>
          <w:rFonts w:asciiTheme="majorHAnsi" w:hAnsiTheme="majorHAnsi" w:cstheme="majorHAnsi"/>
        </w:rPr>
        <w:t>komprometuar</w:t>
      </w:r>
      <w:proofErr w:type="spellEnd"/>
      <w:r w:rsidRPr="0027391F">
        <w:rPr>
          <w:rFonts w:asciiTheme="majorHAnsi" w:hAnsiTheme="majorHAnsi" w:cstheme="majorHAnsi"/>
        </w:rPr>
        <w:t xml:space="preserve">, </w:t>
      </w:r>
      <w:proofErr w:type="spellStart"/>
      <w:r w:rsidRPr="0027391F">
        <w:rPr>
          <w:rFonts w:asciiTheme="majorHAnsi" w:hAnsiTheme="majorHAnsi" w:cstheme="majorHAnsi"/>
        </w:rPr>
        <w:t>detyrimet</w:t>
      </w:r>
      <w:proofErr w:type="spellEnd"/>
      <w:r w:rsidRPr="0027391F">
        <w:rPr>
          <w:rFonts w:asciiTheme="majorHAnsi" w:hAnsiTheme="majorHAnsi" w:cstheme="majorHAnsi"/>
        </w:rPr>
        <w:t xml:space="preserve"> </w:t>
      </w:r>
      <w:proofErr w:type="spellStart"/>
      <w:r w:rsidRPr="0027391F">
        <w:rPr>
          <w:rFonts w:asciiTheme="majorHAnsi" w:hAnsiTheme="majorHAnsi" w:cstheme="majorHAnsi"/>
        </w:rPr>
        <w:t>ligjore</w:t>
      </w:r>
      <w:proofErr w:type="spellEnd"/>
      <w:r w:rsidRPr="0027391F">
        <w:rPr>
          <w:rFonts w:asciiTheme="majorHAnsi" w:hAnsiTheme="majorHAnsi" w:cstheme="majorHAnsi"/>
        </w:rPr>
        <w:t xml:space="preserve"> </w:t>
      </w:r>
      <w:proofErr w:type="spellStart"/>
      <w:r w:rsidRPr="0027391F">
        <w:rPr>
          <w:rFonts w:asciiTheme="majorHAnsi" w:hAnsiTheme="majorHAnsi" w:cstheme="majorHAnsi"/>
        </w:rPr>
        <w:t>kërkojnë</w:t>
      </w:r>
      <w:proofErr w:type="spellEnd"/>
      <w:r w:rsidRPr="0027391F">
        <w:rPr>
          <w:rFonts w:asciiTheme="majorHAnsi" w:hAnsiTheme="majorHAnsi" w:cstheme="majorHAnsi"/>
        </w:rPr>
        <w:t xml:space="preserve"> </w:t>
      </w:r>
      <w:proofErr w:type="spellStart"/>
      <w:r w:rsidRPr="0027391F">
        <w:rPr>
          <w:rFonts w:asciiTheme="majorHAnsi" w:hAnsiTheme="majorHAnsi" w:cstheme="majorHAnsi"/>
        </w:rPr>
        <w:t>ndërhyrje</w:t>
      </w:r>
      <w:proofErr w:type="spellEnd"/>
      <w:r w:rsidRPr="0027391F">
        <w:rPr>
          <w:rFonts w:asciiTheme="majorHAnsi" w:hAnsiTheme="majorHAnsi" w:cstheme="majorHAnsi"/>
        </w:rPr>
        <w:t xml:space="preserve"> </w:t>
      </w:r>
      <w:proofErr w:type="spellStart"/>
      <w:r w:rsidRPr="0027391F">
        <w:rPr>
          <w:rFonts w:asciiTheme="majorHAnsi" w:hAnsiTheme="majorHAnsi" w:cstheme="majorHAnsi"/>
        </w:rPr>
        <w:t>ose</w:t>
      </w:r>
      <w:proofErr w:type="spellEnd"/>
      <w:r w:rsidRPr="0027391F">
        <w:rPr>
          <w:rFonts w:asciiTheme="majorHAnsi" w:hAnsiTheme="majorHAnsi" w:cstheme="majorHAnsi"/>
        </w:rPr>
        <w:t xml:space="preserve"> </w:t>
      </w:r>
      <w:proofErr w:type="spellStart"/>
      <w:r w:rsidRPr="0027391F">
        <w:rPr>
          <w:rFonts w:asciiTheme="majorHAnsi" w:hAnsiTheme="majorHAnsi" w:cstheme="majorHAnsi"/>
        </w:rPr>
        <w:t>Përdoruesit</w:t>
      </w:r>
      <w:proofErr w:type="spellEnd"/>
      <w:r w:rsidRPr="0027391F">
        <w:rPr>
          <w:rFonts w:asciiTheme="majorHAnsi" w:hAnsiTheme="majorHAnsi" w:cstheme="majorHAnsi"/>
        </w:rPr>
        <w:t xml:space="preserve"> </w:t>
      </w:r>
      <w:proofErr w:type="spellStart"/>
      <w:r w:rsidRPr="0027391F">
        <w:rPr>
          <w:rFonts w:asciiTheme="majorHAnsi" w:hAnsiTheme="majorHAnsi" w:cstheme="majorHAnsi"/>
        </w:rPr>
        <w:t>shkelin</w:t>
      </w:r>
      <w:proofErr w:type="spellEnd"/>
      <w:r w:rsidRPr="0027391F">
        <w:rPr>
          <w:rFonts w:asciiTheme="majorHAnsi" w:hAnsiTheme="majorHAnsi" w:cstheme="majorHAnsi"/>
        </w:rPr>
        <w:t xml:space="preserve"> </w:t>
      </w:r>
      <w:proofErr w:type="spellStart"/>
      <w:r w:rsidRPr="0027391F">
        <w:rPr>
          <w:rFonts w:asciiTheme="majorHAnsi" w:hAnsiTheme="majorHAnsi" w:cstheme="majorHAnsi"/>
        </w:rPr>
        <w:t>këto</w:t>
      </w:r>
      <w:proofErr w:type="spellEnd"/>
      <w:r w:rsidRPr="0027391F">
        <w:rPr>
          <w:rFonts w:asciiTheme="majorHAnsi" w:hAnsiTheme="majorHAnsi" w:cstheme="majorHAnsi"/>
        </w:rPr>
        <w:t xml:space="preserve"> </w:t>
      </w:r>
      <w:proofErr w:type="spellStart"/>
      <w:r w:rsidRPr="0027391F">
        <w:rPr>
          <w:rFonts w:asciiTheme="majorHAnsi" w:hAnsiTheme="majorHAnsi" w:cstheme="majorHAnsi"/>
        </w:rPr>
        <w:t>Kushte</w:t>
      </w:r>
      <w:proofErr w:type="spellEnd"/>
      <w:r w:rsidR="00000000" w:rsidRPr="00D003F8">
        <w:rPr>
          <w:rFonts w:asciiTheme="majorHAnsi" w:hAnsiTheme="majorHAnsi" w:cstheme="majorHAnsi"/>
          <w:lang w:val="en-GB"/>
        </w:rPr>
        <w:t>.</w:t>
      </w:r>
    </w:p>
    <w:p w14:paraId="3C29B2D2" w14:textId="25D9C32E" w:rsidR="003D3D43" w:rsidRPr="00D003F8" w:rsidRDefault="00000000" w:rsidP="00D003F8">
      <w:pPr>
        <w:pStyle w:val="Heading1"/>
        <w:jc w:val="both"/>
        <w:rPr>
          <w:sz w:val="22"/>
          <w:szCs w:val="22"/>
          <w:lang w:val="en-GB"/>
        </w:rPr>
      </w:pPr>
      <w:r w:rsidRPr="00D003F8">
        <w:rPr>
          <w:sz w:val="22"/>
          <w:szCs w:val="22"/>
          <w:lang w:val="en-GB"/>
        </w:rPr>
        <w:t xml:space="preserve">15. </w:t>
      </w:r>
      <w:proofErr w:type="spellStart"/>
      <w:r w:rsidR="0027391F" w:rsidRPr="0027391F">
        <w:rPr>
          <w:sz w:val="22"/>
          <w:szCs w:val="22"/>
        </w:rPr>
        <w:t>Kufizimi</w:t>
      </w:r>
      <w:proofErr w:type="spellEnd"/>
      <w:r w:rsidR="0027391F" w:rsidRPr="0027391F">
        <w:rPr>
          <w:sz w:val="22"/>
          <w:szCs w:val="22"/>
        </w:rPr>
        <w:t xml:space="preserve"> </w:t>
      </w:r>
      <w:proofErr w:type="spellStart"/>
      <w:r w:rsidR="0027391F" w:rsidRPr="0027391F">
        <w:rPr>
          <w:sz w:val="22"/>
          <w:szCs w:val="22"/>
        </w:rPr>
        <w:t>i</w:t>
      </w:r>
      <w:proofErr w:type="spellEnd"/>
      <w:r w:rsidR="0027391F" w:rsidRPr="0027391F">
        <w:rPr>
          <w:sz w:val="22"/>
          <w:szCs w:val="22"/>
        </w:rPr>
        <w:t xml:space="preserve"> </w:t>
      </w:r>
      <w:proofErr w:type="spellStart"/>
      <w:r w:rsidR="0027391F" w:rsidRPr="0027391F">
        <w:rPr>
          <w:sz w:val="22"/>
          <w:szCs w:val="22"/>
        </w:rPr>
        <w:t>përgjegjësisë</w:t>
      </w:r>
      <w:proofErr w:type="spellEnd"/>
    </w:p>
    <w:p w14:paraId="5DFD7802" w14:textId="49688EEE" w:rsidR="003D3D43" w:rsidRPr="00D003F8" w:rsidRDefault="0027391F" w:rsidP="00D003F8">
      <w:pPr>
        <w:jc w:val="both"/>
        <w:rPr>
          <w:rFonts w:asciiTheme="majorHAnsi" w:hAnsiTheme="majorHAnsi" w:cstheme="majorHAnsi"/>
          <w:lang w:val="en-GB"/>
        </w:rPr>
      </w:pPr>
      <w:proofErr w:type="spellStart"/>
      <w:r w:rsidRPr="0027391F">
        <w:rPr>
          <w:rFonts w:asciiTheme="majorHAnsi" w:hAnsiTheme="majorHAnsi" w:cstheme="majorHAnsi"/>
        </w:rPr>
        <w:t>Në</w:t>
      </w:r>
      <w:proofErr w:type="spellEnd"/>
      <w:r w:rsidRPr="0027391F">
        <w:rPr>
          <w:rFonts w:asciiTheme="majorHAnsi" w:hAnsiTheme="majorHAnsi" w:cstheme="majorHAnsi"/>
        </w:rPr>
        <w:t xml:space="preserve"> </w:t>
      </w:r>
      <w:proofErr w:type="spellStart"/>
      <w:r w:rsidRPr="0027391F">
        <w:rPr>
          <w:rFonts w:asciiTheme="majorHAnsi" w:hAnsiTheme="majorHAnsi" w:cstheme="majorHAnsi"/>
        </w:rPr>
        <w:t>masën</w:t>
      </w:r>
      <w:proofErr w:type="spellEnd"/>
      <w:r w:rsidRPr="0027391F">
        <w:rPr>
          <w:rFonts w:asciiTheme="majorHAnsi" w:hAnsiTheme="majorHAnsi" w:cstheme="majorHAnsi"/>
        </w:rPr>
        <w:t xml:space="preserve"> e </w:t>
      </w:r>
      <w:proofErr w:type="spellStart"/>
      <w:r w:rsidRPr="0027391F">
        <w:rPr>
          <w:rFonts w:asciiTheme="majorHAnsi" w:hAnsiTheme="majorHAnsi" w:cstheme="majorHAnsi"/>
        </w:rPr>
        <w:t>lejuar</w:t>
      </w:r>
      <w:proofErr w:type="spellEnd"/>
      <w:r w:rsidRPr="0027391F">
        <w:rPr>
          <w:rFonts w:asciiTheme="majorHAnsi" w:hAnsiTheme="majorHAnsi" w:cstheme="majorHAnsi"/>
        </w:rPr>
        <w:t xml:space="preserve"> </w:t>
      </w:r>
      <w:proofErr w:type="spellStart"/>
      <w:r w:rsidRPr="0027391F">
        <w:rPr>
          <w:rFonts w:asciiTheme="majorHAnsi" w:hAnsiTheme="majorHAnsi" w:cstheme="majorHAnsi"/>
        </w:rPr>
        <w:t>nga</w:t>
      </w:r>
      <w:proofErr w:type="spellEnd"/>
      <w:r w:rsidRPr="0027391F">
        <w:rPr>
          <w:rFonts w:asciiTheme="majorHAnsi" w:hAnsiTheme="majorHAnsi" w:cstheme="majorHAnsi"/>
        </w:rPr>
        <w:t xml:space="preserve"> </w:t>
      </w:r>
      <w:proofErr w:type="spellStart"/>
      <w:r w:rsidRPr="0027391F">
        <w:rPr>
          <w:rFonts w:asciiTheme="majorHAnsi" w:hAnsiTheme="majorHAnsi" w:cstheme="majorHAnsi"/>
        </w:rPr>
        <w:t>ligji</w:t>
      </w:r>
      <w:proofErr w:type="spellEnd"/>
      <w:r w:rsidRPr="0027391F">
        <w:rPr>
          <w:rFonts w:asciiTheme="majorHAnsi" w:hAnsiTheme="majorHAnsi" w:cstheme="majorHAnsi"/>
        </w:rPr>
        <w:t xml:space="preserve">, </w:t>
      </w:r>
      <w:proofErr w:type="spellStart"/>
      <w:r w:rsidRPr="0027391F">
        <w:rPr>
          <w:rFonts w:asciiTheme="majorHAnsi" w:hAnsiTheme="majorHAnsi" w:cstheme="majorHAnsi"/>
        </w:rPr>
        <w:t>Autoriteti</w:t>
      </w:r>
      <w:proofErr w:type="spellEnd"/>
      <w:r w:rsidRPr="0027391F">
        <w:rPr>
          <w:rFonts w:asciiTheme="majorHAnsi" w:hAnsiTheme="majorHAnsi" w:cstheme="majorHAnsi"/>
        </w:rPr>
        <w:t xml:space="preserve"> </w:t>
      </w:r>
      <w:proofErr w:type="spellStart"/>
      <w:r w:rsidRPr="0027391F">
        <w:rPr>
          <w:rFonts w:asciiTheme="majorHAnsi" w:hAnsiTheme="majorHAnsi" w:cstheme="majorHAnsi"/>
        </w:rPr>
        <w:t>nuk</w:t>
      </w:r>
      <w:proofErr w:type="spellEnd"/>
      <w:r w:rsidRPr="0027391F">
        <w:rPr>
          <w:rFonts w:asciiTheme="majorHAnsi" w:hAnsiTheme="majorHAnsi" w:cstheme="majorHAnsi"/>
        </w:rPr>
        <w:t xml:space="preserve"> </w:t>
      </w:r>
      <w:proofErr w:type="spellStart"/>
      <w:r w:rsidRPr="0027391F">
        <w:rPr>
          <w:rFonts w:asciiTheme="majorHAnsi" w:hAnsiTheme="majorHAnsi" w:cstheme="majorHAnsi"/>
        </w:rPr>
        <w:t>mban</w:t>
      </w:r>
      <w:proofErr w:type="spellEnd"/>
      <w:r w:rsidRPr="0027391F">
        <w:rPr>
          <w:rFonts w:asciiTheme="majorHAnsi" w:hAnsiTheme="majorHAnsi" w:cstheme="majorHAnsi"/>
        </w:rPr>
        <w:t xml:space="preserve"> </w:t>
      </w:r>
      <w:proofErr w:type="spellStart"/>
      <w:r w:rsidRPr="0027391F">
        <w:rPr>
          <w:rFonts w:asciiTheme="majorHAnsi" w:hAnsiTheme="majorHAnsi" w:cstheme="majorHAnsi"/>
        </w:rPr>
        <w:t>përgjegjësi</w:t>
      </w:r>
      <w:proofErr w:type="spellEnd"/>
      <w:r w:rsidRPr="0027391F">
        <w:rPr>
          <w:rFonts w:asciiTheme="majorHAnsi" w:hAnsiTheme="majorHAnsi" w:cstheme="majorHAnsi"/>
        </w:rPr>
        <w:t xml:space="preserve"> </w:t>
      </w:r>
      <w:proofErr w:type="spellStart"/>
      <w:r w:rsidRPr="0027391F">
        <w:rPr>
          <w:rFonts w:asciiTheme="majorHAnsi" w:hAnsiTheme="majorHAnsi" w:cstheme="majorHAnsi"/>
        </w:rPr>
        <w:t>për</w:t>
      </w:r>
      <w:proofErr w:type="spellEnd"/>
      <w:r w:rsidRPr="0027391F">
        <w:rPr>
          <w:rFonts w:asciiTheme="majorHAnsi" w:hAnsiTheme="majorHAnsi" w:cstheme="majorHAnsi"/>
        </w:rPr>
        <w:t xml:space="preserve"> </w:t>
      </w:r>
      <w:proofErr w:type="spellStart"/>
      <w:r w:rsidRPr="0027391F">
        <w:rPr>
          <w:rFonts w:asciiTheme="majorHAnsi" w:hAnsiTheme="majorHAnsi" w:cstheme="majorHAnsi"/>
        </w:rPr>
        <w:t>humbjet</w:t>
      </w:r>
      <w:proofErr w:type="spellEnd"/>
      <w:r w:rsidRPr="0027391F">
        <w:rPr>
          <w:rFonts w:asciiTheme="majorHAnsi" w:hAnsiTheme="majorHAnsi" w:cstheme="majorHAnsi"/>
        </w:rPr>
        <w:t xml:space="preserve"> </w:t>
      </w:r>
      <w:proofErr w:type="spellStart"/>
      <w:r w:rsidRPr="0027391F">
        <w:rPr>
          <w:rFonts w:asciiTheme="majorHAnsi" w:hAnsiTheme="majorHAnsi" w:cstheme="majorHAnsi"/>
        </w:rPr>
        <w:t>që</w:t>
      </w:r>
      <w:proofErr w:type="spellEnd"/>
      <w:r w:rsidRPr="0027391F">
        <w:rPr>
          <w:rFonts w:asciiTheme="majorHAnsi" w:hAnsiTheme="majorHAnsi" w:cstheme="majorHAnsi"/>
        </w:rPr>
        <w:t xml:space="preserve"> </w:t>
      </w:r>
      <w:proofErr w:type="spellStart"/>
      <w:r w:rsidRPr="0027391F">
        <w:rPr>
          <w:rFonts w:asciiTheme="majorHAnsi" w:hAnsiTheme="majorHAnsi" w:cstheme="majorHAnsi"/>
        </w:rPr>
        <w:t>rrjedhin</w:t>
      </w:r>
      <w:proofErr w:type="spellEnd"/>
      <w:r w:rsidRPr="0027391F">
        <w:rPr>
          <w:rFonts w:asciiTheme="majorHAnsi" w:hAnsiTheme="majorHAnsi" w:cstheme="majorHAnsi"/>
        </w:rPr>
        <w:t xml:space="preserve"> </w:t>
      </w:r>
      <w:proofErr w:type="spellStart"/>
      <w:r w:rsidRPr="0027391F">
        <w:rPr>
          <w:rFonts w:asciiTheme="majorHAnsi" w:hAnsiTheme="majorHAnsi" w:cstheme="majorHAnsi"/>
        </w:rPr>
        <w:t>nga</w:t>
      </w:r>
      <w:proofErr w:type="spellEnd"/>
      <w:r w:rsidRPr="0027391F">
        <w:rPr>
          <w:rFonts w:asciiTheme="majorHAnsi" w:hAnsiTheme="majorHAnsi" w:cstheme="majorHAnsi"/>
        </w:rPr>
        <w:t xml:space="preserve"> </w:t>
      </w:r>
      <w:proofErr w:type="spellStart"/>
      <w:r w:rsidRPr="0027391F">
        <w:rPr>
          <w:rFonts w:asciiTheme="majorHAnsi" w:hAnsiTheme="majorHAnsi" w:cstheme="majorHAnsi"/>
        </w:rPr>
        <w:t>neglizhenca</w:t>
      </w:r>
      <w:proofErr w:type="spellEnd"/>
      <w:r w:rsidRPr="0027391F">
        <w:rPr>
          <w:rFonts w:asciiTheme="majorHAnsi" w:hAnsiTheme="majorHAnsi" w:cstheme="majorHAnsi"/>
        </w:rPr>
        <w:t xml:space="preserve"> e </w:t>
      </w:r>
      <w:proofErr w:type="spellStart"/>
      <w:r w:rsidRPr="0027391F">
        <w:rPr>
          <w:rFonts w:asciiTheme="majorHAnsi" w:hAnsiTheme="majorHAnsi" w:cstheme="majorHAnsi"/>
        </w:rPr>
        <w:t>Përdoruesit</w:t>
      </w:r>
      <w:proofErr w:type="spellEnd"/>
      <w:r w:rsidRPr="0027391F">
        <w:rPr>
          <w:rFonts w:asciiTheme="majorHAnsi" w:hAnsiTheme="majorHAnsi" w:cstheme="majorHAnsi"/>
        </w:rPr>
        <w:t xml:space="preserve">, </w:t>
      </w:r>
      <w:proofErr w:type="spellStart"/>
      <w:r w:rsidRPr="0027391F">
        <w:rPr>
          <w:rFonts w:asciiTheme="majorHAnsi" w:hAnsiTheme="majorHAnsi" w:cstheme="majorHAnsi"/>
        </w:rPr>
        <w:t>përdorimi</w:t>
      </w:r>
      <w:proofErr w:type="spellEnd"/>
      <w:r w:rsidRPr="0027391F">
        <w:rPr>
          <w:rFonts w:asciiTheme="majorHAnsi" w:hAnsiTheme="majorHAnsi" w:cstheme="majorHAnsi"/>
        </w:rPr>
        <w:t xml:space="preserve"> </w:t>
      </w:r>
      <w:proofErr w:type="spellStart"/>
      <w:r w:rsidRPr="0027391F">
        <w:rPr>
          <w:rFonts w:asciiTheme="majorHAnsi" w:hAnsiTheme="majorHAnsi" w:cstheme="majorHAnsi"/>
        </w:rPr>
        <w:t>i</w:t>
      </w:r>
      <w:proofErr w:type="spellEnd"/>
      <w:r w:rsidRPr="0027391F">
        <w:rPr>
          <w:rFonts w:asciiTheme="majorHAnsi" w:hAnsiTheme="majorHAnsi" w:cstheme="majorHAnsi"/>
        </w:rPr>
        <w:t xml:space="preserve"> </w:t>
      </w:r>
      <w:proofErr w:type="spellStart"/>
      <w:r w:rsidRPr="0027391F">
        <w:rPr>
          <w:rFonts w:asciiTheme="majorHAnsi" w:hAnsiTheme="majorHAnsi" w:cstheme="majorHAnsi"/>
        </w:rPr>
        <w:t>paautorizuar</w:t>
      </w:r>
      <w:proofErr w:type="spellEnd"/>
      <w:r w:rsidRPr="0027391F">
        <w:rPr>
          <w:rFonts w:asciiTheme="majorHAnsi" w:hAnsiTheme="majorHAnsi" w:cstheme="majorHAnsi"/>
        </w:rPr>
        <w:t xml:space="preserve"> </w:t>
      </w:r>
      <w:proofErr w:type="spellStart"/>
      <w:r w:rsidRPr="0027391F">
        <w:rPr>
          <w:rFonts w:asciiTheme="majorHAnsi" w:hAnsiTheme="majorHAnsi" w:cstheme="majorHAnsi"/>
        </w:rPr>
        <w:t>i</w:t>
      </w:r>
      <w:proofErr w:type="spellEnd"/>
      <w:r w:rsidRPr="0027391F">
        <w:rPr>
          <w:rFonts w:asciiTheme="majorHAnsi" w:hAnsiTheme="majorHAnsi" w:cstheme="majorHAnsi"/>
        </w:rPr>
        <w:t xml:space="preserve"> </w:t>
      </w:r>
      <w:proofErr w:type="spellStart"/>
      <w:r w:rsidRPr="0027391F">
        <w:rPr>
          <w:rFonts w:asciiTheme="majorHAnsi" w:hAnsiTheme="majorHAnsi" w:cstheme="majorHAnsi"/>
        </w:rPr>
        <w:t>kredencialeve</w:t>
      </w:r>
      <w:proofErr w:type="spellEnd"/>
      <w:r w:rsidRPr="0027391F">
        <w:rPr>
          <w:rFonts w:asciiTheme="majorHAnsi" w:hAnsiTheme="majorHAnsi" w:cstheme="majorHAnsi"/>
        </w:rPr>
        <w:t xml:space="preserve"> </w:t>
      </w:r>
      <w:proofErr w:type="spellStart"/>
      <w:r w:rsidRPr="0027391F">
        <w:rPr>
          <w:rFonts w:asciiTheme="majorHAnsi" w:hAnsiTheme="majorHAnsi" w:cstheme="majorHAnsi"/>
        </w:rPr>
        <w:t>të</w:t>
      </w:r>
      <w:proofErr w:type="spellEnd"/>
      <w:r w:rsidRPr="0027391F">
        <w:rPr>
          <w:rFonts w:asciiTheme="majorHAnsi" w:hAnsiTheme="majorHAnsi" w:cstheme="majorHAnsi"/>
        </w:rPr>
        <w:t xml:space="preserve"> </w:t>
      </w:r>
      <w:proofErr w:type="spellStart"/>
      <w:r w:rsidRPr="0027391F">
        <w:rPr>
          <w:rFonts w:asciiTheme="majorHAnsi" w:hAnsiTheme="majorHAnsi" w:cstheme="majorHAnsi"/>
        </w:rPr>
        <w:t>komprometuara</w:t>
      </w:r>
      <w:proofErr w:type="spellEnd"/>
      <w:r w:rsidRPr="0027391F">
        <w:rPr>
          <w:rFonts w:asciiTheme="majorHAnsi" w:hAnsiTheme="majorHAnsi" w:cstheme="majorHAnsi"/>
        </w:rPr>
        <w:t xml:space="preserve">, </w:t>
      </w:r>
      <w:proofErr w:type="spellStart"/>
      <w:r w:rsidRPr="0027391F">
        <w:rPr>
          <w:rFonts w:asciiTheme="majorHAnsi" w:hAnsiTheme="majorHAnsi" w:cstheme="majorHAnsi"/>
        </w:rPr>
        <w:t>ndërprerjet</w:t>
      </w:r>
      <w:proofErr w:type="spellEnd"/>
      <w:r w:rsidRPr="0027391F">
        <w:rPr>
          <w:rFonts w:asciiTheme="majorHAnsi" w:hAnsiTheme="majorHAnsi" w:cstheme="majorHAnsi"/>
        </w:rPr>
        <w:t xml:space="preserve"> e </w:t>
      </w:r>
      <w:proofErr w:type="spellStart"/>
      <w:r w:rsidRPr="0027391F">
        <w:rPr>
          <w:rFonts w:asciiTheme="majorHAnsi" w:hAnsiTheme="majorHAnsi" w:cstheme="majorHAnsi"/>
        </w:rPr>
        <w:t>shërbimit</w:t>
      </w:r>
      <w:proofErr w:type="spellEnd"/>
      <w:r w:rsidRPr="0027391F">
        <w:rPr>
          <w:rFonts w:asciiTheme="majorHAnsi" w:hAnsiTheme="majorHAnsi" w:cstheme="majorHAnsi"/>
        </w:rPr>
        <w:t xml:space="preserve"> </w:t>
      </w:r>
      <w:proofErr w:type="spellStart"/>
      <w:r w:rsidRPr="0027391F">
        <w:rPr>
          <w:rFonts w:asciiTheme="majorHAnsi" w:hAnsiTheme="majorHAnsi" w:cstheme="majorHAnsi"/>
        </w:rPr>
        <w:t>të</w:t>
      </w:r>
      <w:proofErr w:type="spellEnd"/>
      <w:r w:rsidRPr="0027391F">
        <w:rPr>
          <w:rFonts w:asciiTheme="majorHAnsi" w:hAnsiTheme="majorHAnsi" w:cstheme="majorHAnsi"/>
        </w:rPr>
        <w:t xml:space="preserve"> </w:t>
      </w:r>
      <w:proofErr w:type="spellStart"/>
      <w:r w:rsidRPr="0027391F">
        <w:rPr>
          <w:rFonts w:asciiTheme="majorHAnsi" w:hAnsiTheme="majorHAnsi" w:cstheme="majorHAnsi"/>
        </w:rPr>
        <w:t>shkaktuara</w:t>
      </w:r>
      <w:proofErr w:type="spellEnd"/>
      <w:r w:rsidRPr="0027391F">
        <w:rPr>
          <w:rFonts w:asciiTheme="majorHAnsi" w:hAnsiTheme="majorHAnsi" w:cstheme="majorHAnsi"/>
        </w:rPr>
        <w:t xml:space="preserve"> </w:t>
      </w:r>
      <w:proofErr w:type="spellStart"/>
      <w:r w:rsidRPr="0027391F">
        <w:rPr>
          <w:rFonts w:asciiTheme="majorHAnsi" w:hAnsiTheme="majorHAnsi" w:cstheme="majorHAnsi"/>
        </w:rPr>
        <w:t>nga</w:t>
      </w:r>
      <w:proofErr w:type="spellEnd"/>
      <w:r w:rsidRPr="0027391F">
        <w:rPr>
          <w:rFonts w:asciiTheme="majorHAnsi" w:hAnsiTheme="majorHAnsi" w:cstheme="majorHAnsi"/>
        </w:rPr>
        <w:t xml:space="preserve"> </w:t>
      </w:r>
      <w:proofErr w:type="spellStart"/>
      <w:r w:rsidRPr="0027391F">
        <w:rPr>
          <w:rFonts w:asciiTheme="majorHAnsi" w:hAnsiTheme="majorHAnsi" w:cstheme="majorHAnsi"/>
        </w:rPr>
        <w:t>ofruesit</w:t>
      </w:r>
      <w:proofErr w:type="spellEnd"/>
      <w:r w:rsidRPr="0027391F">
        <w:rPr>
          <w:rFonts w:asciiTheme="majorHAnsi" w:hAnsiTheme="majorHAnsi" w:cstheme="majorHAnsi"/>
        </w:rPr>
        <w:t xml:space="preserve"> e </w:t>
      </w:r>
      <w:proofErr w:type="spellStart"/>
      <w:r w:rsidRPr="0027391F">
        <w:rPr>
          <w:rFonts w:asciiTheme="majorHAnsi" w:hAnsiTheme="majorHAnsi" w:cstheme="majorHAnsi"/>
        </w:rPr>
        <w:t>telekomunikacionit</w:t>
      </w:r>
      <w:proofErr w:type="spellEnd"/>
      <w:r w:rsidRPr="0027391F">
        <w:rPr>
          <w:rFonts w:asciiTheme="majorHAnsi" w:hAnsiTheme="majorHAnsi" w:cstheme="majorHAnsi"/>
        </w:rPr>
        <w:t xml:space="preserve"> </w:t>
      </w:r>
      <w:proofErr w:type="spellStart"/>
      <w:r w:rsidRPr="0027391F">
        <w:rPr>
          <w:rFonts w:asciiTheme="majorHAnsi" w:hAnsiTheme="majorHAnsi" w:cstheme="majorHAnsi"/>
        </w:rPr>
        <w:t>ose</w:t>
      </w:r>
      <w:proofErr w:type="spellEnd"/>
      <w:r w:rsidRPr="0027391F">
        <w:rPr>
          <w:rFonts w:asciiTheme="majorHAnsi" w:hAnsiTheme="majorHAnsi" w:cstheme="majorHAnsi"/>
        </w:rPr>
        <w:t xml:space="preserve"> </w:t>
      </w:r>
      <w:proofErr w:type="spellStart"/>
      <w:r w:rsidRPr="0027391F">
        <w:rPr>
          <w:rFonts w:asciiTheme="majorHAnsi" w:hAnsiTheme="majorHAnsi" w:cstheme="majorHAnsi"/>
        </w:rPr>
        <w:t>pasojat</w:t>
      </w:r>
      <w:proofErr w:type="spellEnd"/>
      <w:r w:rsidRPr="0027391F">
        <w:rPr>
          <w:rFonts w:asciiTheme="majorHAnsi" w:hAnsiTheme="majorHAnsi" w:cstheme="majorHAnsi"/>
        </w:rPr>
        <w:t xml:space="preserve"> </w:t>
      </w:r>
      <w:proofErr w:type="spellStart"/>
      <w:r w:rsidRPr="0027391F">
        <w:rPr>
          <w:rFonts w:asciiTheme="majorHAnsi" w:hAnsiTheme="majorHAnsi" w:cstheme="majorHAnsi"/>
        </w:rPr>
        <w:t>ligjore</w:t>
      </w:r>
      <w:proofErr w:type="spellEnd"/>
      <w:r w:rsidRPr="0027391F">
        <w:rPr>
          <w:rFonts w:asciiTheme="majorHAnsi" w:hAnsiTheme="majorHAnsi" w:cstheme="majorHAnsi"/>
        </w:rPr>
        <w:t xml:space="preserve"> </w:t>
      </w:r>
      <w:proofErr w:type="spellStart"/>
      <w:r w:rsidRPr="0027391F">
        <w:rPr>
          <w:rFonts w:asciiTheme="majorHAnsi" w:hAnsiTheme="majorHAnsi" w:cstheme="majorHAnsi"/>
        </w:rPr>
        <w:t>të</w:t>
      </w:r>
      <w:proofErr w:type="spellEnd"/>
      <w:r w:rsidRPr="0027391F">
        <w:rPr>
          <w:rFonts w:asciiTheme="majorHAnsi" w:hAnsiTheme="majorHAnsi" w:cstheme="majorHAnsi"/>
        </w:rPr>
        <w:t xml:space="preserve"> </w:t>
      </w:r>
      <w:proofErr w:type="spellStart"/>
      <w:r w:rsidRPr="0027391F">
        <w:rPr>
          <w:rFonts w:asciiTheme="majorHAnsi" w:hAnsiTheme="majorHAnsi" w:cstheme="majorHAnsi"/>
        </w:rPr>
        <w:t>dokumenteve</w:t>
      </w:r>
      <w:proofErr w:type="spellEnd"/>
      <w:r w:rsidRPr="0027391F">
        <w:rPr>
          <w:rFonts w:asciiTheme="majorHAnsi" w:hAnsiTheme="majorHAnsi" w:cstheme="majorHAnsi"/>
        </w:rPr>
        <w:t xml:space="preserve"> </w:t>
      </w:r>
      <w:proofErr w:type="spellStart"/>
      <w:r w:rsidRPr="0027391F">
        <w:rPr>
          <w:rFonts w:asciiTheme="majorHAnsi" w:hAnsiTheme="majorHAnsi" w:cstheme="majorHAnsi"/>
        </w:rPr>
        <w:t>të</w:t>
      </w:r>
      <w:proofErr w:type="spellEnd"/>
      <w:r w:rsidRPr="0027391F">
        <w:rPr>
          <w:rFonts w:asciiTheme="majorHAnsi" w:hAnsiTheme="majorHAnsi" w:cstheme="majorHAnsi"/>
        </w:rPr>
        <w:t xml:space="preserve"> </w:t>
      </w:r>
      <w:proofErr w:type="spellStart"/>
      <w:r w:rsidRPr="0027391F">
        <w:rPr>
          <w:rFonts w:asciiTheme="majorHAnsi" w:hAnsiTheme="majorHAnsi" w:cstheme="majorHAnsi"/>
        </w:rPr>
        <w:t>nënshkruara</w:t>
      </w:r>
      <w:proofErr w:type="spellEnd"/>
      <w:r w:rsidR="00000000" w:rsidRPr="00D003F8">
        <w:rPr>
          <w:rFonts w:asciiTheme="majorHAnsi" w:hAnsiTheme="majorHAnsi" w:cstheme="majorHAnsi"/>
          <w:lang w:val="en-GB"/>
        </w:rPr>
        <w:t>.</w:t>
      </w:r>
    </w:p>
    <w:p w14:paraId="5FF1D1E5" w14:textId="7D561053" w:rsidR="003D3D43" w:rsidRPr="00D003F8" w:rsidRDefault="00000000" w:rsidP="00D003F8">
      <w:pPr>
        <w:pStyle w:val="Heading1"/>
        <w:jc w:val="both"/>
        <w:rPr>
          <w:sz w:val="22"/>
          <w:szCs w:val="22"/>
          <w:lang w:val="en-GB"/>
        </w:rPr>
      </w:pPr>
      <w:r w:rsidRPr="00D003F8">
        <w:rPr>
          <w:sz w:val="22"/>
          <w:szCs w:val="22"/>
          <w:lang w:val="en-GB"/>
        </w:rPr>
        <w:t xml:space="preserve">16. </w:t>
      </w:r>
      <w:proofErr w:type="spellStart"/>
      <w:r w:rsidR="0027391F" w:rsidRPr="0027391F">
        <w:rPr>
          <w:sz w:val="22"/>
          <w:szCs w:val="22"/>
        </w:rPr>
        <w:t>Përditësimet</w:t>
      </w:r>
      <w:proofErr w:type="spellEnd"/>
      <w:r w:rsidR="0027391F" w:rsidRPr="0027391F">
        <w:rPr>
          <w:sz w:val="22"/>
          <w:szCs w:val="22"/>
        </w:rPr>
        <w:t xml:space="preserve"> </w:t>
      </w:r>
      <w:proofErr w:type="spellStart"/>
      <w:r w:rsidR="0027391F" w:rsidRPr="0027391F">
        <w:rPr>
          <w:sz w:val="22"/>
          <w:szCs w:val="22"/>
        </w:rPr>
        <w:t>dhe</w:t>
      </w:r>
      <w:proofErr w:type="spellEnd"/>
      <w:r w:rsidR="0027391F" w:rsidRPr="0027391F">
        <w:rPr>
          <w:sz w:val="22"/>
          <w:szCs w:val="22"/>
        </w:rPr>
        <w:t xml:space="preserve"> </w:t>
      </w:r>
      <w:proofErr w:type="spellStart"/>
      <w:r w:rsidR="0027391F" w:rsidRPr="0027391F">
        <w:rPr>
          <w:sz w:val="22"/>
          <w:szCs w:val="22"/>
        </w:rPr>
        <w:t>përputhshmëria</w:t>
      </w:r>
      <w:proofErr w:type="spellEnd"/>
      <w:r w:rsidR="0027391F" w:rsidRPr="0027391F">
        <w:rPr>
          <w:sz w:val="22"/>
          <w:szCs w:val="22"/>
        </w:rPr>
        <w:t xml:space="preserve"> </w:t>
      </w:r>
      <w:proofErr w:type="spellStart"/>
      <w:r w:rsidR="0027391F" w:rsidRPr="0027391F">
        <w:rPr>
          <w:sz w:val="22"/>
          <w:szCs w:val="22"/>
        </w:rPr>
        <w:t>rregullatore</w:t>
      </w:r>
      <w:proofErr w:type="spellEnd"/>
    </w:p>
    <w:p w14:paraId="5B0E30FB" w14:textId="74125E96" w:rsidR="003D3D43" w:rsidRPr="00D003F8" w:rsidRDefault="0027391F" w:rsidP="00D003F8">
      <w:pPr>
        <w:jc w:val="both"/>
        <w:rPr>
          <w:rFonts w:asciiTheme="majorHAnsi" w:hAnsiTheme="majorHAnsi" w:cstheme="majorHAnsi"/>
          <w:lang w:val="en-GB"/>
        </w:rPr>
      </w:pPr>
      <w:proofErr w:type="spellStart"/>
      <w:r w:rsidRPr="0027391F">
        <w:rPr>
          <w:rFonts w:asciiTheme="majorHAnsi" w:hAnsiTheme="majorHAnsi" w:cstheme="majorHAnsi"/>
        </w:rPr>
        <w:t>Autoriteti</w:t>
      </w:r>
      <w:proofErr w:type="spellEnd"/>
      <w:r w:rsidRPr="0027391F">
        <w:rPr>
          <w:rFonts w:asciiTheme="majorHAnsi" w:hAnsiTheme="majorHAnsi" w:cstheme="majorHAnsi"/>
        </w:rPr>
        <w:t xml:space="preserve"> </w:t>
      </w:r>
      <w:proofErr w:type="spellStart"/>
      <w:r w:rsidRPr="0027391F">
        <w:rPr>
          <w:rFonts w:asciiTheme="majorHAnsi" w:hAnsiTheme="majorHAnsi" w:cstheme="majorHAnsi"/>
        </w:rPr>
        <w:t>rezervon</w:t>
      </w:r>
      <w:proofErr w:type="spellEnd"/>
      <w:r w:rsidRPr="0027391F">
        <w:rPr>
          <w:rFonts w:asciiTheme="majorHAnsi" w:hAnsiTheme="majorHAnsi" w:cstheme="majorHAnsi"/>
        </w:rPr>
        <w:t xml:space="preserve"> </w:t>
      </w:r>
      <w:proofErr w:type="spellStart"/>
      <w:r w:rsidRPr="0027391F">
        <w:rPr>
          <w:rFonts w:asciiTheme="majorHAnsi" w:hAnsiTheme="majorHAnsi" w:cstheme="majorHAnsi"/>
        </w:rPr>
        <w:t>të</w:t>
      </w:r>
      <w:proofErr w:type="spellEnd"/>
      <w:r w:rsidRPr="0027391F">
        <w:rPr>
          <w:rFonts w:asciiTheme="majorHAnsi" w:hAnsiTheme="majorHAnsi" w:cstheme="majorHAnsi"/>
        </w:rPr>
        <w:t xml:space="preserve"> </w:t>
      </w:r>
      <w:proofErr w:type="spellStart"/>
      <w:r w:rsidRPr="0027391F">
        <w:rPr>
          <w:rFonts w:asciiTheme="majorHAnsi" w:hAnsiTheme="majorHAnsi" w:cstheme="majorHAnsi"/>
        </w:rPr>
        <w:t>drejtën</w:t>
      </w:r>
      <w:proofErr w:type="spellEnd"/>
      <w:r w:rsidRPr="0027391F">
        <w:rPr>
          <w:rFonts w:asciiTheme="majorHAnsi" w:hAnsiTheme="majorHAnsi" w:cstheme="majorHAnsi"/>
        </w:rPr>
        <w:t xml:space="preserve"> </w:t>
      </w:r>
      <w:proofErr w:type="spellStart"/>
      <w:r w:rsidRPr="0027391F">
        <w:rPr>
          <w:rFonts w:asciiTheme="majorHAnsi" w:hAnsiTheme="majorHAnsi" w:cstheme="majorHAnsi"/>
        </w:rPr>
        <w:t>të</w:t>
      </w:r>
      <w:proofErr w:type="spellEnd"/>
      <w:r w:rsidRPr="0027391F">
        <w:rPr>
          <w:rFonts w:asciiTheme="majorHAnsi" w:hAnsiTheme="majorHAnsi" w:cstheme="majorHAnsi"/>
        </w:rPr>
        <w:t xml:space="preserve"> </w:t>
      </w:r>
      <w:proofErr w:type="spellStart"/>
      <w:r w:rsidRPr="0027391F">
        <w:rPr>
          <w:rFonts w:asciiTheme="majorHAnsi" w:hAnsiTheme="majorHAnsi" w:cstheme="majorHAnsi"/>
        </w:rPr>
        <w:t>ndryshojë</w:t>
      </w:r>
      <w:proofErr w:type="spellEnd"/>
      <w:r w:rsidRPr="0027391F">
        <w:rPr>
          <w:rFonts w:asciiTheme="majorHAnsi" w:hAnsiTheme="majorHAnsi" w:cstheme="majorHAnsi"/>
        </w:rPr>
        <w:t xml:space="preserve"> </w:t>
      </w:r>
      <w:proofErr w:type="spellStart"/>
      <w:r w:rsidRPr="0027391F">
        <w:rPr>
          <w:rFonts w:asciiTheme="majorHAnsi" w:hAnsiTheme="majorHAnsi" w:cstheme="majorHAnsi"/>
        </w:rPr>
        <w:t>këto</w:t>
      </w:r>
      <w:proofErr w:type="spellEnd"/>
      <w:r w:rsidRPr="0027391F">
        <w:rPr>
          <w:rFonts w:asciiTheme="majorHAnsi" w:hAnsiTheme="majorHAnsi" w:cstheme="majorHAnsi"/>
        </w:rPr>
        <w:t xml:space="preserve"> </w:t>
      </w:r>
      <w:proofErr w:type="spellStart"/>
      <w:r w:rsidRPr="0027391F">
        <w:rPr>
          <w:rFonts w:asciiTheme="majorHAnsi" w:hAnsiTheme="majorHAnsi" w:cstheme="majorHAnsi"/>
        </w:rPr>
        <w:t>Kushte</w:t>
      </w:r>
      <w:proofErr w:type="spellEnd"/>
      <w:r w:rsidRPr="0027391F">
        <w:rPr>
          <w:rFonts w:asciiTheme="majorHAnsi" w:hAnsiTheme="majorHAnsi" w:cstheme="majorHAnsi"/>
        </w:rPr>
        <w:t xml:space="preserve"> </w:t>
      </w:r>
      <w:proofErr w:type="spellStart"/>
      <w:r w:rsidRPr="0027391F">
        <w:rPr>
          <w:rFonts w:asciiTheme="majorHAnsi" w:hAnsiTheme="majorHAnsi" w:cstheme="majorHAnsi"/>
        </w:rPr>
        <w:t>për</w:t>
      </w:r>
      <w:proofErr w:type="spellEnd"/>
      <w:r w:rsidRPr="0027391F">
        <w:rPr>
          <w:rFonts w:asciiTheme="majorHAnsi" w:hAnsiTheme="majorHAnsi" w:cstheme="majorHAnsi"/>
        </w:rPr>
        <w:t xml:space="preserve"> </w:t>
      </w:r>
      <w:proofErr w:type="spellStart"/>
      <w:r w:rsidRPr="0027391F">
        <w:rPr>
          <w:rFonts w:asciiTheme="majorHAnsi" w:hAnsiTheme="majorHAnsi" w:cstheme="majorHAnsi"/>
        </w:rPr>
        <w:t>të</w:t>
      </w:r>
      <w:proofErr w:type="spellEnd"/>
      <w:r w:rsidRPr="0027391F">
        <w:rPr>
          <w:rFonts w:asciiTheme="majorHAnsi" w:hAnsiTheme="majorHAnsi" w:cstheme="majorHAnsi"/>
        </w:rPr>
        <w:t xml:space="preserve"> </w:t>
      </w:r>
      <w:proofErr w:type="spellStart"/>
      <w:r w:rsidRPr="0027391F">
        <w:rPr>
          <w:rFonts w:asciiTheme="majorHAnsi" w:hAnsiTheme="majorHAnsi" w:cstheme="majorHAnsi"/>
        </w:rPr>
        <w:t>siguruar</w:t>
      </w:r>
      <w:proofErr w:type="spellEnd"/>
      <w:r w:rsidRPr="0027391F">
        <w:rPr>
          <w:rFonts w:asciiTheme="majorHAnsi" w:hAnsiTheme="majorHAnsi" w:cstheme="majorHAnsi"/>
        </w:rPr>
        <w:t xml:space="preserve"> </w:t>
      </w:r>
      <w:proofErr w:type="spellStart"/>
      <w:r w:rsidRPr="0027391F">
        <w:rPr>
          <w:rFonts w:asciiTheme="majorHAnsi" w:hAnsiTheme="majorHAnsi" w:cstheme="majorHAnsi"/>
        </w:rPr>
        <w:t>përputhshmërinë</w:t>
      </w:r>
      <w:proofErr w:type="spellEnd"/>
      <w:r w:rsidRPr="0027391F">
        <w:rPr>
          <w:rFonts w:asciiTheme="majorHAnsi" w:hAnsiTheme="majorHAnsi" w:cstheme="majorHAnsi"/>
        </w:rPr>
        <w:t xml:space="preserve"> me </w:t>
      </w:r>
      <w:proofErr w:type="spellStart"/>
      <w:r w:rsidRPr="0027391F">
        <w:rPr>
          <w:rFonts w:asciiTheme="majorHAnsi" w:hAnsiTheme="majorHAnsi" w:cstheme="majorHAnsi"/>
        </w:rPr>
        <w:t>kërkesat</w:t>
      </w:r>
      <w:proofErr w:type="spellEnd"/>
      <w:r w:rsidRPr="0027391F">
        <w:rPr>
          <w:rFonts w:asciiTheme="majorHAnsi" w:hAnsiTheme="majorHAnsi" w:cstheme="majorHAnsi"/>
        </w:rPr>
        <w:t xml:space="preserve"> </w:t>
      </w:r>
      <w:proofErr w:type="spellStart"/>
      <w:r w:rsidRPr="0027391F">
        <w:rPr>
          <w:rFonts w:asciiTheme="majorHAnsi" w:hAnsiTheme="majorHAnsi" w:cstheme="majorHAnsi"/>
        </w:rPr>
        <w:t>rregullatore</w:t>
      </w:r>
      <w:proofErr w:type="spellEnd"/>
      <w:r w:rsidRPr="0027391F">
        <w:rPr>
          <w:rFonts w:asciiTheme="majorHAnsi" w:hAnsiTheme="majorHAnsi" w:cstheme="majorHAnsi"/>
        </w:rPr>
        <w:t xml:space="preserve">, </w:t>
      </w:r>
      <w:proofErr w:type="spellStart"/>
      <w:r w:rsidRPr="0027391F">
        <w:rPr>
          <w:rFonts w:asciiTheme="majorHAnsi" w:hAnsiTheme="majorHAnsi" w:cstheme="majorHAnsi"/>
        </w:rPr>
        <w:t>të</w:t>
      </w:r>
      <w:proofErr w:type="spellEnd"/>
      <w:r w:rsidRPr="0027391F">
        <w:rPr>
          <w:rFonts w:asciiTheme="majorHAnsi" w:hAnsiTheme="majorHAnsi" w:cstheme="majorHAnsi"/>
        </w:rPr>
        <w:t xml:space="preserve"> </w:t>
      </w:r>
      <w:proofErr w:type="spellStart"/>
      <w:r w:rsidRPr="0027391F">
        <w:rPr>
          <w:rFonts w:asciiTheme="majorHAnsi" w:hAnsiTheme="majorHAnsi" w:cstheme="majorHAnsi"/>
        </w:rPr>
        <w:t>sigurisë</w:t>
      </w:r>
      <w:proofErr w:type="spellEnd"/>
      <w:r w:rsidRPr="0027391F">
        <w:rPr>
          <w:rFonts w:asciiTheme="majorHAnsi" w:hAnsiTheme="majorHAnsi" w:cstheme="majorHAnsi"/>
        </w:rPr>
        <w:t xml:space="preserve"> </w:t>
      </w:r>
      <w:proofErr w:type="spellStart"/>
      <w:r w:rsidRPr="0027391F">
        <w:rPr>
          <w:rFonts w:asciiTheme="majorHAnsi" w:hAnsiTheme="majorHAnsi" w:cstheme="majorHAnsi"/>
        </w:rPr>
        <w:t>dhe</w:t>
      </w:r>
      <w:proofErr w:type="spellEnd"/>
      <w:r w:rsidRPr="0027391F">
        <w:rPr>
          <w:rFonts w:asciiTheme="majorHAnsi" w:hAnsiTheme="majorHAnsi" w:cstheme="majorHAnsi"/>
        </w:rPr>
        <w:t xml:space="preserve"> </w:t>
      </w:r>
      <w:proofErr w:type="spellStart"/>
      <w:r w:rsidRPr="0027391F">
        <w:rPr>
          <w:rFonts w:asciiTheme="majorHAnsi" w:hAnsiTheme="majorHAnsi" w:cstheme="majorHAnsi"/>
        </w:rPr>
        <w:t>operacionale</w:t>
      </w:r>
      <w:proofErr w:type="spellEnd"/>
      <w:r w:rsidRPr="0027391F">
        <w:rPr>
          <w:rFonts w:asciiTheme="majorHAnsi" w:hAnsiTheme="majorHAnsi" w:cstheme="majorHAnsi"/>
        </w:rPr>
        <w:t xml:space="preserve"> </w:t>
      </w:r>
      <w:proofErr w:type="spellStart"/>
      <w:r w:rsidRPr="0027391F">
        <w:rPr>
          <w:rFonts w:asciiTheme="majorHAnsi" w:hAnsiTheme="majorHAnsi" w:cstheme="majorHAnsi"/>
        </w:rPr>
        <w:t>në</w:t>
      </w:r>
      <w:proofErr w:type="spellEnd"/>
      <w:r w:rsidRPr="0027391F">
        <w:rPr>
          <w:rFonts w:asciiTheme="majorHAnsi" w:hAnsiTheme="majorHAnsi" w:cstheme="majorHAnsi"/>
        </w:rPr>
        <w:t xml:space="preserve"> </w:t>
      </w:r>
      <w:proofErr w:type="spellStart"/>
      <w:r w:rsidRPr="0027391F">
        <w:rPr>
          <w:rFonts w:asciiTheme="majorHAnsi" w:hAnsiTheme="majorHAnsi" w:cstheme="majorHAnsi"/>
        </w:rPr>
        <w:t>zhvillim</w:t>
      </w:r>
      <w:proofErr w:type="spellEnd"/>
      <w:r w:rsidR="00000000" w:rsidRPr="00D003F8">
        <w:rPr>
          <w:rFonts w:asciiTheme="majorHAnsi" w:hAnsiTheme="majorHAnsi" w:cstheme="majorHAnsi"/>
          <w:lang w:val="en-GB"/>
        </w:rPr>
        <w:t>.</w:t>
      </w:r>
    </w:p>
    <w:p w14:paraId="433310BF" w14:textId="5FBF66EB" w:rsidR="003D3D43" w:rsidRPr="00D003F8" w:rsidRDefault="0027391F" w:rsidP="00D003F8">
      <w:pPr>
        <w:jc w:val="both"/>
        <w:rPr>
          <w:rFonts w:asciiTheme="majorHAnsi" w:hAnsiTheme="majorHAnsi" w:cstheme="majorHAnsi"/>
          <w:lang w:val="en-GB"/>
        </w:rPr>
      </w:pPr>
      <w:proofErr w:type="spellStart"/>
      <w:r w:rsidRPr="0027391F">
        <w:rPr>
          <w:rFonts w:asciiTheme="majorHAnsi" w:hAnsiTheme="majorHAnsi" w:cstheme="majorHAnsi"/>
        </w:rPr>
        <w:t>Përdorimi</w:t>
      </w:r>
      <w:proofErr w:type="spellEnd"/>
      <w:r w:rsidRPr="0027391F">
        <w:rPr>
          <w:rFonts w:asciiTheme="majorHAnsi" w:hAnsiTheme="majorHAnsi" w:cstheme="majorHAnsi"/>
        </w:rPr>
        <w:t xml:space="preserve"> </w:t>
      </w:r>
      <w:proofErr w:type="spellStart"/>
      <w:r w:rsidRPr="0027391F">
        <w:rPr>
          <w:rFonts w:asciiTheme="majorHAnsi" w:hAnsiTheme="majorHAnsi" w:cstheme="majorHAnsi"/>
        </w:rPr>
        <w:t>i</w:t>
      </w:r>
      <w:proofErr w:type="spellEnd"/>
      <w:r w:rsidRPr="0027391F">
        <w:rPr>
          <w:rFonts w:asciiTheme="majorHAnsi" w:hAnsiTheme="majorHAnsi" w:cstheme="majorHAnsi"/>
        </w:rPr>
        <w:t xml:space="preserve"> </w:t>
      </w:r>
      <w:proofErr w:type="spellStart"/>
      <w:r w:rsidRPr="0027391F">
        <w:rPr>
          <w:rFonts w:asciiTheme="majorHAnsi" w:hAnsiTheme="majorHAnsi" w:cstheme="majorHAnsi"/>
        </w:rPr>
        <w:t>vazhdueshëm</w:t>
      </w:r>
      <w:proofErr w:type="spellEnd"/>
      <w:r w:rsidRPr="0027391F">
        <w:rPr>
          <w:rFonts w:asciiTheme="majorHAnsi" w:hAnsiTheme="majorHAnsi" w:cstheme="majorHAnsi"/>
        </w:rPr>
        <w:t xml:space="preserve"> </w:t>
      </w:r>
      <w:proofErr w:type="spellStart"/>
      <w:r w:rsidRPr="0027391F">
        <w:rPr>
          <w:rFonts w:asciiTheme="majorHAnsi" w:hAnsiTheme="majorHAnsi" w:cstheme="majorHAnsi"/>
        </w:rPr>
        <w:t>i</w:t>
      </w:r>
      <w:proofErr w:type="spellEnd"/>
      <w:r w:rsidRPr="0027391F">
        <w:rPr>
          <w:rFonts w:asciiTheme="majorHAnsi" w:hAnsiTheme="majorHAnsi" w:cstheme="majorHAnsi"/>
        </w:rPr>
        <w:t xml:space="preserve"> </w:t>
      </w:r>
      <w:proofErr w:type="spellStart"/>
      <w:r w:rsidRPr="0027391F">
        <w:rPr>
          <w:rFonts w:asciiTheme="majorHAnsi" w:hAnsiTheme="majorHAnsi" w:cstheme="majorHAnsi"/>
        </w:rPr>
        <w:t>Aplikacionit</w:t>
      </w:r>
      <w:proofErr w:type="spellEnd"/>
      <w:r w:rsidRPr="0027391F">
        <w:rPr>
          <w:rFonts w:asciiTheme="majorHAnsi" w:hAnsiTheme="majorHAnsi" w:cstheme="majorHAnsi"/>
        </w:rPr>
        <w:t xml:space="preserve"> </w:t>
      </w:r>
      <w:proofErr w:type="spellStart"/>
      <w:r w:rsidRPr="0027391F">
        <w:rPr>
          <w:rFonts w:asciiTheme="majorHAnsi" w:hAnsiTheme="majorHAnsi" w:cstheme="majorHAnsi"/>
        </w:rPr>
        <w:t>përbën</w:t>
      </w:r>
      <w:proofErr w:type="spellEnd"/>
      <w:r w:rsidRPr="0027391F">
        <w:rPr>
          <w:rFonts w:asciiTheme="majorHAnsi" w:hAnsiTheme="majorHAnsi" w:cstheme="majorHAnsi"/>
        </w:rPr>
        <w:t xml:space="preserve"> </w:t>
      </w:r>
      <w:proofErr w:type="spellStart"/>
      <w:r w:rsidRPr="0027391F">
        <w:rPr>
          <w:rFonts w:asciiTheme="majorHAnsi" w:hAnsiTheme="majorHAnsi" w:cstheme="majorHAnsi"/>
        </w:rPr>
        <w:t>pranim</w:t>
      </w:r>
      <w:proofErr w:type="spellEnd"/>
      <w:r w:rsidRPr="0027391F">
        <w:rPr>
          <w:rFonts w:asciiTheme="majorHAnsi" w:hAnsiTheme="majorHAnsi" w:cstheme="majorHAnsi"/>
        </w:rPr>
        <w:t xml:space="preserve"> </w:t>
      </w:r>
      <w:proofErr w:type="spellStart"/>
      <w:r w:rsidRPr="0027391F">
        <w:rPr>
          <w:rFonts w:asciiTheme="majorHAnsi" w:hAnsiTheme="majorHAnsi" w:cstheme="majorHAnsi"/>
        </w:rPr>
        <w:t>të</w:t>
      </w:r>
      <w:proofErr w:type="spellEnd"/>
      <w:r w:rsidRPr="0027391F">
        <w:rPr>
          <w:rFonts w:asciiTheme="majorHAnsi" w:hAnsiTheme="majorHAnsi" w:cstheme="majorHAnsi"/>
        </w:rPr>
        <w:t xml:space="preserve"> </w:t>
      </w:r>
      <w:proofErr w:type="spellStart"/>
      <w:r w:rsidRPr="0027391F">
        <w:rPr>
          <w:rFonts w:asciiTheme="majorHAnsi" w:hAnsiTheme="majorHAnsi" w:cstheme="majorHAnsi"/>
        </w:rPr>
        <w:t>Kushteve</w:t>
      </w:r>
      <w:proofErr w:type="spellEnd"/>
      <w:r w:rsidRPr="0027391F">
        <w:rPr>
          <w:rFonts w:asciiTheme="majorHAnsi" w:hAnsiTheme="majorHAnsi" w:cstheme="majorHAnsi"/>
        </w:rPr>
        <w:t xml:space="preserve"> </w:t>
      </w:r>
      <w:proofErr w:type="spellStart"/>
      <w:r w:rsidRPr="0027391F">
        <w:rPr>
          <w:rFonts w:asciiTheme="majorHAnsi" w:hAnsiTheme="majorHAnsi" w:cstheme="majorHAnsi"/>
        </w:rPr>
        <w:t>të</w:t>
      </w:r>
      <w:proofErr w:type="spellEnd"/>
      <w:r w:rsidRPr="0027391F">
        <w:rPr>
          <w:rFonts w:asciiTheme="majorHAnsi" w:hAnsiTheme="majorHAnsi" w:cstheme="majorHAnsi"/>
        </w:rPr>
        <w:t xml:space="preserve"> </w:t>
      </w:r>
      <w:proofErr w:type="spellStart"/>
      <w:r w:rsidRPr="0027391F">
        <w:rPr>
          <w:rFonts w:asciiTheme="majorHAnsi" w:hAnsiTheme="majorHAnsi" w:cstheme="majorHAnsi"/>
        </w:rPr>
        <w:t>përditësuara</w:t>
      </w:r>
      <w:proofErr w:type="spellEnd"/>
      <w:r w:rsidR="00000000" w:rsidRPr="00D003F8">
        <w:rPr>
          <w:rFonts w:asciiTheme="majorHAnsi" w:hAnsiTheme="majorHAnsi" w:cstheme="majorHAnsi"/>
          <w:lang w:val="en-GB"/>
        </w:rPr>
        <w:t>.</w:t>
      </w:r>
    </w:p>
    <w:p w14:paraId="19164748" w14:textId="433ABC83" w:rsidR="003D3D43" w:rsidRPr="00D003F8" w:rsidRDefault="00000000" w:rsidP="00D003F8">
      <w:pPr>
        <w:pStyle w:val="Heading1"/>
        <w:jc w:val="both"/>
        <w:rPr>
          <w:sz w:val="22"/>
          <w:szCs w:val="22"/>
          <w:lang w:val="en-GB"/>
        </w:rPr>
      </w:pPr>
      <w:r w:rsidRPr="00D003F8">
        <w:rPr>
          <w:sz w:val="22"/>
          <w:szCs w:val="22"/>
          <w:lang w:val="en-GB"/>
        </w:rPr>
        <w:t xml:space="preserve">17. </w:t>
      </w:r>
      <w:proofErr w:type="spellStart"/>
      <w:r w:rsidR="0027391F" w:rsidRPr="0027391F">
        <w:rPr>
          <w:sz w:val="22"/>
          <w:szCs w:val="22"/>
        </w:rPr>
        <w:t>Pronësia</w:t>
      </w:r>
      <w:proofErr w:type="spellEnd"/>
      <w:r w:rsidR="0027391F" w:rsidRPr="0027391F">
        <w:rPr>
          <w:sz w:val="22"/>
          <w:szCs w:val="22"/>
        </w:rPr>
        <w:t xml:space="preserve"> </w:t>
      </w:r>
      <w:proofErr w:type="spellStart"/>
      <w:r w:rsidR="0027391F" w:rsidRPr="0027391F">
        <w:rPr>
          <w:sz w:val="22"/>
          <w:szCs w:val="22"/>
        </w:rPr>
        <w:t>intelektuale</w:t>
      </w:r>
      <w:proofErr w:type="spellEnd"/>
    </w:p>
    <w:p w14:paraId="06B94B1C" w14:textId="68395949" w:rsidR="003D3D43" w:rsidRPr="00D003F8" w:rsidRDefault="0027391F" w:rsidP="00D003F8">
      <w:pPr>
        <w:jc w:val="both"/>
        <w:rPr>
          <w:rFonts w:asciiTheme="majorHAnsi" w:hAnsiTheme="majorHAnsi" w:cstheme="majorHAnsi"/>
          <w:lang w:val="en-GB"/>
        </w:rPr>
      </w:pPr>
      <w:proofErr w:type="spellStart"/>
      <w:r w:rsidRPr="0027391F">
        <w:rPr>
          <w:rFonts w:asciiTheme="majorHAnsi" w:hAnsiTheme="majorHAnsi" w:cstheme="majorHAnsi"/>
        </w:rPr>
        <w:t>Të</w:t>
      </w:r>
      <w:proofErr w:type="spellEnd"/>
      <w:r w:rsidRPr="0027391F">
        <w:rPr>
          <w:rFonts w:asciiTheme="majorHAnsi" w:hAnsiTheme="majorHAnsi" w:cstheme="majorHAnsi"/>
        </w:rPr>
        <w:t xml:space="preserve"> </w:t>
      </w:r>
      <w:proofErr w:type="spellStart"/>
      <w:r w:rsidRPr="0027391F">
        <w:rPr>
          <w:rFonts w:asciiTheme="majorHAnsi" w:hAnsiTheme="majorHAnsi" w:cstheme="majorHAnsi"/>
        </w:rPr>
        <w:t>gjitha</w:t>
      </w:r>
      <w:proofErr w:type="spellEnd"/>
      <w:r w:rsidRPr="0027391F">
        <w:rPr>
          <w:rFonts w:asciiTheme="majorHAnsi" w:hAnsiTheme="majorHAnsi" w:cstheme="majorHAnsi"/>
        </w:rPr>
        <w:t xml:space="preserve"> </w:t>
      </w:r>
      <w:proofErr w:type="spellStart"/>
      <w:r w:rsidRPr="0027391F">
        <w:rPr>
          <w:rFonts w:asciiTheme="majorHAnsi" w:hAnsiTheme="majorHAnsi" w:cstheme="majorHAnsi"/>
        </w:rPr>
        <w:t>të</w:t>
      </w:r>
      <w:proofErr w:type="spellEnd"/>
      <w:r w:rsidRPr="0027391F">
        <w:rPr>
          <w:rFonts w:asciiTheme="majorHAnsi" w:hAnsiTheme="majorHAnsi" w:cstheme="majorHAnsi"/>
        </w:rPr>
        <w:t xml:space="preserve"> </w:t>
      </w:r>
      <w:proofErr w:type="spellStart"/>
      <w:r w:rsidRPr="0027391F">
        <w:rPr>
          <w:rFonts w:asciiTheme="majorHAnsi" w:hAnsiTheme="majorHAnsi" w:cstheme="majorHAnsi"/>
        </w:rPr>
        <w:t>drejtat</w:t>
      </w:r>
      <w:proofErr w:type="spellEnd"/>
      <w:r w:rsidRPr="0027391F">
        <w:rPr>
          <w:rFonts w:asciiTheme="majorHAnsi" w:hAnsiTheme="majorHAnsi" w:cstheme="majorHAnsi"/>
        </w:rPr>
        <w:t xml:space="preserve"> e </w:t>
      </w:r>
      <w:proofErr w:type="spellStart"/>
      <w:r w:rsidRPr="0027391F">
        <w:rPr>
          <w:rFonts w:asciiTheme="majorHAnsi" w:hAnsiTheme="majorHAnsi" w:cstheme="majorHAnsi"/>
        </w:rPr>
        <w:t>pronësisë</w:t>
      </w:r>
      <w:proofErr w:type="spellEnd"/>
      <w:r w:rsidRPr="0027391F">
        <w:rPr>
          <w:rFonts w:asciiTheme="majorHAnsi" w:hAnsiTheme="majorHAnsi" w:cstheme="majorHAnsi"/>
        </w:rPr>
        <w:t xml:space="preserve"> </w:t>
      </w:r>
      <w:proofErr w:type="spellStart"/>
      <w:r w:rsidRPr="0027391F">
        <w:rPr>
          <w:rFonts w:asciiTheme="majorHAnsi" w:hAnsiTheme="majorHAnsi" w:cstheme="majorHAnsi"/>
        </w:rPr>
        <w:t>intelektuale</w:t>
      </w:r>
      <w:proofErr w:type="spellEnd"/>
      <w:r w:rsidRPr="0027391F">
        <w:rPr>
          <w:rFonts w:asciiTheme="majorHAnsi" w:hAnsiTheme="majorHAnsi" w:cstheme="majorHAnsi"/>
        </w:rPr>
        <w:t xml:space="preserve"> </w:t>
      </w:r>
      <w:proofErr w:type="spellStart"/>
      <w:r w:rsidRPr="0027391F">
        <w:rPr>
          <w:rFonts w:asciiTheme="majorHAnsi" w:hAnsiTheme="majorHAnsi" w:cstheme="majorHAnsi"/>
        </w:rPr>
        <w:t>që</w:t>
      </w:r>
      <w:proofErr w:type="spellEnd"/>
      <w:r w:rsidRPr="0027391F">
        <w:rPr>
          <w:rFonts w:asciiTheme="majorHAnsi" w:hAnsiTheme="majorHAnsi" w:cstheme="majorHAnsi"/>
        </w:rPr>
        <w:t xml:space="preserve"> </w:t>
      </w:r>
      <w:proofErr w:type="spellStart"/>
      <w:r w:rsidRPr="0027391F">
        <w:rPr>
          <w:rFonts w:asciiTheme="majorHAnsi" w:hAnsiTheme="majorHAnsi" w:cstheme="majorHAnsi"/>
        </w:rPr>
        <w:t>lidhen</w:t>
      </w:r>
      <w:proofErr w:type="spellEnd"/>
      <w:r w:rsidRPr="0027391F">
        <w:rPr>
          <w:rFonts w:asciiTheme="majorHAnsi" w:hAnsiTheme="majorHAnsi" w:cstheme="majorHAnsi"/>
        </w:rPr>
        <w:t xml:space="preserve"> me </w:t>
      </w:r>
      <w:proofErr w:type="spellStart"/>
      <w:r w:rsidRPr="0027391F">
        <w:rPr>
          <w:rFonts w:asciiTheme="majorHAnsi" w:hAnsiTheme="majorHAnsi" w:cstheme="majorHAnsi"/>
        </w:rPr>
        <w:t>Aplikacionin</w:t>
      </w:r>
      <w:proofErr w:type="spellEnd"/>
      <w:r w:rsidRPr="0027391F">
        <w:rPr>
          <w:rFonts w:asciiTheme="majorHAnsi" w:hAnsiTheme="majorHAnsi" w:cstheme="majorHAnsi"/>
        </w:rPr>
        <w:t xml:space="preserve"> </w:t>
      </w:r>
      <w:proofErr w:type="spellStart"/>
      <w:r w:rsidRPr="0027391F">
        <w:rPr>
          <w:rFonts w:asciiTheme="majorHAnsi" w:hAnsiTheme="majorHAnsi" w:cstheme="majorHAnsi"/>
        </w:rPr>
        <w:t>mbeten</w:t>
      </w:r>
      <w:proofErr w:type="spellEnd"/>
      <w:r w:rsidRPr="0027391F">
        <w:rPr>
          <w:rFonts w:asciiTheme="majorHAnsi" w:hAnsiTheme="majorHAnsi" w:cstheme="majorHAnsi"/>
        </w:rPr>
        <w:t xml:space="preserve"> </w:t>
      </w:r>
      <w:proofErr w:type="spellStart"/>
      <w:r w:rsidRPr="0027391F">
        <w:rPr>
          <w:rFonts w:asciiTheme="majorHAnsi" w:hAnsiTheme="majorHAnsi" w:cstheme="majorHAnsi"/>
        </w:rPr>
        <w:t>pronë</w:t>
      </w:r>
      <w:proofErr w:type="spellEnd"/>
      <w:r w:rsidRPr="0027391F">
        <w:rPr>
          <w:rFonts w:asciiTheme="majorHAnsi" w:hAnsiTheme="majorHAnsi" w:cstheme="majorHAnsi"/>
        </w:rPr>
        <w:t xml:space="preserve"> e </w:t>
      </w:r>
      <w:proofErr w:type="spellStart"/>
      <w:r w:rsidRPr="0027391F">
        <w:rPr>
          <w:rFonts w:asciiTheme="majorHAnsi" w:hAnsiTheme="majorHAnsi" w:cstheme="majorHAnsi"/>
        </w:rPr>
        <w:t>Autoritetit</w:t>
      </w:r>
      <w:proofErr w:type="spellEnd"/>
      <w:r w:rsidRPr="0027391F">
        <w:rPr>
          <w:rFonts w:asciiTheme="majorHAnsi" w:hAnsiTheme="majorHAnsi" w:cstheme="majorHAnsi"/>
        </w:rPr>
        <w:t xml:space="preserve"> </w:t>
      </w:r>
      <w:proofErr w:type="spellStart"/>
      <w:r w:rsidRPr="0027391F">
        <w:rPr>
          <w:rFonts w:asciiTheme="majorHAnsi" w:hAnsiTheme="majorHAnsi" w:cstheme="majorHAnsi"/>
        </w:rPr>
        <w:t>ose</w:t>
      </w:r>
      <w:proofErr w:type="spellEnd"/>
      <w:r w:rsidRPr="0027391F">
        <w:rPr>
          <w:rFonts w:asciiTheme="majorHAnsi" w:hAnsiTheme="majorHAnsi" w:cstheme="majorHAnsi"/>
        </w:rPr>
        <w:t xml:space="preserve"> e </w:t>
      </w:r>
      <w:proofErr w:type="spellStart"/>
      <w:r w:rsidRPr="0027391F">
        <w:rPr>
          <w:rFonts w:asciiTheme="majorHAnsi" w:hAnsiTheme="majorHAnsi" w:cstheme="majorHAnsi"/>
        </w:rPr>
        <w:t>licencuesve</w:t>
      </w:r>
      <w:proofErr w:type="spellEnd"/>
      <w:r w:rsidRPr="0027391F">
        <w:rPr>
          <w:rFonts w:asciiTheme="majorHAnsi" w:hAnsiTheme="majorHAnsi" w:cstheme="majorHAnsi"/>
        </w:rPr>
        <w:t xml:space="preserve"> </w:t>
      </w:r>
      <w:proofErr w:type="spellStart"/>
      <w:r w:rsidRPr="0027391F">
        <w:rPr>
          <w:rFonts w:asciiTheme="majorHAnsi" w:hAnsiTheme="majorHAnsi" w:cstheme="majorHAnsi"/>
        </w:rPr>
        <w:t>të</w:t>
      </w:r>
      <w:proofErr w:type="spellEnd"/>
      <w:r w:rsidRPr="0027391F">
        <w:rPr>
          <w:rFonts w:asciiTheme="majorHAnsi" w:hAnsiTheme="majorHAnsi" w:cstheme="majorHAnsi"/>
        </w:rPr>
        <w:t xml:space="preserve"> </w:t>
      </w:r>
      <w:proofErr w:type="spellStart"/>
      <w:r w:rsidRPr="0027391F">
        <w:rPr>
          <w:rFonts w:asciiTheme="majorHAnsi" w:hAnsiTheme="majorHAnsi" w:cstheme="majorHAnsi"/>
        </w:rPr>
        <w:t>tij</w:t>
      </w:r>
      <w:proofErr w:type="spellEnd"/>
      <w:r w:rsidR="00000000" w:rsidRPr="00D003F8">
        <w:rPr>
          <w:rFonts w:asciiTheme="majorHAnsi" w:hAnsiTheme="majorHAnsi" w:cstheme="majorHAnsi"/>
          <w:lang w:val="en-GB"/>
        </w:rPr>
        <w:t>.</w:t>
      </w:r>
    </w:p>
    <w:p w14:paraId="79DFD475" w14:textId="4A33E044" w:rsidR="003D3D43" w:rsidRPr="00D003F8" w:rsidRDefault="0027391F" w:rsidP="00D003F8">
      <w:pPr>
        <w:jc w:val="both"/>
        <w:rPr>
          <w:rFonts w:asciiTheme="majorHAnsi" w:hAnsiTheme="majorHAnsi" w:cstheme="majorHAnsi"/>
          <w:lang w:val="en-GB"/>
        </w:rPr>
      </w:pPr>
      <w:proofErr w:type="spellStart"/>
      <w:r w:rsidRPr="0027391F">
        <w:rPr>
          <w:rFonts w:asciiTheme="majorHAnsi" w:hAnsiTheme="majorHAnsi" w:cstheme="majorHAnsi"/>
        </w:rPr>
        <w:t>Përdoruesve</w:t>
      </w:r>
      <w:proofErr w:type="spellEnd"/>
      <w:r w:rsidRPr="0027391F">
        <w:rPr>
          <w:rFonts w:asciiTheme="majorHAnsi" w:hAnsiTheme="majorHAnsi" w:cstheme="majorHAnsi"/>
        </w:rPr>
        <w:t xml:space="preserve"> u </w:t>
      </w:r>
      <w:proofErr w:type="spellStart"/>
      <w:r w:rsidRPr="0027391F">
        <w:rPr>
          <w:rFonts w:asciiTheme="majorHAnsi" w:hAnsiTheme="majorHAnsi" w:cstheme="majorHAnsi"/>
        </w:rPr>
        <w:t>jepet</w:t>
      </w:r>
      <w:proofErr w:type="spellEnd"/>
      <w:r w:rsidRPr="0027391F">
        <w:rPr>
          <w:rFonts w:asciiTheme="majorHAnsi" w:hAnsiTheme="majorHAnsi" w:cstheme="majorHAnsi"/>
        </w:rPr>
        <w:t xml:space="preserve"> </w:t>
      </w:r>
      <w:proofErr w:type="spellStart"/>
      <w:r w:rsidRPr="0027391F">
        <w:rPr>
          <w:rFonts w:asciiTheme="majorHAnsi" w:hAnsiTheme="majorHAnsi" w:cstheme="majorHAnsi"/>
        </w:rPr>
        <w:t>një</w:t>
      </w:r>
      <w:proofErr w:type="spellEnd"/>
      <w:r w:rsidRPr="0027391F">
        <w:rPr>
          <w:rFonts w:asciiTheme="majorHAnsi" w:hAnsiTheme="majorHAnsi" w:cstheme="majorHAnsi"/>
        </w:rPr>
        <w:t xml:space="preserve"> </w:t>
      </w:r>
      <w:proofErr w:type="spellStart"/>
      <w:r w:rsidRPr="0027391F">
        <w:rPr>
          <w:rFonts w:asciiTheme="majorHAnsi" w:hAnsiTheme="majorHAnsi" w:cstheme="majorHAnsi"/>
        </w:rPr>
        <w:t>licencë</w:t>
      </w:r>
      <w:proofErr w:type="spellEnd"/>
      <w:r w:rsidRPr="0027391F">
        <w:rPr>
          <w:rFonts w:asciiTheme="majorHAnsi" w:hAnsiTheme="majorHAnsi" w:cstheme="majorHAnsi"/>
        </w:rPr>
        <w:t xml:space="preserve"> e </w:t>
      </w:r>
      <w:proofErr w:type="spellStart"/>
      <w:r w:rsidRPr="0027391F">
        <w:rPr>
          <w:rFonts w:asciiTheme="majorHAnsi" w:hAnsiTheme="majorHAnsi" w:cstheme="majorHAnsi"/>
        </w:rPr>
        <w:t>kufizuar</w:t>
      </w:r>
      <w:proofErr w:type="spellEnd"/>
      <w:r w:rsidRPr="0027391F">
        <w:rPr>
          <w:rFonts w:asciiTheme="majorHAnsi" w:hAnsiTheme="majorHAnsi" w:cstheme="majorHAnsi"/>
        </w:rPr>
        <w:t xml:space="preserve">, e </w:t>
      </w:r>
      <w:proofErr w:type="spellStart"/>
      <w:r w:rsidRPr="0027391F">
        <w:rPr>
          <w:rFonts w:asciiTheme="majorHAnsi" w:hAnsiTheme="majorHAnsi" w:cstheme="majorHAnsi"/>
        </w:rPr>
        <w:t>revokueshme</w:t>
      </w:r>
      <w:proofErr w:type="spellEnd"/>
      <w:r w:rsidRPr="0027391F">
        <w:rPr>
          <w:rFonts w:asciiTheme="majorHAnsi" w:hAnsiTheme="majorHAnsi" w:cstheme="majorHAnsi"/>
        </w:rPr>
        <w:t xml:space="preserve"> </w:t>
      </w:r>
      <w:proofErr w:type="spellStart"/>
      <w:r w:rsidRPr="0027391F">
        <w:rPr>
          <w:rFonts w:asciiTheme="majorHAnsi" w:hAnsiTheme="majorHAnsi" w:cstheme="majorHAnsi"/>
        </w:rPr>
        <w:t>dhe</w:t>
      </w:r>
      <w:proofErr w:type="spellEnd"/>
      <w:r w:rsidRPr="0027391F">
        <w:rPr>
          <w:rFonts w:asciiTheme="majorHAnsi" w:hAnsiTheme="majorHAnsi" w:cstheme="majorHAnsi"/>
        </w:rPr>
        <w:t xml:space="preserve"> </w:t>
      </w:r>
      <w:proofErr w:type="spellStart"/>
      <w:r w:rsidRPr="0027391F">
        <w:rPr>
          <w:rFonts w:asciiTheme="majorHAnsi" w:hAnsiTheme="majorHAnsi" w:cstheme="majorHAnsi"/>
        </w:rPr>
        <w:t>joekskluzive</w:t>
      </w:r>
      <w:proofErr w:type="spellEnd"/>
      <w:r w:rsidRPr="0027391F">
        <w:rPr>
          <w:rFonts w:asciiTheme="majorHAnsi" w:hAnsiTheme="majorHAnsi" w:cstheme="majorHAnsi"/>
        </w:rPr>
        <w:t xml:space="preserve"> </w:t>
      </w:r>
      <w:proofErr w:type="spellStart"/>
      <w:r w:rsidRPr="0027391F">
        <w:rPr>
          <w:rFonts w:asciiTheme="majorHAnsi" w:hAnsiTheme="majorHAnsi" w:cstheme="majorHAnsi"/>
        </w:rPr>
        <w:t>për</w:t>
      </w:r>
      <w:proofErr w:type="spellEnd"/>
      <w:r w:rsidRPr="0027391F">
        <w:rPr>
          <w:rFonts w:asciiTheme="majorHAnsi" w:hAnsiTheme="majorHAnsi" w:cstheme="majorHAnsi"/>
        </w:rPr>
        <w:t xml:space="preserve"> </w:t>
      </w:r>
      <w:proofErr w:type="spellStart"/>
      <w:r w:rsidRPr="0027391F">
        <w:rPr>
          <w:rFonts w:asciiTheme="majorHAnsi" w:hAnsiTheme="majorHAnsi" w:cstheme="majorHAnsi"/>
        </w:rPr>
        <w:t>përdorimin</w:t>
      </w:r>
      <w:proofErr w:type="spellEnd"/>
      <w:r w:rsidRPr="0027391F">
        <w:rPr>
          <w:rFonts w:asciiTheme="majorHAnsi" w:hAnsiTheme="majorHAnsi" w:cstheme="majorHAnsi"/>
        </w:rPr>
        <w:t xml:space="preserve"> e </w:t>
      </w:r>
      <w:proofErr w:type="spellStart"/>
      <w:r w:rsidRPr="0027391F">
        <w:rPr>
          <w:rFonts w:asciiTheme="majorHAnsi" w:hAnsiTheme="majorHAnsi" w:cstheme="majorHAnsi"/>
        </w:rPr>
        <w:t>Aplikacionit</w:t>
      </w:r>
      <w:proofErr w:type="spellEnd"/>
      <w:r w:rsidRPr="0027391F">
        <w:rPr>
          <w:rFonts w:asciiTheme="majorHAnsi" w:hAnsiTheme="majorHAnsi" w:cstheme="majorHAnsi"/>
        </w:rPr>
        <w:t xml:space="preserve"> </w:t>
      </w:r>
      <w:proofErr w:type="spellStart"/>
      <w:r w:rsidRPr="0027391F">
        <w:rPr>
          <w:rFonts w:asciiTheme="majorHAnsi" w:hAnsiTheme="majorHAnsi" w:cstheme="majorHAnsi"/>
        </w:rPr>
        <w:t>vetëm</w:t>
      </w:r>
      <w:proofErr w:type="spellEnd"/>
      <w:r w:rsidRPr="0027391F">
        <w:rPr>
          <w:rFonts w:asciiTheme="majorHAnsi" w:hAnsiTheme="majorHAnsi" w:cstheme="majorHAnsi"/>
        </w:rPr>
        <w:t xml:space="preserve"> </w:t>
      </w:r>
      <w:proofErr w:type="spellStart"/>
      <w:r w:rsidRPr="0027391F">
        <w:rPr>
          <w:rFonts w:asciiTheme="majorHAnsi" w:hAnsiTheme="majorHAnsi" w:cstheme="majorHAnsi"/>
        </w:rPr>
        <w:t>për</w:t>
      </w:r>
      <w:proofErr w:type="spellEnd"/>
      <w:r w:rsidRPr="0027391F">
        <w:rPr>
          <w:rFonts w:asciiTheme="majorHAnsi" w:hAnsiTheme="majorHAnsi" w:cstheme="majorHAnsi"/>
        </w:rPr>
        <w:t xml:space="preserve"> </w:t>
      </w:r>
      <w:proofErr w:type="spellStart"/>
      <w:r w:rsidRPr="0027391F">
        <w:rPr>
          <w:rFonts w:asciiTheme="majorHAnsi" w:hAnsiTheme="majorHAnsi" w:cstheme="majorHAnsi"/>
        </w:rPr>
        <w:t>qëllimet</w:t>
      </w:r>
      <w:proofErr w:type="spellEnd"/>
      <w:r w:rsidRPr="0027391F">
        <w:rPr>
          <w:rFonts w:asciiTheme="majorHAnsi" w:hAnsiTheme="majorHAnsi" w:cstheme="majorHAnsi"/>
        </w:rPr>
        <w:t xml:space="preserve"> </w:t>
      </w:r>
      <w:proofErr w:type="spellStart"/>
      <w:r w:rsidRPr="0027391F">
        <w:rPr>
          <w:rFonts w:asciiTheme="majorHAnsi" w:hAnsiTheme="majorHAnsi" w:cstheme="majorHAnsi"/>
        </w:rPr>
        <w:t>për</w:t>
      </w:r>
      <w:proofErr w:type="spellEnd"/>
      <w:r w:rsidRPr="0027391F">
        <w:rPr>
          <w:rFonts w:asciiTheme="majorHAnsi" w:hAnsiTheme="majorHAnsi" w:cstheme="majorHAnsi"/>
        </w:rPr>
        <w:t xml:space="preserve"> </w:t>
      </w:r>
      <w:proofErr w:type="spellStart"/>
      <w:r w:rsidRPr="0027391F">
        <w:rPr>
          <w:rFonts w:asciiTheme="majorHAnsi" w:hAnsiTheme="majorHAnsi" w:cstheme="majorHAnsi"/>
        </w:rPr>
        <w:t>të</w:t>
      </w:r>
      <w:proofErr w:type="spellEnd"/>
      <w:r w:rsidRPr="0027391F">
        <w:rPr>
          <w:rFonts w:asciiTheme="majorHAnsi" w:hAnsiTheme="majorHAnsi" w:cstheme="majorHAnsi"/>
        </w:rPr>
        <w:t xml:space="preserve"> </w:t>
      </w:r>
      <w:proofErr w:type="spellStart"/>
      <w:r w:rsidRPr="0027391F">
        <w:rPr>
          <w:rFonts w:asciiTheme="majorHAnsi" w:hAnsiTheme="majorHAnsi" w:cstheme="majorHAnsi"/>
        </w:rPr>
        <w:t>cilat</w:t>
      </w:r>
      <w:proofErr w:type="spellEnd"/>
      <w:r w:rsidRPr="0027391F">
        <w:rPr>
          <w:rFonts w:asciiTheme="majorHAnsi" w:hAnsiTheme="majorHAnsi" w:cstheme="majorHAnsi"/>
        </w:rPr>
        <w:t xml:space="preserve"> </w:t>
      </w:r>
      <w:proofErr w:type="spellStart"/>
      <w:r w:rsidRPr="0027391F">
        <w:rPr>
          <w:rFonts w:asciiTheme="majorHAnsi" w:hAnsiTheme="majorHAnsi" w:cstheme="majorHAnsi"/>
        </w:rPr>
        <w:t>është</w:t>
      </w:r>
      <w:proofErr w:type="spellEnd"/>
      <w:r w:rsidRPr="0027391F">
        <w:rPr>
          <w:rFonts w:asciiTheme="majorHAnsi" w:hAnsiTheme="majorHAnsi" w:cstheme="majorHAnsi"/>
        </w:rPr>
        <w:t xml:space="preserve"> </w:t>
      </w:r>
      <w:proofErr w:type="spellStart"/>
      <w:r w:rsidRPr="0027391F">
        <w:rPr>
          <w:rFonts w:asciiTheme="majorHAnsi" w:hAnsiTheme="majorHAnsi" w:cstheme="majorHAnsi"/>
        </w:rPr>
        <w:t>krijuar</w:t>
      </w:r>
      <w:proofErr w:type="spellEnd"/>
      <w:r w:rsidR="00000000" w:rsidRPr="00D003F8">
        <w:rPr>
          <w:rFonts w:asciiTheme="majorHAnsi" w:hAnsiTheme="majorHAnsi" w:cstheme="majorHAnsi"/>
          <w:lang w:val="en-GB"/>
        </w:rPr>
        <w:t>.</w:t>
      </w:r>
    </w:p>
    <w:p w14:paraId="1AE68D75" w14:textId="4226E5A6" w:rsidR="003D3D43" w:rsidRPr="00D003F8" w:rsidRDefault="00000000" w:rsidP="00D003F8">
      <w:pPr>
        <w:pStyle w:val="Heading1"/>
        <w:jc w:val="both"/>
        <w:rPr>
          <w:sz w:val="22"/>
          <w:szCs w:val="22"/>
          <w:lang w:val="en-GB"/>
        </w:rPr>
      </w:pPr>
      <w:r w:rsidRPr="00D003F8">
        <w:rPr>
          <w:sz w:val="22"/>
          <w:szCs w:val="22"/>
          <w:lang w:val="en-GB"/>
        </w:rPr>
        <w:t xml:space="preserve">18. </w:t>
      </w:r>
      <w:proofErr w:type="spellStart"/>
      <w:r w:rsidR="0027391F" w:rsidRPr="0027391F">
        <w:rPr>
          <w:sz w:val="22"/>
          <w:szCs w:val="22"/>
        </w:rPr>
        <w:t>Ligji</w:t>
      </w:r>
      <w:proofErr w:type="spellEnd"/>
      <w:r w:rsidR="0027391F" w:rsidRPr="0027391F">
        <w:rPr>
          <w:sz w:val="22"/>
          <w:szCs w:val="22"/>
        </w:rPr>
        <w:t xml:space="preserve"> </w:t>
      </w:r>
      <w:proofErr w:type="spellStart"/>
      <w:r w:rsidR="0027391F" w:rsidRPr="0027391F">
        <w:rPr>
          <w:sz w:val="22"/>
          <w:szCs w:val="22"/>
        </w:rPr>
        <w:t>në</w:t>
      </w:r>
      <w:proofErr w:type="spellEnd"/>
      <w:r w:rsidR="0027391F" w:rsidRPr="0027391F">
        <w:rPr>
          <w:sz w:val="22"/>
          <w:szCs w:val="22"/>
        </w:rPr>
        <w:t xml:space="preserve"> </w:t>
      </w:r>
      <w:proofErr w:type="spellStart"/>
      <w:r w:rsidR="0027391F" w:rsidRPr="0027391F">
        <w:rPr>
          <w:sz w:val="22"/>
          <w:szCs w:val="22"/>
        </w:rPr>
        <w:t>fuqi</w:t>
      </w:r>
      <w:proofErr w:type="spellEnd"/>
      <w:r w:rsidR="0027391F" w:rsidRPr="0027391F">
        <w:rPr>
          <w:sz w:val="22"/>
          <w:szCs w:val="22"/>
        </w:rPr>
        <w:t xml:space="preserve"> </w:t>
      </w:r>
      <w:proofErr w:type="spellStart"/>
      <w:r w:rsidR="0027391F" w:rsidRPr="0027391F">
        <w:rPr>
          <w:sz w:val="22"/>
          <w:szCs w:val="22"/>
        </w:rPr>
        <w:t>dhe</w:t>
      </w:r>
      <w:proofErr w:type="spellEnd"/>
      <w:r w:rsidR="0027391F" w:rsidRPr="0027391F">
        <w:rPr>
          <w:sz w:val="22"/>
          <w:szCs w:val="22"/>
        </w:rPr>
        <w:t xml:space="preserve"> </w:t>
      </w:r>
      <w:proofErr w:type="spellStart"/>
      <w:r w:rsidR="0027391F" w:rsidRPr="0027391F">
        <w:rPr>
          <w:sz w:val="22"/>
          <w:szCs w:val="22"/>
        </w:rPr>
        <w:t>juridiksioni</w:t>
      </w:r>
      <w:proofErr w:type="spellEnd"/>
    </w:p>
    <w:p w14:paraId="19CD8C36" w14:textId="5270B8DE" w:rsidR="003D3D43" w:rsidRPr="00D003F8" w:rsidRDefault="0027391F" w:rsidP="00D003F8">
      <w:pPr>
        <w:jc w:val="both"/>
        <w:rPr>
          <w:rFonts w:asciiTheme="majorHAnsi" w:hAnsiTheme="majorHAnsi" w:cstheme="majorHAnsi"/>
          <w:lang w:val="en-GB"/>
        </w:rPr>
      </w:pPr>
      <w:proofErr w:type="spellStart"/>
      <w:r w:rsidRPr="0027391F">
        <w:rPr>
          <w:rFonts w:asciiTheme="majorHAnsi" w:hAnsiTheme="majorHAnsi" w:cstheme="majorHAnsi"/>
        </w:rPr>
        <w:t>Këto</w:t>
      </w:r>
      <w:proofErr w:type="spellEnd"/>
      <w:r w:rsidRPr="0027391F">
        <w:rPr>
          <w:rFonts w:asciiTheme="majorHAnsi" w:hAnsiTheme="majorHAnsi" w:cstheme="majorHAnsi"/>
        </w:rPr>
        <w:t xml:space="preserve"> </w:t>
      </w:r>
      <w:proofErr w:type="spellStart"/>
      <w:r w:rsidRPr="0027391F">
        <w:rPr>
          <w:rFonts w:asciiTheme="majorHAnsi" w:hAnsiTheme="majorHAnsi" w:cstheme="majorHAnsi"/>
        </w:rPr>
        <w:t>Kushte</w:t>
      </w:r>
      <w:proofErr w:type="spellEnd"/>
      <w:r w:rsidRPr="0027391F">
        <w:rPr>
          <w:rFonts w:asciiTheme="majorHAnsi" w:hAnsiTheme="majorHAnsi" w:cstheme="majorHAnsi"/>
        </w:rPr>
        <w:t xml:space="preserve"> </w:t>
      </w:r>
      <w:proofErr w:type="spellStart"/>
      <w:r w:rsidRPr="0027391F">
        <w:rPr>
          <w:rFonts w:asciiTheme="majorHAnsi" w:hAnsiTheme="majorHAnsi" w:cstheme="majorHAnsi"/>
        </w:rPr>
        <w:t>rregullohen</w:t>
      </w:r>
      <w:proofErr w:type="spellEnd"/>
      <w:r w:rsidRPr="0027391F">
        <w:rPr>
          <w:rFonts w:asciiTheme="majorHAnsi" w:hAnsiTheme="majorHAnsi" w:cstheme="majorHAnsi"/>
        </w:rPr>
        <w:t xml:space="preserve"> </w:t>
      </w:r>
      <w:proofErr w:type="spellStart"/>
      <w:r w:rsidRPr="0027391F">
        <w:rPr>
          <w:rFonts w:asciiTheme="majorHAnsi" w:hAnsiTheme="majorHAnsi" w:cstheme="majorHAnsi"/>
        </w:rPr>
        <w:t>nga</w:t>
      </w:r>
      <w:proofErr w:type="spellEnd"/>
      <w:r w:rsidRPr="0027391F">
        <w:rPr>
          <w:rFonts w:asciiTheme="majorHAnsi" w:hAnsiTheme="majorHAnsi" w:cstheme="majorHAnsi"/>
        </w:rPr>
        <w:t xml:space="preserve"> </w:t>
      </w:r>
      <w:proofErr w:type="spellStart"/>
      <w:r w:rsidRPr="0027391F">
        <w:rPr>
          <w:rFonts w:asciiTheme="majorHAnsi" w:hAnsiTheme="majorHAnsi" w:cstheme="majorHAnsi"/>
        </w:rPr>
        <w:t>ligjet</w:t>
      </w:r>
      <w:proofErr w:type="spellEnd"/>
      <w:r w:rsidRPr="0027391F">
        <w:rPr>
          <w:rFonts w:asciiTheme="majorHAnsi" w:hAnsiTheme="majorHAnsi" w:cstheme="majorHAnsi"/>
        </w:rPr>
        <w:t xml:space="preserve"> e </w:t>
      </w:r>
      <w:proofErr w:type="spellStart"/>
      <w:r w:rsidRPr="0027391F">
        <w:rPr>
          <w:rFonts w:asciiTheme="majorHAnsi" w:hAnsiTheme="majorHAnsi" w:cstheme="majorHAnsi"/>
        </w:rPr>
        <w:t>Republikës</w:t>
      </w:r>
      <w:proofErr w:type="spellEnd"/>
      <w:r w:rsidRPr="0027391F">
        <w:rPr>
          <w:rFonts w:asciiTheme="majorHAnsi" w:hAnsiTheme="majorHAnsi" w:cstheme="majorHAnsi"/>
        </w:rPr>
        <w:t xml:space="preserve"> </w:t>
      </w:r>
      <w:proofErr w:type="spellStart"/>
      <w:r w:rsidRPr="0027391F">
        <w:rPr>
          <w:rFonts w:asciiTheme="majorHAnsi" w:hAnsiTheme="majorHAnsi" w:cstheme="majorHAnsi"/>
        </w:rPr>
        <w:t>së</w:t>
      </w:r>
      <w:proofErr w:type="spellEnd"/>
      <w:r w:rsidRPr="0027391F">
        <w:rPr>
          <w:rFonts w:asciiTheme="majorHAnsi" w:hAnsiTheme="majorHAnsi" w:cstheme="majorHAnsi"/>
        </w:rPr>
        <w:t xml:space="preserve"> </w:t>
      </w:r>
      <w:proofErr w:type="spellStart"/>
      <w:r w:rsidRPr="0027391F">
        <w:rPr>
          <w:rFonts w:asciiTheme="majorHAnsi" w:hAnsiTheme="majorHAnsi" w:cstheme="majorHAnsi"/>
        </w:rPr>
        <w:t>Kosovës</w:t>
      </w:r>
      <w:proofErr w:type="spellEnd"/>
      <w:r w:rsidRPr="0027391F">
        <w:rPr>
          <w:rFonts w:asciiTheme="majorHAnsi" w:hAnsiTheme="majorHAnsi" w:cstheme="majorHAnsi"/>
        </w:rPr>
        <w:t xml:space="preserve"> </w:t>
      </w:r>
      <w:proofErr w:type="spellStart"/>
      <w:r w:rsidRPr="0027391F">
        <w:rPr>
          <w:rFonts w:asciiTheme="majorHAnsi" w:hAnsiTheme="majorHAnsi" w:cstheme="majorHAnsi"/>
        </w:rPr>
        <w:t>dhe</w:t>
      </w:r>
      <w:proofErr w:type="spellEnd"/>
      <w:r w:rsidRPr="0027391F">
        <w:rPr>
          <w:rFonts w:asciiTheme="majorHAnsi" w:hAnsiTheme="majorHAnsi" w:cstheme="majorHAnsi"/>
        </w:rPr>
        <w:t xml:space="preserve"> </w:t>
      </w:r>
      <w:proofErr w:type="spellStart"/>
      <w:r w:rsidRPr="0027391F">
        <w:rPr>
          <w:rFonts w:asciiTheme="majorHAnsi" w:hAnsiTheme="majorHAnsi" w:cstheme="majorHAnsi"/>
        </w:rPr>
        <w:t>interpretohen</w:t>
      </w:r>
      <w:proofErr w:type="spellEnd"/>
      <w:r w:rsidRPr="0027391F">
        <w:rPr>
          <w:rFonts w:asciiTheme="majorHAnsi" w:hAnsiTheme="majorHAnsi" w:cstheme="majorHAnsi"/>
        </w:rPr>
        <w:t xml:space="preserve"> </w:t>
      </w:r>
      <w:proofErr w:type="spellStart"/>
      <w:r w:rsidRPr="0027391F">
        <w:rPr>
          <w:rFonts w:asciiTheme="majorHAnsi" w:hAnsiTheme="majorHAnsi" w:cstheme="majorHAnsi"/>
        </w:rPr>
        <w:t>në</w:t>
      </w:r>
      <w:proofErr w:type="spellEnd"/>
      <w:r w:rsidRPr="0027391F">
        <w:rPr>
          <w:rFonts w:asciiTheme="majorHAnsi" w:hAnsiTheme="majorHAnsi" w:cstheme="majorHAnsi"/>
        </w:rPr>
        <w:t xml:space="preserve"> </w:t>
      </w:r>
      <w:proofErr w:type="spellStart"/>
      <w:r w:rsidRPr="0027391F">
        <w:rPr>
          <w:rFonts w:asciiTheme="majorHAnsi" w:hAnsiTheme="majorHAnsi" w:cstheme="majorHAnsi"/>
        </w:rPr>
        <w:t>përputhje</w:t>
      </w:r>
      <w:proofErr w:type="spellEnd"/>
      <w:r w:rsidRPr="0027391F">
        <w:rPr>
          <w:rFonts w:asciiTheme="majorHAnsi" w:hAnsiTheme="majorHAnsi" w:cstheme="majorHAnsi"/>
        </w:rPr>
        <w:t xml:space="preserve"> me </w:t>
      </w:r>
      <w:proofErr w:type="spellStart"/>
      <w:r w:rsidRPr="0027391F">
        <w:rPr>
          <w:rFonts w:asciiTheme="majorHAnsi" w:hAnsiTheme="majorHAnsi" w:cstheme="majorHAnsi"/>
        </w:rPr>
        <w:t>legjislacionin</w:t>
      </w:r>
      <w:proofErr w:type="spellEnd"/>
      <w:r w:rsidRPr="0027391F">
        <w:rPr>
          <w:rFonts w:asciiTheme="majorHAnsi" w:hAnsiTheme="majorHAnsi" w:cstheme="majorHAnsi"/>
        </w:rPr>
        <w:t xml:space="preserve"> </w:t>
      </w:r>
      <w:proofErr w:type="spellStart"/>
      <w:r w:rsidRPr="0027391F">
        <w:rPr>
          <w:rFonts w:asciiTheme="majorHAnsi" w:hAnsiTheme="majorHAnsi" w:cstheme="majorHAnsi"/>
        </w:rPr>
        <w:t>përkatës</w:t>
      </w:r>
      <w:proofErr w:type="spellEnd"/>
      <w:r w:rsidRPr="0027391F">
        <w:rPr>
          <w:rFonts w:asciiTheme="majorHAnsi" w:hAnsiTheme="majorHAnsi" w:cstheme="majorHAnsi"/>
        </w:rPr>
        <w:t xml:space="preserve"> </w:t>
      </w:r>
      <w:proofErr w:type="spellStart"/>
      <w:r w:rsidRPr="0027391F">
        <w:rPr>
          <w:rFonts w:asciiTheme="majorHAnsi" w:hAnsiTheme="majorHAnsi" w:cstheme="majorHAnsi"/>
        </w:rPr>
        <w:t>të</w:t>
      </w:r>
      <w:proofErr w:type="spellEnd"/>
      <w:r w:rsidRPr="0027391F">
        <w:rPr>
          <w:rFonts w:asciiTheme="majorHAnsi" w:hAnsiTheme="majorHAnsi" w:cstheme="majorHAnsi"/>
        </w:rPr>
        <w:t xml:space="preserve"> </w:t>
      </w:r>
      <w:proofErr w:type="spellStart"/>
      <w:r w:rsidRPr="0027391F">
        <w:rPr>
          <w:rFonts w:asciiTheme="majorHAnsi" w:hAnsiTheme="majorHAnsi" w:cstheme="majorHAnsi"/>
        </w:rPr>
        <w:t>Bashkimit</w:t>
      </w:r>
      <w:proofErr w:type="spellEnd"/>
      <w:r w:rsidRPr="0027391F">
        <w:rPr>
          <w:rFonts w:asciiTheme="majorHAnsi" w:hAnsiTheme="majorHAnsi" w:cstheme="majorHAnsi"/>
        </w:rPr>
        <w:t xml:space="preserve"> </w:t>
      </w:r>
      <w:proofErr w:type="spellStart"/>
      <w:r w:rsidRPr="0027391F">
        <w:rPr>
          <w:rFonts w:asciiTheme="majorHAnsi" w:hAnsiTheme="majorHAnsi" w:cstheme="majorHAnsi"/>
        </w:rPr>
        <w:t>Evropian</w:t>
      </w:r>
      <w:proofErr w:type="spellEnd"/>
      <w:r w:rsidR="00000000" w:rsidRPr="00D003F8">
        <w:rPr>
          <w:rFonts w:asciiTheme="majorHAnsi" w:hAnsiTheme="majorHAnsi" w:cstheme="majorHAnsi"/>
          <w:lang w:val="en-GB"/>
        </w:rPr>
        <w:t>.</w:t>
      </w:r>
    </w:p>
    <w:p w14:paraId="7F0BEF0D" w14:textId="70D47DF9" w:rsidR="003D3D43" w:rsidRPr="00D003F8" w:rsidRDefault="0027391F" w:rsidP="00D003F8">
      <w:pPr>
        <w:jc w:val="both"/>
        <w:rPr>
          <w:rFonts w:asciiTheme="majorHAnsi" w:hAnsiTheme="majorHAnsi" w:cstheme="majorHAnsi"/>
          <w:lang w:val="en-GB"/>
        </w:rPr>
      </w:pPr>
      <w:proofErr w:type="spellStart"/>
      <w:r w:rsidRPr="0027391F">
        <w:rPr>
          <w:rFonts w:asciiTheme="majorHAnsi" w:hAnsiTheme="majorHAnsi" w:cstheme="majorHAnsi"/>
        </w:rPr>
        <w:t>Çdo</w:t>
      </w:r>
      <w:proofErr w:type="spellEnd"/>
      <w:r w:rsidRPr="0027391F">
        <w:rPr>
          <w:rFonts w:asciiTheme="majorHAnsi" w:hAnsiTheme="majorHAnsi" w:cstheme="majorHAnsi"/>
        </w:rPr>
        <w:t xml:space="preserve"> </w:t>
      </w:r>
      <w:proofErr w:type="spellStart"/>
      <w:r w:rsidRPr="0027391F">
        <w:rPr>
          <w:rFonts w:asciiTheme="majorHAnsi" w:hAnsiTheme="majorHAnsi" w:cstheme="majorHAnsi"/>
        </w:rPr>
        <w:t>mosmarrëveshje</w:t>
      </w:r>
      <w:proofErr w:type="spellEnd"/>
      <w:r w:rsidRPr="0027391F">
        <w:rPr>
          <w:rFonts w:asciiTheme="majorHAnsi" w:hAnsiTheme="majorHAnsi" w:cstheme="majorHAnsi"/>
        </w:rPr>
        <w:t xml:space="preserve"> do </w:t>
      </w:r>
      <w:proofErr w:type="spellStart"/>
      <w:r w:rsidRPr="0027391F">
        <w:rPr>
          <w:rFonts w:asciiTheme="majorHAnsi" w:hAnsiTheme="majorHAnsi" w:cstheme="majorHAnsi"/>
        </w:rPr>
        <w:t>t'i</w:t>
      </w:r>
      <w:proofErr w:type="spellEnd"/>
      <w:r w:rsidRPr="0027391F">
        <w:rPr>
          <w:rFonts w:asciiTheme="majorHAnsi" w:hAnsiTheme="majorHAnsi" w:cstheme="majorHAnsi"/>
        </w:rPr>
        <w:t xml:space="preserve"> </w:t>
      </w:r>
      <w:proofErr w:type="spellStart"/>
      <w:r w:rsidRPr="0027391F">
        <w:rPr>
          <w:rFonts w:asciiTheme="majorHAnsi" w:hAnsiTheme="majorHAnsi" w:cstheme="majorHAnsi"/>
        </w:rPr>
        <w:t>nënshtrohet</w:t>
      </w:r>
      <w:proofErr w:type="spellEnd"/>
      <w:r w:rsidRPr="0027391F">
        <w:rPr>
          <w:rFonts w:asciiTheme="majorHAnsi" w:hAnsiTheme="majorHAnsi" w:cstheme="majorHAnsi"/>
        </w:rPr>
        <w:t xml:space="preserve"> </w:t>
      </w:r>
      <w:proofErr w:type="spellStart"/>
      <w:r w:rsidRPr="0027391F">
        <w:rPr>
          <w:rFonts w:asciiTheme="majorHAnsi" w:hAnsiTheme="majorHAnsi" w:cstheme="majorHAnsi"/>
        </w:rPr>
        <w:t>juridiksionit</w:t>
      </w:r>
      <w:proofErr w:type="spellEnd"/>
      <w:r w:rsidRPr="0027391F">
        <w:rPr>
          <w:rFonts w:asciiTheme="majorHAnsi" w:hAnsiTheme="majorHAnsi" w:cstheme="majorHAnsi"/>
        </w:rPr>
        <w:t xml:space="preserve"> </w:t>
      </w:r>
      <w:proofErr w:type="spellStart"/>
      <w:r w:rsidRPr="0027391F">
        <w:rPr>
          <w:rFonts w:asciiTheme="majorHAnsi" w:hAnsiTheme="majorHAnsi" w:cstheme="majorHAnsi"/>
        </w:rPr>
        <w:t>të</w:t>
      </w:r>
      <w:proofErr w:type="spellEnd"/>
      <w:r w:rsidRPr="0027391F">
        <w:rPr>
          <w:rFonts w:asciiTheme="majorHAnsi" w:hAnsiTheme="majorHAnsi" w:cstheme="majorHAnsi"/>
        </w:rPr>
        <w:t xml:space="preserve"> </w:t>
      </w:r>
      <w:proofErr w:type="spellStart"/>
      <w:r w:rsidRPr="0027391F">
        <w:rPr>
          <w:rFonts w:asciiTheme="majorHAnsi" w:hAnsiTheme="majorHAnsi" w:cstheme="majorHAnsi"/>
        </w:rPr>
        <w:t>gjykatave</w:t>
      </w:r>
      <w:proofErr w:type="spellEnd"/>
      <w:r w:rsidRPr="0027391F">
        <w:rPr>
          <w:rFonts w:asciiTheme="majorHAnsi" w:hAnsiTheme="majorHAnsi" w:cstheme="majorHAnsi"/>
        </w:rPr>
        <w:t xml:space="preserve"> </w:t>
      </w:r>
      <w:proofErr w:type="spellStart"/>
      <w:r w:rsidRPr="0027391F">
        <w:rPr>
          <w:rFonts w:asciiTheme="majorHAnsi" w:hAnsiTheme="majorHAnsi" w:cstheme="majorHAnsi"/>
        </w:rPr>
        <w:t>kompetente</w:t>
      </w:r>
      <w:proofErr w:type="spellEnd"/>
      <w:r w:rsidRPr="0027391F">
        <w:rPr>
          <w:rFonts w:asciiTheme="majorHAnsi" w:hAnsiTheme="majorHAnsi" w:cstheme="majorHAnsi"/>
        </w:rPr>
        <w:t xml:space="preserve"> </w:t>
      </w:r>
      <w:proofErr w:type="spellStart"/>
      <w:r w:rsidRPr="0027391F">
        <w:rPr>
          <w:rFonts w:asciiTheme="majorHAnsi" w:hAnsiTheme="majorHAnsi" w:cstheme="majorHAnsi"/>
        </w:rPr>
        <w:t>të</w:t>
      </w:r>
      <w:proofErr w:type="spellEnd"/>
      <w:r w:rsidRPr="0027391F">
        <w:rPr>
          <w:rFonts w:asciiTheme="majorHAnsi" w:hAnsiTheme="majorHAnsi" w:cstheme="majorHAnsi"/>
        </w:rPr>
        <w:t xml:space="preserve"> </w:t>
      </w:r>
      <w:proofErr w:type="spellStart"/>
      <w:r w:rsidRPr="0027391F">
        <w:rPr>
          <w:rFonts w:asciiTheme="majorHAnsi" w:hAnsiTheme="majorHAnsi" w:cstheme="majorHAnsi"/>
        </w:rPr>
        <w:t>Republikës</w:t>
      </w:r>
      <w:proofErr w:type="spellEnd"/>
      <w:r w:rsidRPr="0027391F">
        <w:rPr>
          <w:rFonts w:asciiTheme="majorHAnsi" w:hAnsiTheme="majorHAnsi" w:cstheme="majorHAnsi"/>
        </w:rPr>
        <w:t xml:space="preserve"> </w:t>
      </w:r>
      <w:proofErr w:type="spellStart"/>
      <w:r w:rsidRPr="0027391F">
        <w:rPr>
          <w:rFonts w:asciiTheme="majorHAnsi" w:hAnsiTheme="majorHAnsi" w:cstheme="majorHAnsi"/>
        </w:rPr>
        <w:t>së</w:t>
      </w:r>
      <w:proofErr w:type="spellEnd"/>
      <w:r w:rsidRPr="0027391F">
        <w:rPr>
          <w:rFonts w:asciiTheme="majorHAnsi" w:hAnsiTheme="majorHAnsi" w:cstheme="majorHAnsi"/>
        </w:rPr>
        <w:t xml:space="preserve"> </w:t>
      </w:r>
      <w:proofErr w:type="spellStart"/>
      <w:r w:rsidRPr="0027391F">
        <w:rPr>
          <w:rFonts w:asciiTheme="majorHAnsi" w:hAnsiTheme="majorHAnsi" w:cstheme="majorHAnsi"/>
        </w:rPr>
        <w:t>Kosovës</w:t>
      </w:r>
      <w:proofErr w:type="spellEnd"/>
      <w:r w:rsidR="00357F6C" w:rsidRPr="00D003F8">
        <w:rPr>
          <w:rFonts w:asciiTheme="majorHAnsi" w:hAnsiTheme="majorHAnsi" w:cstheme="majorHAnsi"/>
          <w:lang w:val="en-GB"/>
        </w:rPr>
        <w:t>.</w:t>
      </w:r>
    </w:p>
    <w:p w14:paraId="07DEBB70" w14:textId="19916FDE" w:rsidR="003D3D43" w:rsidRPr="00D003F8" w:rsidRDefault="00000000" w:rsidP="00D003F8">
      <w:pPr>
        <w:pStyle w:val="Heading1"/>
        <w:jc w:val="both"/>
        <w:rPr>
          <w:sz w:val="22"/>
          <w:szCs w:val="22"/>
          <w:lang w:val="en-GB"/>
        </w:rPr>
      </w:pPr>
      <w:r w:rsidRPr="00D003F8">
        <w:rPr>
          <w:sz w:val="22"/>
          <w:szCs w:val="22"/>
          <w:lang w:val="en-GB"/>
        </w:rPr>
        <w:t xml:space="preserve">19. </w:t>
      </w:r>
      <w:proofErr w:type="spellStart"/>
      <w:r w:rsidR="0027391F" w:rsidRPr="0027391F">
        <w:rPr>
          <w:sz w:val="22"/>
          <w:szCs w:val="22"/>
        </w:rPr>
        <w:t>Kontakti</w:t>
      </w:r>
      <w:proofErr w:type="spellEnd"/>
      <w:r w:rsidR="0027391F" w:rsidRPr="0027391F">
        <w:rPr>
          <w:sz w:val="22"/>
          <w:szCs w:val="22"/>
        </w:rPr>
        <w:t xml:space="preserve"> </w:t>
      </w:r>
      <w:proofErr w:type="spellStart"/>
      <w:r w:rsidR="0027391F" w:rsidRPr="0027391F">
        <w:rPr>
          <w:sz w:val="22"/>
          <w:szCs w:val="22"/>
        </w:rPr>
        <w:t>dhe</w:t>
      </w:r>
      <w:proofErr w:type="spellEnd"/>
      <w:r w:rsidR="0027391F" w:rsidRPr="0027391F">
        <w:rPr>
          <w:sz w:val="22"/>
          <w:szCs w:val="22"/>
        </w:rPr>
        <w:t xml:space="preserve"> </w:t>
      </w:r>
      <w:proofErr w:type="spellStart"/>
      <w:r w:rsidR="0027391F" w:rsidRPr="0027391F">
        <w:rPr>
          <w:sz w:val="22"/>
          <w:szCs w:val="22"/>
        </w:rPr>
        <w:t>raportimi</w:t>
      </w:r>
      <w:proofErr w:type="spellEnd"/>
      <w:r w:rsidR="0027391F" w:rsidRPr="0027391F">
        <w:rPr>
          <w:sz w:val="22"/>
          <w:szCs w:val="22"/>
        </w:rPr>
        <w:t xml:space="preserve"> </w:t>
      </w:r>
      <w:proofErr w:type="spellStart"/>
      <w:r w:rsidR="0027391F" w:rsidRPr="0027391F">
        <w:rPr>
          <w:sz w:val="22"/>
          <w:szCs w:val="22"/>
        </w:rPr>
        <w:t>i</w:t>
      </w:r>
      <w:proofErr w:type="spellEnd"/>
      <w:r w:rsidR="0027391F" w:rsidRPr="0027391F">
        <w:rPr>
          <w:sz w:val="22"/>
          <w:szCs w:val="22"/>
        </w:rPr>
        <w:t xml:space="preserve"> </w:t>
      </w:r>
      <w:proofErr w:type="spellStart"/>
      <w:r w:rsidR="0027391F" w:rsidRPr="0027391F">
        <w:rPr>
          <w:sz w:val="22"/>
          <w:szCs w:val="22"/>
        </w:rPr>
        <w:t>incidenteve</w:t>
      </w:r>
      <w:proofErr w:type="spellEnd"/>
    </w:p>
    <w:p w14:paraId="06C978F4" w14:textId="0BCB8679" w:rsidR="003D3D43" w:rsidRPr="00D003F8" w:rsidRDefault="0027391F" w:rsidP="00D003F8">
      <w:pPr>
        <w:spacing w:after="0"/>
        <w:jc w:val="both"/>
        <w:rPr>
          <w:rFonts w:asciiTheme="majorHAnsi" w:hAnsiTheme="majorHAnsi" w:cstheme="majorHAnsi"/>
          <w:lang w:val="en-GB"/>
        </w:rPr>
      </w:pPr>
      <w:proofErr w:type="spellStart"/>
      <w:r w:rsidRPr="0027391F">
        <w:rPr>
          <w:rFonts w:asciiTheme="majorHAnsi" w:hAnsiTheme="majorHAnsi" w:cstheme="majorHAnsi"/>
        </w:rPr>
        <w:t>Ministria</w:t>
      </w:r>
      <w:proofErr w:type="spellEnd"/>
      <w:r w:rsidRPr="0027391F">
        <w:rPr>
          <w:rFonts w:asciiTheme="majorHAnsi" w:hAnsiTheme="majorHAnsi" w:cstheme="majorHAnsi"/>
        </w:rPr>
        <w:t xml:space="preserve"> e Ekonomisë</w:t>
      </w:r>
    </w:p>
    <w:p w14:paraId="7A31E421" w14:textId="1F98FE99" w:rsidR="003D3D43" w:rsidRPr="00D003F8" w:rsidRDefault="00357F6C" w:rsidP="00D003F8">
      <w:pPr>
        <w:spacing w:after="0"/>
        <w:jc w:val="both"/>
        <w:rPr>
          <w:rFonts w:asciiTheme="majorHAnsi" w:hAnsiTheme="majorHAnsi" w:cstheme="majorHAnsi"/>
          <w:lang w:val="en-GB"/>
        </w:rPr>
      </w:pPr>
      <w:proofErr w:type="spellStart"/>
      <w:r w:rsidRPr="00D003F8">
        <w:rPr>
          <w:rFonts w:asciiTheme="majorHAnsi" w:hAnsiTheme="majorHAnsi" w:cstheme="majorHAnsi"/>
        </w:rPr>
        <w:t>Sheshi</w:t>
      </w:r>
      <w:proofErr w:type="spellEnd"/>
      <w:r w:rsidRPr="00D003F8">
        <w:rPr>
          <w:rFonts w:asciiTheme="majorHAnsi" w:hAnsiTheme="majorHAnsi" w:cstheme="majorHAnsi"/>
        </w:rPr>
        <w:t xml:space="preserve"> “Zahir Pajaziti”, nr. 36, 10000 </w:t>
      </w:r>
      <w:proofErr w:type="spellStart"/>
      <w:r w:rsidRPr="00D003F8">
        <w:rPr>
          <w:rFonts w:asciiTheme="majorHAnsi" w:hAnsiTheme="majorHAnsi" w:cstheme="majorHAnsi"/>
        </w:rPr>
        <w:t>Prishtinë</w:t>
      </w:r>
      <w:proofErr w:type="spellEnd"/>
      <w:r w:rsidRPr="00D003F8">
        <w:rPr>
          <w:rFonts w:asciiTheme="majorHAnsi" w:hAnsiTheme="majorHAnsi" w:cstheme="majorHAnsi"/>
        </w:rPr>
        <w:t xml:space="preserve">, </w:t>
      </w:r>
      <w:proofErr w:type="spellStart"/>
      <w:r w:rsidRPr="00D003F8">
        <w:rPr>
          <w:rFonts w:asciiTheme="majorHAnsi" w:hAnsiTheme="majorHAnsi" w:cstheme="majorHAnsi"/>
        </w:rPr>
        <w:t>Republika</w:t>
      </w:r>
      <w:proofErr w:type="spellEnd"/>
      <w:r w:rsidRPr="00D003F8">
        <w:rPr>
          <w:rFonts w:asciiTheme="majorHAnsi" w:hAnsiTheme="majorHAnsi" w:cstheme="majorHAnsi"/>
        </w:rPr>
        <w:t xml:space="preserve"> e </w:t>
      </w:r>
      <w:proofErr w:type="spellStart"/>
      <w:r w:rsidRPr="00D003F8">
        <w:rPr>
          <w:rFonts w:asciiTheme="majorHAnsi" w:hAnsiTheme="majorHAnsi" w:cstheme="majorHAnsi"/>
        </w:rPr>
        <w:t>Kosovës</w:t>
      </w:r>
      <w:proofErr w:type="spellEnd"/>
    </w:p>
    <w:p w14:paraId="7E4CC8CD" w14:textId="55364F9C" w:rsidR="003D3D43" w:rsidRPr="00D003F8" w:rsidRDefault="00357F6C" w:rsidP="00D003F8">
      <w:pPr>
        <w:spacing w:after="0"/>
        <w:jc w:val="both"/>
        <w:rPr>
          <w:rFonts w:asciiTheme="majorHAnsi" w:hAnsiTheme="majorHAnsi" w:cstheme="majorHAnsi"/>
          <w:lang w:val="en-GB"/>
        </w:rPr>
      </w:pPr>
      <w:r w:rsidRPr="00D003F8">
        <w:rPr>
          <w:rFonts w:asciiTheme="majorHAnsi" w:hAnsiTheme="majorHAnsi" w:cstheme="majorHAnsi"/>
          <w:lang w:val="en-GB"/>
        </w:rPr>
        <w:t>support@ks-eid.com</w:t>
      </w:r>
    </w:p>
    <w:p w14:paraId="62C05DC0" w14:textId="4B6BEEC6" w:rsidR="003D3D43" w:rsidRPr="00D003F8" w:rsidRDefault="00357F6C" w:rsidP="00D003F8">
      <w:pPr>
        <w:spacing w:after="0"/>
        <w:jc w:val="both"/>
        <w:rPr>
          <w:rFonts w:asciiTheme="majorHAnsi" w:hAnsiTheme="majorHAnsi" w:cstheme="majorHAnsi"/>
          <w:lang w:val="en-GB"/>
        </w:rPr>
      </w:pPr>
      <w:r w:rsidRPr="00D003F8">
        <w:rPr>
          <w:rFonts w:asciiTheme="majorHAnsi" w:hAnsiTheme="majorHAnsi" w:cstheme="majorHAnsi"/>
          <w:lang w:val="en-GB"/>
        </w:rPr>
        <w:t>https://ks-eid.com</w:t>
      </w:r>
    </w:p>
    <w:p w14:paraId="08D98391" w14:textId="77777777" w:rsidR="003D3D43" w:rsidRPr="00D003F8" w:rsidRDefault="003D3D43" w:rsidP="00D003F8">
      <w:pPr>
        <w:jc w:val="both"/>
        <w:rPr>
          <w:rFonts w:asciiTheme="majorHAnsi" w:hAnsiTheme="majorHAnsi" w:cstheme="majorHAnsi"/>
          <w:lang w:val="en-GB"/>
        </w:rPr>
      </w:pPr>
    </w:p>
    <w:sectPr w:rsidR="003D3D43" w:rsidRPr="00D003F8" w:rsidSect="00034616">
      <w:headerReference w:type="default" r:id="rId8"/>
      <w:footerReference w:type="default" r:id="rId9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CC3A35" w14:textId="77777777" w:rsidR="00715660" w:rsidRDefault="00715660" w:rsidP="00EF6671">
      <w:pPr>
        <w:spacing w:after="0" w:line="240" w:lineRule="auto"/>
      </w:pPr>
      <w:r>
        <w:separator/>
      </w:r>
    </w:p>
  </w:endnote>
  <w:endnote w:type="continuationSeparator" w:id="0">
    <w:p w14:paraId="2BAAC6F0" w14:textId="77777777" w:rsidR="00715660" w:rsidRDefault="00715660" w:rsidP="00EF66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11664853"/>
      <w:docPartObj>
        <w:docPartGallery w:val="Page Numbers (Bottom of Page)"/>
        <w:docPartUnique/>
      </w:docPartObj>
    </w:sdtPr>
    <w:sdtEndPr>
      <w:rPr>
        <w:rFonts w:ascii="Calibri" w:hAnsi="Calibri" w:cs="Calibri"/>
        <w:b/>
        <w:bCs/>
        <w:color w:val="7F7F7F" w:themeColor="background1" w:themeShade="7F"/>
        <w:spacing w:val="60"/>
        <w:sz w:val="18"/>
        <w:szCs w:val="18"/>
      </w:rPr>
    </w:sdtEndPr>
    <w:sdtContent>
      <w:p w14:paraId="41716E4B" w14:textId="0A62E357" w:rsidR="00EF6671" w:rsidRPr="00EF6671" w:rsidRDefault="00EF6671" w:rsidP="00EF6671">
        <w:pPr>
          <w:pStyle w:val="Footer"/>
          <w:pBdr>
            <w:top w:val="single" w:sz="4" w:space="1" w:color="D9D9D9" w:themeColor="background1" w:themeShade="D9"/>
          </w:pBdr>
          <w:jc w:val="right"/>
          <w:rPr>
            <w:rFonts w:ascii="Calibri" w:hAnsi="Calibri" w:cs="Calibri"/>
            <w:b/>
            <w:bCs/>
            <w:sz w:val="18"/>
            <w:szCs w:val="18"/>
          </w:rPr>
        </w:pPr>
        <w:r w:rsidRPr="00927CFA">
          <w:rPr>
            <w:rFonts w:ascii="Calibri" w:hAnsi="Calibri" w:cs="Calibri"/>
            <w:b/>
            <w:bCs/>
            <w:sz w:val="18"/>
            <w:szCs w:val="18"/>
          </w:rPr>
          <w:fldChar w:fldCharType="begin"/>
        </w:r>
        <w:r w:rsidRPr="00927CFA">
          <w:rPr>
            <w:rFonts w:ascii="Calibri" w:hAnsi="Calibri" w:cs="Calibri"/>
            <w:b/>
            <w:bCs/>
            <w:sz w:val="18"/>
            <w:szCs w:val="18"/>
          </w:rPr>
          <w:instrText xml:space="preserve"> PAGE   \* MERGEFORMAT </w:instrText>
        </w:r>
        <w:r w:rsidRPr="00927CFA">
          <w:rPr>
            <w:rFonts w:ascii="Calibri" w:hAnsi="Calibri" w:cs="Calibri"/>
            <w:b/>
            <w:bCs/>
            <w:sz w:val="18"/>
            <w:szCs w:val="18"/>
          </w:rPr>
          <w:fldChar w:fldCharType="separate"/>
        </w:r>
        <w:r>
          <w:rPr>
            <w:rFonts w:ascii="Calibri" w:hAnsi="Calibri" w:cs="Calibri"/>
            <w:b/>
            <w:bCs/>
            <w:sz w:val="18"/>
            <w:szCs w:val="18"/>
          </w:rPr>
          <w:t>1</w:t>
        </w:r>
        <w:r w:rsidRPr="00927CFA">
          <w:rPr>
            <w:rFonts w:ascii="Calibri" w:hAnsi="Calibri" w:cs="Calibri"/>
            <w:b/>
            <w:bCs/>
            <w:noProof/>
            <w:sz w:val="18"/>
            <w:szCs w:val="18"/>
          </w:rPr>
          <w:fldChar w:fldCharType="end"/>
        </w:r>
        <w:r w:rsidRPr="00927CFA">
          <w:rPr>
            <w:rFonts w:ascii="Calibri" w:hAnsi="Calibri" w:cs="Calibri"/>
            <w:b/>
            <w:bCs/>
            <w:sz w:val="18"/>
            <w:szCs w:val="18"/>
          </w:rPr>
          <w:t xml:space="preserve"> | </w:t>
        </w:r>
        <w:r w:rsidRPr="00927CFA">
          <w:rPr>
            <w:rFonts w:ascii="Calibri" w:hAnsi="Calibri" w:cs="Calibri"/>
            <w:b/>
            <w:bCs/>
            <w:color w:val="7F7F7F" w:themeColor="background1" w:themeShade="7F"/>
            <w:spacing w:val="60"/>
            <w:sz w:val="18"/>
            <w:szCs w:val="18"/>
          </w:rPr>
          <w:fldChar w:fldCharType="begin"/>
        </w:r>
        <w:r w:rsidRPr="00927CFA">
          <w:rPr>
            <w:rFonts w:ascii="Calibri" w:hAnsi="Calibri" w:cs="Calibri"/>
            <w:b/>
            <w:bCs/>
            <w:color w:val="7F7F7F" w:themeColor="background1" w:themeShade="7F"/>
            <w:spacing w:val="60"/>
            <w:sz w:val="18"/>
            <w:szCs w:val="18"/>
          </w:rPr>
          <w:instrText xml:space="preserve"> NUMPAGES  \# "0"  \* MERGEFORMAT </w:instrText>
        </w:r>
        <w:r w:rsidRPr="00927CFA">
          <w:rPr>
            <w:rFonts w:ascii="Calibri" w:hAnsi="Calibri" w:cs="Calibri"/>
            <w:b/>
            <w:bCs/>
            <w:color w:val="7F7F7F" w:themeColor="background1" w:themeShade="7F"/>
            <w:spacing w:val="60"/>
            <w:sz w:val="18"/>
            <w:szCs w:val="18"/>
          </w:rPr>
          <w:fldChar w:fldCharType="separate"/>
        </w:r>
        <w:r>
          <w:rPr>
            <w:rFonts w:ascii="Calibri" w:hAnsi="Calibri" w:cs="Calibri"/>
            <w:b/>
            <w:bCs/>
            <w:color w:val="7F7F7F" w:themeColor="background1" w:themeShade="7F"/>
            <w:spacing w:val="60"/>
            <w:sz w:val="18"/>
            <w:szCs w:val="18"/>
          </w:rPr>
          <w:t>6</w:t>
        </w:r>
        <w:r w:rsidRPr="00927CFA">
          <w:rPr>
            <w:rFonts w:ascii="Calibri" w:hAnsi="Calibri" w:cs="Calibri"/>
            <w:b/>
            <w:bCs/>
            <w:color w:val="7F7F7F" w:themeColor="background1" w:themeShade="7F"/>
            <w:spacing w:val="60"/>
            <w:sz w:val="18"/>
            <w:szCs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312BD1" w14:textId="77777777" w:rsidR="00715660" w:rsidRDefault="00715660" w:rsidP="00EF6671">
      <w:pPr>
        <w:spacing w:after="0" w:line="240" w:lineRule="auto"/>
      </w:pPr>
      <w:r>
        <w:separator/>
      </w:r>
    </w:p>
  </w:footnote>
  <w:footnote w:type="continuationSeparator" w:id="0">
    <w:p w14:paraId="278CF767" w14:textId="77777777" w:rsidR="00715660" w:rsidRDefault="00715660" w:rsidP="00EF66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5000" w:type="pct"/>
      <w:tblBorders>
        <w:top w:val="single" w:sz="4" w:space="0" w:color="D9D9D9" w:themeColor="background1" w:themeShade="D9"/>
        <w:left w:val="none" w:sz="0" w:space="0" w:color="auto"/>
        <w:bottom w:val="single" w:sz="4" w:space="0" w:color="D9D9D9" w:themeColor="background1" w:themeShade="D9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93"/>
      <w:gridCol w:w="6570"/>
      <w:gridCol w:w="1077"/>
    </w:tblGrid>
    <w:tr w:rsidR="00EF6671" w14:paraId="7C702DBD" w14:textId="77777777" w:rsidTr="00CF2D26">
      <w:tc>
        <w:tcPr>
          <w:tcW w:w="575" w:type="pct"/>
          <w:tcMar>
            <w:top w:w="144" w:type="dxa"/>
            <w:left w:w="115" w:type="dxa"/>
            <w:bottom w:w="144" w:type="dxa"/>
            <w:right w:w="115" w:type="dxa"/>
          </w:tcMar>
          <w:vAlign w:val="center"/>
        </w:tcPr>
        <w:p w14:paraId="6B8C7267" w14:textId="77777777" w:rsidR="00EF6671" w:rsidRDefault="00EF6671" w:rsidP="00EF6671">
          <w:pPr>
            <w:pStyle w:val="Header"/>
          </w:pPr>
          <w:r>
            <w:rPr>
              <w:noProof/>
            </w:rPr>
            <w:drawing>
              <wp:inline distT="0" distB="0" distL="0" distR="0" wp14:anchorId="7697B7A0" wp14:editId="356C5AA7">
                <wp:extent cx="427290" cy="457200"/>
                <wp:effectExtent l="0" t="0" r="0" b="0"/>
                <wp:docPr id="131881543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18815435" name="Picture 1318815435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27290" cy="4572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02" w:type="pct"/>
          <w:tcMar>
            <w:top w:w="144" w:type="dxa"/>
            <w:left w:w="115" w:type="dxa"/>
            <w:bottom w:w="144" w:type="dxa"/>
            <w:right w:w="115" w:type="dxa"/>
          </w:tcMar>
          <w:vAlign w:val="center"/>
        </w:tcPr>
        <w:p w14:paraId="060DC7F1" w14:textId="5BD2BD18" w:rsidR="00EF6671" w:rsidRPr="001B4150" w:rsidRDefault="006C6830" w:rsidP="00EF6671">
          <w:pPr>
            <w:pStyle w:val="Header"/>
            <w:jc w:val="center"/>
            <w:rPr>
              <w:rFonts w:ascii="Calibri" w:hAnsi="Calibri" w:cs="Calibri"/>
              <w:b/>
              <w:bCs/>
              <w:sz w:val="32"/>
              <w:szCs w:val="32"/>
            </w:rPr>
          </w:pPr>
          <w:proofErr w:type="spellStart"/>
          <w:r w:rsidRPr="006C6830">
            <w:rPr>
              <w:rFonts w:ascii="Calibri" w:hAnsi="Calibri" w:cs="Calibri"/>
              <w:b/>
              <w:bCs/>
              <w:sz w:val="32"/>
              <w:szCs w:val="32"/>
            </w:rPr>
            <w:t>Kushtet</w:t>
          </w:r>
          <w:proofErr w:type="spellEnd"/>
          <w:r w:rsidRPr="006C6830">
            <w:rPr>
              <w:rFonts w:ascii="Calibri" w:hAnsi="Calibri" w:cs="Calibri"/>
              <w:b/>
              <w:bCs/>
              <w:sz w:val="32"/>
              <w:szCs w:val="32"/>
            </w:rPr>
            <w:t xml:space="preserve"> e </w:t>
          </w:r>
          <w:proofErr w:type="spellStart"/>
          <w:r w:rsidRPr="006C6830">
            <w:rPr>
              <w:rFonts w:ascii="Calibri" w:hAnsi="Calibri" w:cs="Calibri"/>
              <w:b/>
              <w:bCs/>
              <w:sz w:val="32"/>
              <w:szCs w:val="32"/>
            </w:rPr>
            <w:t>Përdorimit</w:t>
          </w:r>
          <w:proofErr w:type="spellEnd"/>
          <w:r w:rsidR="00EF6671" w:rsidRPr="001B4150">
            <w:rPr>
              <w:rFonts w:ascii="Calibri" w:hAnsi="Calibri" w:cs="Calibri"/>
              <w:b/>
              <w:bCs/>
              <w:sz w:val="32"/>
              <w:szCs w:val="32"/>
            </w:rPr>
            <w:t xml:space="preserve"> </w:t>
          </w:r>
        </w:p>
        <w:p w14:paraId="59BC1907" w14:textId="2E0570C4" w:rsidR="00EF6671" w:rsidRPr="007C4CD4" w:rsidRDefault="006C6830" w:rsidP="00EF6671">
          <w:pPr>
            <w:pStyle w:val="Header"/>
            <w:jc w:val="center"/>
            <w:rPr>
              <w:rFonts w:ascii="Calibri" w:hAnsi="Calibri" w:cs="Calibri"/>
            </w:rPr>
          </w:pPr>
          <w:proofErr w:type="spellStart"/>
          <w:r w:rsidRPr="006C6830">
            <w:rPr>
              <w:rFonts w:ascii="Calibri" w:hAnsi="Calibri" w:cs="Calibri"/>
            </w:rPr>
            <w:t>Aplikacioni</w:t>
          </w:r>
          <w:proofErr w:type="spellEnd"/>
          <w:r w:rsidRPr="006C6830">
            <w:rPr>
              <w:rFonts w:ascii="Calibri" w:hAnsi="Calibri" w:cs="Calibri"/>
            </w:rPr>
            <w:t xml:space="preserve"> </w:t>
          </w:r>
          <w:proofErr w:type="spellStart"/>
          <w:r w:rsidRPr="006C6830">
            <w:rPr>
              <w:rFonts w:ascii="Calibri" w:hAnsi="Calibri" w:cs="Calibri"/>
            </w:rPr>
            <w:t>për</w:t>
          </w:r>
          <w:proofErr w:type="spellEnd"/>
          <w:r w:rsidRPr="006C6830">
            <w:rPr>
              <w:rFonts w:ascii="Calibri" w:hAnsi="Calibri" w:cs="Calibri"/>
            </w:rPr>
            <w:t xml:space="preserve"> </w:t>
          </w:r>
          <w:proofErr w:type="spellStart"/>
          <w:r w:rsidRPr="006C6830">
            <w:rPr>
              <w:rFonts w:ascii="Calibri" w:hAnsi="Calibri" w:cs="Calibri"/>
            </w:rPr>
            <w:t>Nënshkrim</w:t>
          </w:r>
          <w:proofErr w:type="spellEnd"/>
          <w:r w:rsidRPr="006C6830">
            <w:rPr>
              <w:rFonts w:ascii="Calibri" w:hAnsi="Calibri" w:cs="Calibri"/>
            </w:rPr>
            <w:t xml:space="preserve"> Elektronik</w:t>
          </w:r>
        </w:p>
      </w:tc>
      <w:tc>
        <w:tcPr>
          <w:tcW w:w="623" w:type="pct"/>
          <w:tcMar>
            <w:top w:w="144" w:type="dxa"/>
            <w:left w:w="115" w:type="dxa"/>
            <w:bottom w:w="144" w:type="dxa"/>
            <w:right w:w="115" w:type="dxa"/>
          </w:tcMar>
          <w:vAlign w:val="center"/>
        </w:tcPr>
        <w:p w14:paraId="20190F64" w14:textId="77777777" w:rsidR="00EF6671" w:rsidRDefault="00EF6671" w:rsidP="00EF6671">
          <w:pPr>
            <w:pStyle w:val="Header"/>
            <w:jc w:val="right"/>
          </w:pPr>
          <w:r>
            <w:rPr>
              <w:noProof/>
            </w:rPr>
            <w:drawing>
              <wp:inline distT="0" distB="0" distL="0" distR="0" wp14:anchorId="18DE974E" wp14:editId="2E5F4E9F">
                <wp:extent cx="412673" cy="457200"/>
                <wp:effectExtent l="0" t="0" r="6985" b="0"/>
                <wp:docPr id="1736420160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36420160" name="Picture 1736420160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2673" cy="4572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7B6627E3" w14:textId="77777777" w:rsidR="00EF6671" w:rsidRDefault="00EF667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C6646EF"/>
    <w:multiLevelType w:val="hybridMultilevel"/>
    <w:tmpl w:val="FD845380"/>
    <w:lvl w:ilvl="0" w:tplc="1446141C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070510D"/>
    <w:multiLevelType w:val="hybridMultilevel"/>
    <w:tmpl w:val="67B4E186"/>
    <w:lvl w:ilvl="0" w:tplc="1446141C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8AB1135"/>
    <w:multiLevelType w:val="hybridMultilevel"/>
    <w:tmpl w:val="0F4E91D6"/>
    <w:lvl w:ilvl="0" w:tplc="1446141C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0023D9"/>
    <w:multiLevelType w:val="hybridMultilevel"/>
    <w:tmpl w:val="3CE80660"/>
    <w:lvl w:ilvl="0" w:tplc="1446141C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223341"/>
    <w:multiLevelType w:val="hybridMultilevel"/>
    <w:tmpl w:val="F53823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384D4E"/>
    <w:multiLevelType w:val="hybridMultilevel"/>
    <w:tmpl w:val="C33663D0"/>
    <w:lvl w:ilvl="0" w:tplc="1446141C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9C426E"/>
    <w:multiLevelType w:val="hybridMultilevel"/>
    <w:tmpl w:val="7C0C5D8C"/>
    <w:lvl w:ilvl="0" w:tplc="1446141C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6263829"/>
    <w:multiLevelType w:val="hybridMultilevel"/>
    <w:tmpl w:val="737A7EDC"/>
    <w:lvl w:ilvl="0" w:tplc="1446141C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8E813BD"/>
    <w:multiLevelType w:val="hybridMultilevel"/>
    <w:tmpl w:val="B83A0474"/>
    <w:lvl w:ilvl="0" w:tplc="1446141C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379759">
    <w:abstractNumId w:val="8"/>
  </w:num>
  <w:num w:numId="2" w16cid:durableId="483543896">
    <w:abstractNumId w:val="6"/>
  </w:num>
  <w:num w:numId="3" w16cid:durableId="551113490">
    <w:abstractNumId w:val="5"/>
  </w:num>
  <w:num w:numId="4" w16cid:durableId="1453288457">
    <w:abstractNumId w:val="4"/>
  </w:num>
  <w:num w:numId="5" w16cid:durableId="1686320994">
    <w:abstractNumId w:val="7"/>
  </w:num>
  <w:num w:numId="6" w16cid:durableId="921259243">
    <w:abstractNumId w:val="3"/>
  </w:num>
  <w:num w:numId="7" w16cid:durableId="1578175020">
    <w:abstractNumId w:val="2"/>
  </w:num>
  <w:num w:numId="8" w16cid:durableId="1392583624">
    <w:abstractNumId w:val="1"/>
  </w:num>
  <w:num w:numId="9" w16cid:durableId="1400056583">
    <w:abstractNumId w:val="0"/>
  </w:num>
  <w:num w:numId="10" w16cid:durableId="466509357">
    <w:abstractNumId w:val="13"/>
  </w:num>
  <w:num w:numId="11" w16cid:durableId="79182124">
    <w:abstractNumId w:val="17"/>
  </w:num>
  <w:num w:numId="12" w16cid:durableId="1001854980">
    <w:abstractNumId w:val="10"/>
  </w:num>
  <w:num w:numId="13" w16cid:durableId="808942212">
    <w:abstractNumId w:val="14"/>
  </w:num>
  <w:num w:numId="14" w16cid:durableId="626863131">
    <w:abstractNumId w:val="16"/>
  </w:num>
  <w:num w:numId="15" w16cid:durableId="1282345524">
    <w:abstractNumId w:val="12"/>
  </w:num>
  <w:num w:numId="16" w16cid:durableId="390349476">
    <w:abstractNumId w:val="15"/>
  </w:num>
  <w:num w:numId="17" w16cid:durableId="1638338960">
    <w:abstractNumId w:val="11"/>
  </w:num>
  <w:num w:numId="18" w16cid:durableId="49233730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84545"/>
    <w:rsid w:val="0015074B"/>
    <w:rsid w:val="0027391F"/>
    <w:rsid w:val="0029639D"/>
    <w:rsid w:val="00326F90"/>
    <w:rsid w:val="00357F6C"/>
    <w:rsid w:val="003D3D43"/>
    <w:rsid w:val="004C5D48"/>
    <w:rsid w:val="00555C94"/>
    <w:rsid w:val="006C6830"/>
    <w:rsid w:val="00715660"/>
    <w:rsid w:val="008C0EAF"/>
    <w:rsid w:val="00A72D5A"/>
    <w:rsid w:val="00AA1D8D"/>
    <w:rsid w:val="00B47730"/>
    <w:rsid w:val="00CB0664"/>
    <w:rsid w:val="00D003F8"/>
    <w:rsid w:val="00D10306"/>
    <w:rsid w:val="00D14B59"/>
    <w:rsid w:val="00DB1B0B"/>
    <w:rsid w:val="00EF6671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B764FD1"/>
  <w14:defaultImageDpi w14:val="300"/>
  <w15:docId w15:val="{964ABBBA-6080-4C99-8020-1D2D17778C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3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980</Words>
  <Characters>5590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6557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Sara Neziri</cp:lastModifiedBy>
  <cp:revision>2</cp:revision>
  <dcterms:created xsi:type="dcterms:W3CDTF">2026-07-29T13:14:00Z</dcterms:created>
  <dcterms:modified xsi:type="dcterms:W3CDTF">2026-07-29T13:14:00Z</dcterms:modified>
  <cp:category/>
</cp:coreProperties>
</file>